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3C73A" w14:textId="32D766C5" w:rsidR="00BB4B99" w:rsidRDefault="00000000">
      <w:pPr>
        <w:pStyle w:val="Nadpis1"/>
      </w:pPr>
      <w:r>
        <w:t>PŘIHLÁŠKA</w:t>
      </w:r>
      <w:r w:rsidR="00F95F15">
        <w:t xml:space="preserve"> –</w:t>
      </w:r>
      <w:r w:rsidR="00DF74FB">
        <w:t xml:space="preserve"> Pondělí ve Vážce</w:t>
      </w:r>
    </w:p>
    <w:p w14:paraId="5D219571" w14:textId="77777777" w:rsidR="00BB4B99" w:rsidRDefault="00000000">
      <w:r>
        <w:br/>
        <w:t>Jméno a příjmení dítěte: .............................................................</w:t>
      </w:r>
    </w:p>
    <w:p w14:paraId="6C6F0144" w14:textId="77777777" w:rsidR="00BB4B99" w:rsidRDefault="00000000">
      <w:r>
        <w:t>Datum narození: .......................................................................</w:t>
      </w:r>
    </w:p>
    <w:p w14:paraId="79907926" w14:textId="77777777" w:rsidR="00BB4B99" w:rsidRDefault="00000000">
      <w:r>
        <w:t>Adresa: ......................................................................................</w:t>
      </w:r>
    </w:p>
    <w:p w14:paraId="368492ED" w14:textId="77777777" w:rsidR="00BB4B99" w:rsidRDefault="00000000">
      <w:r>
        <w:t>Telefon na rodiče (zákonného zástupce): .........................................</w:t>
      </w:r>
    </w:p>
    <w:p w14:paraId="17056C23" w14:textId="77777777" w:rsidR="00BB4B99" w:rsidRDefault="00000000">
      <w:r>
        <w:t>Zdravotní omezení / alergie: ..........................................................</w:t>
      </w:r>
      <w:r>
        <w:br/>
      </w:r>
    </w:p>
    <w:p w14:paraId="46122C9E" w14:textId="19CCF0E2" w:rsidR="00BB4B99" w:rsidRDefault="00000000">
      <w:r>
        <w:t>Souhlasím s účastí svého dítět</w:t>
      </w:r>
      <w:r w:rsidR="00990810">
        <w:t xml:space="preserve">e </w:t>
      </w:r>
      <w:r>
        <w:t xml:space="preserve"> </w:t>
      </w:r>
      <w:r w:rsidR="00990810">
        <w:t xml:space="preserve">na </w:t>
      </w:r>
      <w:r w:rsidR="000F39F9">
        <w:t>akci</w:t>
      </w:r>
      <w:r w:rsidR="00DF74FB">
        <w:t xml:space="preserve"> Pondělí ve Vážce.</w:t>
      </w:r>
    </w:p>
    <w:p w14:paraId="42468230" w14:textId="77777777" w:rsidR="00BB4B99" w:rsidRDefault="00000000">
      <w:r>
        <w:br/>
        <w:t>V ........................................... dne ............................</w:t>
      </w:r>
      <w:r>
        <w:br/>
      </w:r>
    </w:p>
    <w:p w14:paraId="25FD4EA5" w14:textId="77777777" w:rsidR="00BB4B99" w:rsidRDefault="00000000">
      <w:r>
        <w:t>.....................................................</w:t>
      </w:r>
    </w:p>
    <w:p w14:paraId="77D0B4D8" w14:textId="62343531" w:rsidR="008325C9" w:rsidRDefault="00000000">
      <w:r>
        <w:t>Podpis zákonného zástupce</w:t>
      </w:r>
    </w:p>
    <w:p w14:paraId="1EAF213B" w14:textId="73D38F8E" w:rsidR="008325C9" w:rsidRDefault="008325C9" w:rsidP="008325C9">
      <w:pPr>
        <w:pStyle w:val="Nadpis1"/>
      </w:pPr>
      <w:r>
        <w:t xml:space="preserve">PŘIHLÁŠKA – </w:t>
      </w:r>
      <w:r w:rsidR="00DF74FB">
        <w:t>Pondělí ve Vážce</w:t>
      </w:r>
    </w:p>
    <w:p w14:paraId="3F9A8510" w14:textId="77777777" w:rsidR="008325C9" w:rsidRDefault="008325C9" w:rsidP="008325C9">
      <w:r>
        <w:br/>
        <w:t>Jméno a příjmení dítěte: .............................................................</w:t>
      </w:r>
    </w:p>
    <w:p w14:paraId="25EF8C3C" w14:textId="77777777" w:rsidR="008325C9" w:rsidRDefault="008325C9" w:rsidP="008325C9">
      <w:r>
        <w:t>Datum narození: .......................................................................</w:t>
      </w:r>
    </w:p>
    <w:p w14:paraId="71E38FF8" w14:textId="77777777" w:rsidR="008325C9" w:rsidRDefault="008325C9" w:rsidP="008325C9">
      <w:r>
        <w:t>Adresa: ......................................................................................</w:t>
      </w:r>
    </w:p>
    <w:p w14:paraId="42170372" w14:textId="77777777" w:rsidR="008325C9" w:rsidRDefault="008325C9" w:rsidP="008325C9">
      <w:r>
        <w:t>Telefon na rodiče (zákonného zástupce): .........................................</w:t>
      </w:r>
    </w:p>
    <w:p w14:paraId="07EC0B0D" w14:textId="77777777" w:rsidR="008325C9" w:rsidRDefault="008325C9" w:rsidP="008325C9">
      <w:r>
        <w:t>Zdravotní omezení / alergie: ..........................................................</w:t>
      </w:r>
      <w:r>
        <w:br/>
      </w:r>
    </w:p>
    <w:p w14:paraId="0570B503" w14:textId="14DC26CE" w:rsidR="008325C9" w:rsidRDefault="008325C9" w:rsidP="008325C9">
      <w:r>
        <w:t>Souhlasím s účastí svého dítěte  na akci</w:t>
      </w:r>
      <w:r w:rsidR="00DF74FB">
        <w:t xml:space="preserve"> Pondělí ve Vážce.</w:t>
      </w:r>
    </w:p>
    <w:p w14:paraId="4FDCEBE9" w14:textId="77777777" w:rsidR="008325C9" w:rsidRDefault="008325C9" w:rsidP="008325C9">
      <w:r>
        <w:br/>
        <w:t>V ........................................... dne ............................</w:t>
      </w:r>
      <w:r>
        <w:br/>
      </w:r>
    </w:p>
    <w:p w14:paraId="69532FD8" w14:textId="77777777" w:rsidR="008325C9" w:rsidRDefault="008325C9" w:rsidP="008325C9">
      <w:r>
        <w:t>.....................................................</w:t>
      </w:r>
    </w:p>
    <w:p w14:paraId="375F6861" w14:textId="77777777" w:rsidR="008325C9" w:rsidRDefault="008325C9" w:rsidP="008325C9">
      <w:r>
        <w:t>Podpis zákonného zástupce</w:t>
      </w:r>
    </w:p>
    <w:p w14:paraId="29939B07" w14:textId="77777777" w:rsidR="008325C9" w:rsidRDefault="008325C9"/>
    <w:sectPr w:rsidR="008325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148693">
    <w:abstractNumId w:val="8"/>
  </w:num>
  <w:num w:numId="2" w16cid:durableId="2036151751">
    <w:abstractNumId w:val="6"/>
  </w:num>
  <w:num w:numId="3" w16cid:durableId="1234509691">
    <w:abstractNumId w:val="5"/>
  </w:num>
  <w:num w:numId="4" w16cid:durableId="1763868087">
    <w:abstractNumId w:val="4"/>
  </w:num>
  <w:num w:numId="5" w16cid:durableId="1365324563">
    <w:abstractNumId w:val="7"/>
  </w:num>
  <w:num w:numId="6" w16cid:durableId="539241516">
    <w:abstractNumId w:val="3"/>
  </w:num>
  <w:num w:numId="7" w16cid:durableId="565381425">
    <w:abstractNumId w:val="2"/>
  </w:num>
  <w:num w:numId="8" w16cid:durableId="176623518">
    <w:abstractNumId w:val="1"/>
  </w:num>
  <w:num w:numId="9" w16cid:durableId="198608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ACD"/>
    <w:rsid w:val="000F39F9"/>
    <w:rsid w:val="00133D4C"/>
    <w:rsid w:val="0015074B"/>
    <w:rsid w:val="00216AE8"/>
    <w:rsid w:val="0022708A"/>
    <w:rsid w:val="0029639D"/>
    <w:rsid w:val="00326F90"/>
    <w:rsid w:val="004767CB"/>
    <w:rsid w:val="004B327D"/>
    <w:rsid w:val="006126BF"/>
    <w:rsid w:val="00752672"/>
    <w:rsid w:val="008325C9"/>
    <w:rsid w:val="00842D38"/>
    <w:rsid w:val="008C6D34"/>
    <w:rsid w:val="00990810"/>
    <w:rsid w:val="00AA1D8D"/>
    <w:rsid w:val="00AE38A6"/>
    <w:rsid w:val="00AE4A35"/>
    <w:rsid w:val="00B47730"/>
    <w:rsid w:val="00BB4B99"/>
    <w:rsid w:val="00BF713A"/>
    <w:rsid w:val="00C14927"/>
    <w:rsid w:val="00CB0664"/>
    <w:rsid w:val="00D208B5"/>
    <w:rsid w:val="00DF74FB"/>
    <w:rsid w:val="00EE12C1"/>
    <w:rsid w:val="00F95F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85F6B"/>
  <w14:defaultImageDpi w14:val="300"/>
  <w15:docId w15:val="{86D2E27A-5962-45C6-AD7E-D2663D2B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Blanka Špásová</cp:lastModifiedBy>
  <cp:revision>13</cp:revision>
  <dcterms:created xsi:type="dcterms:W3CDTF">2013-12-23T23:15:00Z</dcterms:created>
  <dcterms:modified xsi:type="dcterms:W3CDTF">2026-10-19T10:21:00Z</dcterms:modified>
  <cp:category/>
</cp:coreProperties>
</file>