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1522" w14:textId="77777777" w:rsidR="005F6E20" w:rsidRDefault="005F6E20">
      <w:pPr>
        <w:jc w:val="center"/>
        <w:rPr>
          <w:b/>
          <w:color w:val="1F4E79"/>
          <w:sz w:val="44"/>
        </w:rPr>
      </w:pPr>
    </w:p>
    <w:p w14:paraId="0F9840B7" w14:textId="7F550007" w:rsidR="00CB3864" w:rsidRDefault="0074127D">
      <w:pPr>
        <w:jc w:val="center"/>
      </w:pPr>
      <w:r>
        <w:rPr>
          <w:b/>
          <w:color w:val="1F4E79"/>
          <w:sz w:val="44"/>
        </w:rPr>
        <w:t>ŠKOLNÍ ŘÁD MATEŘSKÉ ŠKOLY</w:t>
      </w:r>
    </w:p>
    <w:p w14:paraId="5EF764AD" w14:textId="77777777" w:rsidR="00CB3864" w:rsidRDefault="0074127D">
      <w:pPr>
        <w:jc w:val="center"/>
      </w:pPr>
      <w:proofErr w:type="spellStart"/>
      <w:r>
        <w:rPr>
          <w:b/>
          <w:sz w:val="28"/>
        </w:rPr>
        <w:t>Základní</w:t>
      </w:r>
      <w:proofErr w:type="spellEnd"/>
      <w:r>
        <w:rPr>
          <w:b/>
          <w:sz w:val="28"/>
        </w:rPr>
        <w:t xml:space="preserve"> </w:t>
      </w:r>
      <w:proofErr w:type="spellStart"/>
      <w:r>
        <w:rPr>
          <w:b/>
          <w:sz w:val="28"/>
        </w:rPr>
        <w:t>škola</w:t>
      </w:r>
      <w:proofErr w:type="spellEnd"/>
      <w:r>
        <w:rPr>
          <w:b/>
          <w:sz w:val="28"/>
        </w:rPr>
        <w:t xml:space="preserve"> a </w:t>
      </w:r>
      <w:proofErr w:type="spellStart"/>
      <w:r>
        <w:rPr>
          <w:b/>
          <w:sz w:val="28"/>
        </w:rPr>
        <w:t>Mateřská</w:t>
      </w:r>
      <w:proofErr w:type="spellEnd"/>
      <w:r>
        <w:rPr>
          <w:b/>
          <w:sz w:val="28"/>
        </w:rPr>
        <w:t xml:space="preserve"> </w:t>
      </w:r>
      <w:proofErr w:type="spellStart"/>
      <w:r>
        <w:rPr>
          <w:b/>
          <w:sz w:val="28"/>
        </w:rPr>
        <w:t>škola</w:t>
      </w:r>
      <w:proofErr w:type="spellEnd"/>
      <w:r>
        <w:rPr>
          <w:b/>
          <w:sz w:val="28"/>
        </w:rPr>
        <w:t xml:space="preserve"> </w:t>
      </w:r>
      <w:proofErr w:type="spellStart"/>
      <w:r>
        <w:rPr>
          <w:b/>
          <w:sz w:val="28"/>
        </w:rPr>
        <w:t>Mimoň</w:t>
      </w:r>
      <w:proofErr w:type="spellEnd"/>
      <w:r>
        <w:rPr>
          <w:b/>
          <w:sz w:val="28"/>
        </w:rPr>
        <w:t xml:space="preserve">, </w:t>
      </w:r>
      <w:proofErr w:type="spellStart"/>
      <w:r>
        <w:rPr>
          <w:b/>
          <w:sz w:val="28"/>
        </w:rPr>
        <w:t>příspěvková</w:t>
      </w:r>
      <w:proofErr w:type="spellEnd"/>
      <w:r>
        <w:rPr>
          <w:b/>
          <w:sz w:val="28"/>
        </w:rPr>
        <w:t xml:space="preserve"> </w:t>
      </w:r>
      <w:proofErr w:type="spellStart"/>
      <w:r>
        <w:rPr>
          <w:b/>
          <w:sz w:val="28"/>
        </w:rPr>
        <w:t>organizace</w:t>
      </w:r>
      <w:proofErr w:type="spellEnd"/>
    </w:p>
    <w:p w14:paraId="53DE2387" w14:textId="77777777" w:rsidR="00CB3864" w:rsidRDefault="0074127D">
      <w:pPr>
        <w:jc w:val="center"/>
      </w:pPr>
      <w:proofErr w:type="spellStart"/>
      <w:r>
        <w:rPr>
          <w:b/>
          <w:sz w:val="24"/>
        </w:rPr>
        <w:t>platný</w:t>
      </w:r>
      <w:proofErr w:type="spellEnd"/>
      <w:r>
        <w:rPr>
          <w:b/>
          <w:sz w:val="24"/>
        </w:rPr>
        <w:t xml:space="preserve"> a </w:t>
      </w:r>
      <w:proofErr w:type="spellStart"/>
      <w:r>
        <w:rPr>
          <w:b/>
          <w:sz w:val="24"/>
        </w:rPr>
        <w:t>účinný</w:t>
      </w:r>
      <w:proofErr w:type="spellEnd"/>
      <w:r>
        <w:rPr>
          <w:b/>
          <w:sz w:val="24"/>
        </w:rPr>
        <w:t xml:space="preserve"> od 1. 9. 2026</w:t>
      </w:r>
    </w:p>
    <w:tbl>
      <w:tblPr>
        <w:tblStyle w:val="Mkatabulky"/>
        <w:tblW w:w="0" w:type="auto"/>
        <w:jc w:val="center"/>
        <w:tblLook w:val="04A0" w:firstRow="1" w:lastRow="0" w:firstColumn="1" w:lastColumn="0" w:noHBand="0" w:noVBand="1"/>
      </w:tblPr>
      <w:tblGrid>
        <w:gridCol w:w="2608"/>
        <w:gridCol w:w="6350"/>
      </w:tblGrid>
      <w:tr w:rsidR="005F6E20" w14:paraId="31882DEE" w14:textId="77777777" w:rsidTr="005F6E20">
        <w:trPr>
          <w:tblHeader/>
          <w:jc w:val="center"/>
        </w:trPr>
        <w:tc>
          <w:tcPr>
            <w:tcW w:w="2608" w:type="dxa"/>
            <w:tcMar>
              <w:top w:w="90" w:type="dxa"/>
              <w:left w:w="90" w:type="dxa"/>
              <w:bottom w:w="90" w:type="dxa"/>
              <w:right w:w="90" w:type="dxa"/>
            </w:tcMar>
            <w:vAlign w:val="center"/>
          </w:tcPr>
          <w:p w14:paraId="56B04029" w14:textId="228F35A8" w:rsidR="005F6E20" w:rsidRDefault="005F6E20">
            <w:proofErr w:type="spellStart"/>
            <w:r>
              <w:rPr>
                <w:sz w:val="19"/>
              </w:rPr>
              <w:t>Název</w:t>
            </w:r>
            <w:proofErr w:type="spellEnd"/>
            <w:r>
              <w:rPr>
                <w:sz w:val="19"/>
              </w:rPr>
              <w:t xml:space="preserve"> </w:t>
            </w:r>
            <w:proofErr w:type="spellStart"/>
            <w:r>
              <w:rPr>
                <w:sz w:val="19"/>
              </w:rPr>
              <w:t>školy</w:t>
            </w:r>
            <w:proofErr w:type="spellEnd"/>
          </w:p>
        </w:tc>
        <w:tc>
          <w:tcPr>
            <w:tcW w:w="6350" w:type="dxa"/>
            <w:tcMar>
              <w:top w:w="90" w:type="dxa"/>
              <w:left w:w="90" w:type="dxa"/>
              <w:bottom w:w="90" w:type="dxa"/>
              <w:right w:w="90" w:type="dxa"/>
            </w:tcMar>
            <w:vAlign w:val="center"/>
          </w:tcPr>
          <w:p w14:paraId="429A38F7" w14:textId="210254DD" w:rsidR="005F6E20" w:rsidRDefault="005F6E20">
            <w:proofErr w:type="spellStart"/>
            <w:r>
              <w:rPr>
                <w:sz w:val="19"/>
              </w:rPr>
              <w:t>Základní</w:t>
            </w:r>
            <w:proofErr w:type="spellEnd"/>
            <w:r>
              <w:rPr>
                <w:sz w:val="19"/>
              </w:rPr>
              <w:t xml:space="preserve"> </w:t>
            </w:r>
            <w:proofErr w:type="spellStart"/>
            <w:r>
              <w:rPr>
                <w:sz w:val="19"/>
              </w:rPr>
              <w:t>škola</w:t>
            </w:r>
            <w:proofErr w:type="spellEnd"/>
            <w:r>
              <w:rPr>
                <w:sz w:val="19"/>
              </w:rPr>
              <w:t xml:space="preserve"> a </w:t>
            </w:r>
            <w:proofErr w:type="spellStart"/>
            <w:r>
              <w:rPr>
                <w:sz w:val="19"/>
              </w:rPr>
              <w:t>Mateřská</w:t>
            </w:r>
            <w:proofErr w:type="spellEnd"/>
            <w:r>
              <w:rPr>
                <w:sz w:val="19"/>
              </w:rPr>
              <w:t xml:space="preserve"> </w:t>
            </w:r>
            <w:proofErr w:type="spellStart"/>
            <w:r>
              <w:rPr>
                <w:sz w:val="19"/>
              </w:rPr>
              <w:t>škola</w:t>
            </w:r>
            <w:proofErr w:type="spellEnd"/>
            <w:r>
              <w:rPr>
                <w:sz w:val="19"/>
              </w:rPr>
              <w:t xml:space="preserve"> </w:t>
            </w:r>
            <w:proofErr w:type="spellStart"/>
            <w:r>
              <w:rPr>
                <w:sz w:val="19"/>
              </w:rPr>
              <w:t>Mimoň</w:t>
            </w:r>
            <w:proofErr w:type="spellEnd"/>
            <w:r>
              <w:rPr>
                <w:sz w:val="19"/>
              </w:rPr>
              <w:t xml:space="preserve">, </w:t>
            </w:r>
            <w:proofErr w:type="spellStart"/>
            <w:r>
              <w:rPr>
                <w:sz w:val="19"/>
              </w:rPr>
              <w:t>příspěvková</w:t>
            </w:r>
            <w:proofErr w:type="spellEnd"/>
            <w:r>
              <w:rPr>
                <w:sz w:val="19"/>
              </w:rPr>
              <w:t xml:space="preserve"> </w:t>
            </w:r>
            <w:proofErr w:type="spellStart"/>
            <w:r>
              <w:rPr>
                <w:sz w:val="19"/>
              </w:rPr>
              <w:t>organizace</w:t>
            </w:r>
            <w:proofErr w:type="spellEnd"/>
          </w:p>
        </w:tc>
      </w:tr>
      <w:tr w:rsidR="005F6E20" w14:paraId="669E62C4" w14:textId="77777777" w:rsidTr="005F6E20">
        <w:trPr>
          <w:jc w:val="center"/>
        </w:trPr>
        <w:tc>
          <w:tcPr>
            <w:tcW w:w="2608" w:type="dxa"/>
            <w:tcMar>
              <w:top w:w="90" w:type="dxa"/>
              <w:left w:w="90" w:type="dxa"/>
              <w:bottom w:w="90" w:type="dxa"/>
              <w:right w:w="90" w:type="dxa"/>
            </w:tcMar>
            <w:vAlign w:val="center"/>
          </w:tcPr>
          <w:p w14:paraId="5056C0E7" w14:textId="021862D9" w:rsidR="005F6E20" w:rsidRDefault="005F6E20">
            <w:proofErr w:type="spellStart"/>
            <w:r>
              <w:rPr>
                <w:sz w:val="19"/>
              </w:rPr>
              <w:t>Adresa</w:t>
            </w:r>
            <w:proofErr w:type="spellEnd"/>
          </w:p>
        </w:tc>
        <w:tc>
          <w:tcPr>
            <w:tcW w:w="6350" w:type="dxa"/>
            <w:tcMar>
              <w:top w:w="90" w:type="dxa"/>
              <w:left w:w="90" w:type="dxa"/>
              <w:bottom w:w="90" w:type="dxa"/>
              <w:right w:w="90" w:type="dxa"/>
            </w:tcMar>
            <w:vAlign w:val="center"/>
          </w:tcPr>
          <w:p w14:paraId="2B3335A9" w14:textId="187E9690" w:rsidR="005F6E20" w:rsidRDefault="005F6E20">
            <w:proofErr w:type="spellStart"/>
            <w:r>
              <w:rPr>
                <w:sz w:val="19"/>
              </w:rPr>
              <w:t>Mírová</w:t>
            </w:r>
            <w:proofErr w:type="spellEnd"/>
            <w:r>
              <w:rPr>
                <w:sz w:val="19"/>
              </w:rPr>
              <w:t xml:space="preserve"> 81, 471 24 </w:t>
            </w:r>
            <w:proofErr w:type="spellStart"/>
            <w:r>
              <w:rPr>
                <w:sz w:val="19"/>
              </w:rPr>
              <w:t>Mimoň</w:t>
            </w:r>
            <w:proofErr w:type="spellEnd"/>
          </w:p>
        </w:tc>
      </w:tr>
      <w:tr w:rsidR="005F6E20" w14:paraId="503C53C0" w14:textId="77777777" w:rsidTr="005F6E20">
        <w:trPr>
          <w:jc w:val="center"/>
        </w:trPr>
        <w:tc>
          <w:tcPr>
            <w:tcW w:w="2608" w:type="dxa"/>
            <w:tcMar>
              <w:top w:w="90" w:type="dxa"/>
              <w:left w:w="90" w:type="dxa"/>
              <w:bottom w:w="90" w:type="dxa"/>
              <w:right w:w="90" w:type="dxa"/>
            </w:tcMar>
            <w:vAlign w:val="center"/>
          </w:tcPr>
          <w:p w14:paraId="653FF941" w14:textId="71BA1060" w:rsidR="005F6E20" w:rsidRDefault="005F6E20">
            <w:r>
              <w:rPr>
                <w:sz w:val="19"/>
              </w:rPr>
              <w:t>IČO</w:t>
            </w:r>
          </w:p>
        </w:tc>
        <w:tc>
          <w:tcPr>
            <w:tcW w:w="6350" w:type="dxa"/>
            <w:tcMar>
              <w:top w:w="90" w:type="dxa"/>
              <w:left w:w="90" w:type="dxa"/>
              <w:bottom w:w="90" w:type="dxa"/>
              <w:right w:w="90" w:type="dxa"/>
            </w:tcMar>
            <w:vAlign w:val="center"/>
          </w:tcPr>
          <w:p w14:paraId="624A1CB6" w14:textId="2AA90142" w:rsidR="005F6E20" w:rsidRDefault="005F6E20">
            <w:r>
              <w:rPr>
                <w:sz w:val="19"/>
              </w:rPr>
              <w:t>48282545</w:t>
            </w:r>
          </w:p>
        </w:tc>
      </w:tr>
      <w:tr w:rsidR="005F6E20" w14:paraId="70A1B478" w14:textId="77777777" w:rsidTr="005F6E20">
        <w:trPr>
          <w:jc w:val="center"/>
        </w:trPr>
        <w:tc>
          <w:tcPr>
            <w:tcW w:w="2608" w:type="dxa"/>
            <w:tcMar>
              <w:top w:w="90" w:type="dxa"/>
              <w:left w:w="90" w:type="dxa"/>
              <w:bottom w:w="90" w:type="dxa"/>
              <w:right w:w="90" w:type="dxa"/>
            </w:tcMar>
            <w:vAlign w:val="center"/>
          </w:tcPr>
          <w:p w14:paraId="3565BA3A" w14:textId="1ACCB859" w:rsidR="005F6E20" w:rsidRDefault="005F6E20">
            <w:proofErr w:type="spellStart"/>
            <w:r>
              <w:rPr>
                <w:sz w:val="19"/>
              </w:rPr>
              <w:t>Vydal</w:t>
            </w:r>
            <w:proofErr w:type="spellEnd"/>
            <w:r>
              <w:rPr>
                <w:sz w:val="19"/>
              </w:rPr>
              <w:t xml:space="preserve"> / </w:t>
            </w:r>
            <w:proofErr w:type="spellStart"/>
            <w:r>
              <w:rPr>
                <w:sz w:val="19"/>
              </w:rPr>
              <w:t>schválil</w:t>
            </w:r>
            <w:proofErr w:type="spellEnd"/>
          </w:p>
        </w:tc>
        <w:tc>
          <w:tcPr>
            <w:tcW w:w="6350" w:type="dxa"/>
            <w:tcMar>
              <w:top w:w="90" w:type="dxa"/>
              <w:left w:w="90" w:type="dxa"/>
              <w:bottom w:w="90" w:type="dxa"/>
              <w:right w:w="90" w:type="dxa"/>
            </w:tcMar>
            <w:vAlign w:val="center"/>
          </w:tcPr>
          <w:p w14:paraId="1AA615DE" w14:textId="548CE560" w:rsidR="005F6E20" w:rsidRDefault="005F6E20">
            <w:r>
              <w:rPr>
                <w:sz w:val="19"/>
              </w:rPr>
              <w:t xml:space="preserve">Ing. Tomáš Kobr, MBA, </w:t>
            </w:r>
            <w:proofErr w:type="spellStart"/>
            <w:r>
              <w:rPr>
                <w:sz w:val="19"/>
              </w:rPr>
              <w:t>ředitel</w:t>
            </w:r>
            <w:proofErr w:type="spellEnd"/>
            <w:r>
              <w:rPr>
                <w:sz w:val="19"/>
              </w:rPr>
              <w:t xml:space="preserve"> </w:t>
            </w:r>
            <w:proofErr w:type="spellStart"/>
            <w:r>
              <w:rPr>
                <w:sz w:val="19"/>
              </w:rPr>
              <w:t>školy</w:t>
            </w:r>
            <w:proofErr w:type="spellEnd"/>
          </w:p>
        </w:tc>
      </w:tr>
      <w:tr w:rsidR="005F6E20" w14:paraId="3227731B" w14:textId="77777777" w:rsidTr="005F6E20">
        <w:trPr>
          <w:jc w:val="center"/>
        </w:trPr>
        <w:tc>
          <w:tcPr>
            <w:tcW w:w="2608" w:type="dxa"/>
            <w:tcMar>
              <w:top w:w="90" w:type="dxa"/>
              <w:left w:w="90" w:type="dxa"/>
              <w:bottom w:w="90" w:type="dxa"/>
              <w:right w:w="90" w:type="dxa"/>
            </w:tcMar>
            <w:vAlign w:val="center"/>
          </w:tcPr>
          <w:p w14:paraId="06956319" w14:textId="47B0F231" w:rsidR="005F6E20" w:rsidRDefault="005F6E20">
            <w:proofErr w:type="spellStart"/>
            <w:r>
              <w:rPr>
                <w:sz w:val="19"/>
              </w:rPr>
              <w:t>Zpracováno</w:t>
            </w:r>
            <w:proofErr w:type="spellEnd"/>
          </w:p>
        </w:tc>
        <w:tc>
          <w:tcPr>
            <w:tcW w:w="6350" w:type="dxa"/>
            <w:tcMar>
              <w:top w:w="90" w:type="dxa"/>
              <w:left w:w="90" w:type="dxa"/>
              <w:bottom w:w="90" w:type="dxa"/>
              <w:right w:w="90" w:type="dxa"/>
            </w:tcMar>
            <w:vAlign w:val="center"/>
          </w:tcPr>
          <w:p w14:paraId="2C07612B" w14:textId="6E2B8121" w:rsidR="005F6E20" w:rsidRDefault="00E2653D" w:rsidP="000F1524">
            <w:pPr>
              <w:pStyle w:val="Normln1"/>
            </w:pPr>
            <w:r>
              <w:rPr>
                <w:sz w:val="19"/>
              </w:rPr>
              <w:t>ve spolupráci s vedením MŠ a pedagogickou radou</w:t>
            </w:r>
          </w:p>
        </w:tc>
      </w:tr>
      <w:tr w:rsidR="005F6E20" w14:paraId="08DBCC1F" w14:textId="77777777" w:rsidTr="005F6E20">
        <w:trPr>
          <w:jc w:val="center"/>
        </w:trPr>
        <w:tc>
          <w:tcPr>
            <w:tcW w:w="2608" w:type="dxa"/>
            <w:tcMar>
              <w:top w:w="90" w:type="dxa"/>
              <w:left w:w="90" w:type="dxa"/>
              <w:bottom w:w="90" w:type="dxa"/>
              <w:right w:w="90" w:type="dxa"/>
            </w:tcMar>
            <w:vAlign w:val="center"/>
          </w:tcPr>
          <w:p w14:paraId="2E77AD66" w14:textId="69006F47" w:rsidR="005F6E20" w:rsidRDefault="005F6E20">
            <w:proofErr w:type="spellStart"/>
            <w:r>
              <w:rPr>
                <w:sz w:val="19"/>
              </w:rPr>
              <w:t>Projednáno</w:t>
            </w:r>
            <w:proofErr w:type="spellEnd"/>
            <w:r>
              <w:rPr>
                <w:sz w:val="19"/>
              </w:rPr>
              <w:t xml:space="preserve"> </w:t>
            </w:r>
            <w:proofErr w:type="spellStart"/>
            <w:r>
              <w:rPr>
                <w:sz w:val="19"/>
              </w:rPr>
              <w:t>pedagogickou</w:t>
            </w:r>
            <w:proofErr w:type="spellEnd"/>
            <w:r>
              <w:rPr>
                <w:sz w:val="19"/>
              </w:rPr>
              <w:t xml:space="preserve"> </w:t>
            </w:r>
            <w:proofErr w:type="spellStart"/>
            <w:r>
              <w:rPr>
                <w:sz w:val="19"/>
              </w:rPr>
              <w:t>radou</w:t>
            </w:r>
            <w:proofErr w:type="spellEnd"/>
          </w:p>
        </w:tc>
        <w:tc>
          <w:tcPr>
            <w:tcW w:w="6350" w:type="dxa"/>
            <w:tcMar>
              <w:top w:w="90" w:type="dxa"/>
              <w:left w:w="90" w:type="dxa"/>
              <w:bottom w:w="90" w:type="dxa"/>
              <w:right w:w="90" w:type="dxa"/>
            </w:tcMar>
            <w:vAlign w:val="center"/>
          </w:tcPr>
          <w:p w14:paraId="4043ECAF" w14:textId="26381567" w:rsidR="005F6E20" w:rsidRDefault="00CC7B1D">
            <w:proofErr w:type="spellStart"/>
            <w:r>
              <w:rPr>
                <w:sz w:val="19"/>
              </w:rPr>
              <w:t>dne</w:t>
            </w:r>
            <w:proofErr w:type="spellEnd"/>
            <w:r>
              <w:rPr>
                <w:sz w:val="19"/>
              </w:rPr>
              <w:t xml:space="preserve"> </w:t>
            </w:r>
            <w:r w:rsidR="005F6E20">
              <w:rPr>
                <w:sz w:val="19"/>
              </w:rPr>
              <w:t>................................................</w:t>
            </w:r>
          </w:p>
        </w:tc>
      </w:tr>
      <w:tr w:rsidR="005F6E20" w14:paraId="17C34FD4" w14:textId="77777777" w:rsidTr="005F6E20">
        <w:trPr>
          <w:jc w:val="center"/>
        </w:trPr>
        <w:tc>
          <w:tcPr>
            <w:tcW w:w="2608" w:type="dxa"/>
            <w:tcMar>
              <w:top w:w="90" w:type="dxa"/>
              <w:left w:w="90" w:type="dxa"/>
              <w:bottom w:w="90" w:type="dxa"/>
              <w:right w:w="90" w:type="dxa"/>
            </w:tcMar>
            <w:vAlign w:val="center"/>
          </w:tcPr>
          <w:p w14:paraId="73326CDE" w14:textId="060C6B6E" w:rsidR="005F6E20" w:rsidRDefault="005F6E20">
            <w:proofErr w:type="spellStart"/>
            <w:r>
              <w:rPr>
                <w:sz w:val="19"/>
              </w:rPr>
              <w:t>Číslo</w:t>
            </w:r>
            <w:proofErr w:type="spellEnd"/>
            <w:r>
              <w:rPr>
                <w:sz w:val="19"/>
              </w:rPr>
              <w:t xml:space="preserve"> </w:t>
            </w:r>
            <w:proofErr w:type="spellStart"/>
            <w:r>
              <w:rPr>
                <w:sz w:val="19"/>
              </w:rPr>
              <w:t>jednací</w:t>
            </w:r>
            <w:proofErr w:type="spellEnd"/>
          </w:p>
        </w:tc>
        <w:tc>
          <w:tcPr>
            <w:tcW w:w="6350" w:type="dxa"/>
            <w:tcMar>
              <w:top w:w="90" w:type="dxa"/>
              <w:left w:w="90" w:type="dxa"/>
              <w:bottom w:w="90" w:type="dxa"/>
              <w:right w:w="90" w:type="dxa"/>
            </w:tcMar>
            <w:vAlign w:val="center"/>
          </w:tcPr>
          <w:p w14:paraId="708775E9" w14:textId="467561D0" w:rsidR="005F6E20" w:rsidRDefault="00CC7B1D">
            <w:r>
              <w:rPr>
                <w:sz w:val="19"/>
              </w:rPr>
              <w:t>................................................</w:t>
            </w:r>
          </w:p>
        </w:tc>
      </w:tr>
      <w:tr w:rsidR="005F6E20" w14:paraId="25E41CE5" w14:textId="77777777" w:rsidTr="005F6E20">
        <w:trPr>
          <w:jc w:val="center"/>
        </w:trPr>
        <w:tc>
          <w:tcPr>
            <w:tcW w:w="2608" w:type="dxa"/>
            <w:tcMar>
              <w:top w:w="90" w:type="dxa"/>
              <w:left w:w="90" w:type="dxa"/>
              <w:bottom w:w="90" w:type="dxa"/>
              <w:right w:w="90" w:type="dxa"/>
            </w:tcMar>
            <w:vAlign w:val="center"/>
          </w:tcPr>
          <w:p w14:paraId="3ADA25F3" w14:textId="08655C64" w:rsidR="005F6E20" w:rsidRDefault="005F6E20">
            <w:proofErr w:type="spellStart"/>
            <w:r>
              <w:rPr>
                <w:sz w:val="19"/>
              </w:rPr>
              <w:t>Ruší</w:t>
            </w:r>
            <w:proofErr w:type="spellEnd"/>
            <w:r>
              <w:rPr>
                <w:sz w:val="19"/>
              </w:rPr>
              <w:t xml:space="preserve"> se</w:t>
            </w:r>
          </w:p>
        </w:tc>
        <w:tc>
          <w:tcPr>
            <w:tcW w:w="6350" w:type="dxa"/>
            <w:tcMar>
              <w:top w:w="90" w:type="dxa"/>
              <w:left w:w="90" w:type="dxa"/>
              <w:bottom w:w="90" w:type="dxa"/>
              <w:right w:w="90" w:type="dxa"/>
            </w:tcMar>
            <w:vAlign w:val="center"/>
          </w:tcPr>
          <w:p w14:paraId="5DEE9C04" w14:textId="6332D28A" w:rsidR="005F6E20" w:rsidRDefault="005F6E20">
            <w:proofErr w:type="spellStart"/>
            <w:r>
              <w:rPr>
                <w:sz w:val="19"/>
              </w:rPr>
              <w:t>předchozí</w:t>
            </w:r>
            <w:proofErr w:type="spellEnd"/>
            <w:r>
              <w:rPr>
                <w:sz w:val="19"/>
              </w:rPr>
              <w:t xml:space="preserve"> </w:t>
            </w:r>
            <w:proofErr w:type="spellStart"/>
            <w:r>
              <w:rPr>
                <w:sz w:val="19"/>
              </w:rPr>
              <w:t>znění</w:t>
            </w:r>
            <w:proofErr w:type="spellEnd"/>
            <w:r>
              <w:rPr>
                <w:sz w:val="19"/>
              </w:rPr>
              <w:t xml:space="preserve"> </w:t>
            </w:r>
            <w:proofErr w:type="spellStart"/>
            <w:r>
              <w:rPr>
                <w:sz w:val="19"/>
              </w:rPr>
              <w:t>školního</w:t>
            </w:r>
            <w:proofErr w:type="spellEnd"/>
            <w:r>
              <w:rPr>
                <w:sz w:val="19"/>
              </w:rPr>
              <w:t xml:space="preserve"> </w:t>
            </w:r>
            <w:proofErr w:type="spellStart"/>
            <w:r>
              <w:rPr>
                <w:sz w:val="19"/>
              </w:rPr>
              <w:t>řádu</w:t>
            </w:r>
            <w:proofErr w:type="spellEnd"/>
            <w:r>
              <w:rPr>
                <w:sz w:val="19"/>
              </w:rPr>
              <w:t xml:space="preserve"> </w:t>
            </w:r>
            <w:proofErr w:type="spellStart"/>
            <w:r>
              <w:rPr>
                <w:sz w:val="19"/>
              </w:rPr>
              <w:t>mateřské</w:t>
            </w:r>
            <w:proofErr w:type="spellEnd"/>
            <w:r>
              <w:rPr>
                <w:sz w:val="19"/>
              </w:rPr>
              <w:t xml:space="preserve"> </w:t>
            </w:r>
            <w:proofErr w:type="spellStart"/>
            <w:r>
              <w:rPr>
                <w:sz w:val="19"/>
              </w:rPr>
              <w:t>školy</w:t>
            </w:r>
            <w:proofErr w:type="spellEnd"/>
            <w:r>
              <w:rPr>
                <w:sz w:val="19"/>
              </w:rPr>
              <w:t xml:space="preserve"> a </w:t>
            </w:r>
            <w:proofErr w:type="spellStart"/>
            <w:r>
              <w:rPr>
                <w:sz w:val="19"/>
              </w:rPr>
              <w:t>jeho</w:t>
            </w:r>
            <w:proofErr w:type="spellEnd"/>
            <w:r>
              <w:rPr>
                <w:sz w:val="19"/>
              </w:rPr>
              <w:t xml:space="preserve"> </w:t>
            </w:r>
            <w:proofErr w:type="spellStart"/>
            <w:r>
              <w:rPr>
                <w:sz w:val="19"/>
              </w:rPr>
              <w:t>dodatky</w:t>
            </w:r>
            <w:proofErr w:type="spellEnd"/>
          </w:p>
        </w:tc>
      </w:tr>
    </w:tbl>
    <w:p w14:paraId="1AEE1C1F" w14:textId="77777777" w:rsidR="00CB3864" w:rsidRDefault="00CB3864"/>
    <w:p w14:paraId="5BE601A0" w14:textId="77777777" w:rsidR="00CB3864" w:rsidRDefault="0074127D">
      <w:pPr>
        <w:pStyle w:val="Nadpis1"/>
      </w:pPr>
      <w:proofErr w:type="spellStart"/>
      <w:r>
        <w:rPr>
          <w:rFonts w:ascii="Arial" w:hAnsi="Arial"/>
          <w:b w:val="0"/>
        </w:rPr>
        <w:t>Obsah</w:t>
      </w:r>
      <w:proofErr w:type="spellEnd"/>
    </w:p>
    <w:p w14:paraId="21D94605" w14:textId="77777777" w:rsidR="00CB3864" w:rsidRDefault="0074127D">
      <w:pPr>
        <w:pStyle w:val="Seznamsodrkami"/>
        <w:ind w:left="340"/>
      </w:pPr>
      <w:r>
        <w:t xml:space="preserve">1. </w:t>
      </w:r>
      <w:proofErr w:type="spellStart"/>
      <w:r>
        <w:t>Úvodní</w:t>
      </w:r>
      <w:proofErr w:type="spellEnd"/>
      <w:r>
        <w:t xml:space="preserve"> </w:t>
      </w:r>
      <w:proofErr w:type="spellStart"/>
      <w:r>
        <w:t>ustanovení</w:t>
      </w:r>
      <w:proofErr w:type="spellEnd"/>
      <w:r>
        <w:t xml:space="preserve"> a </w:t>
      </w:r>
      <w:proofErr w:type="spellStart"/>
      <w:r>
        <w:t>právní</w:t>
      </w:r>
      <w:proofErr w:type="spellEnd"/>
      <w:r>
        <w:t xml:space="preserve"> </w:t>
      </w:r>
      <w:proofErr w:type="spellStart"/>
      <w:r>
        <w:t>rámec</w:t>
      </w:r>
      <w:proofErr w:type="spellEnd"/>
    </w:p>
    <w:p w14:paraId="27600110" w14:textId="77777777" w:rsidR="00CB3864" w:rsidRDefault="0074127D">
      <w:pPr>
        <w:pStyle w:val="Seznamsodrkami"/>
        <w:ind w:left="340"/>
      </w:pPr>
      <w:r>
        <w:t xml:space="preserve">2. </w:t>
      </w:r>
      <w:proofErr w:type="spellStart"/>
      <w:r>
        <w:t>Zásady</w:t>
      </w:r>
      <w:proofErr w:type="spellEnd"/>
      <w:r>
        <w:t xml:space="preserve"> </w:t>
      </w:r>
      <w:proofErr w:type="spellStart"/>
      <w:r>
        <w:t>předškolního</w:t>
      </w:r>
      <w:proofErr w:type="spellEnd"/>
      <w:r>
        <w:t xml:space="preserve"> </w:t>
      </w:r>
      <w:proofErr w:type="spellStart"/>
      <w:r>
        <w:t>vzdělávání</w:t>
      </w:r>
      <w:proofErr w:type="spellEnd"/>
      <w:r>
        <w:t xml:space="preserve"> a </w:t>
      </w:r>
      <w:proofErr w:type="spellStart"/>
      <w:r>
        <w:t>vazba</w:t>
      </w:r>
      <w:proofErr w:type="spellEnd"/>
      <w:r>
        <w:t xml:space="preserve"> </w:t>
      </w:r>
      <w:proofErr w:type="spellStart"/>
      <w:r>
        <w:t>na</w:t>
      </w:r>
      <w:proofErr w:type="spellEnd"/>
      <w:r>
        <w:t xml:space="preserve"> ŠVP PV</w:t>
      </w:r>
    </w:p>
    <w:p w14:paraId="29159516" w14:textId="77777777" w:rsidR="00CB3864" w:rsidRDefault="0074127D">
      <w:pPr>
        <w:pStyle w:val="Seznamsodrkami"/>
        <w:ind w:left="340"/>
      </w:pPr>
      <w:r>
        <w:t xml:space="preserve">3. </w:t>
      </w:r>
      <w:proofErr w:type="spellStart"/>
      <w:r>
        <w:t>Práva</w:t>
      </w:r>
      <w:proofErr w:type="spellEnd"/>
      <w:r>
        <w:t xml:space="preserve"> a </w:t>
      </w:r>
      <w:proofErr w:type="spellStart"/>
      <w:r>
        <w:t>povinnosti</w:t>
      </w:r>
      <w:proofErr w:type="spellEnd"/>
      <w:r>
        <w:t xml:space="preserve"> </w:t>
      </w:r>
      <w:proofErr w:type="spellStart"/>
      <w:r>
        <w:t>dětí</w:t>
      </w:r>
      <w:proofErr w:type="spellEnd"/>
    </w:p>
    <w:p w14:paraId="3C053167" w14:textId="77777777" w:rsidR="00CB3864" w:rsidRDefault="0074127D">
      <w:pPr>
        <w:pStyle w:val="Seznamsodrkami"/>
        <w:ind w:left="340"/>
      </w:pPr>
      <w:r>
        <w:t xml:space="preserve">4. </w:t>
      </w:r>
      <w:proofErr w:type="spellStart"/>
      <w:r>
        <w:t>Práva</w:t>
      </w:r>
      <w:proofErr w:type="spellEnd"/>
      <w:r>
        <w:t xml:space="preserve"> a </w:t>
      </w:r>
      <w:proofErr w:type="spellStart"/>
      <w:r>
        <w:t>povinnosti</w:t>
      </w:r>
      <w:proofErr w:type="spellEnd"/>
      <w:r>
        <w:t xml:space="preserve"> </w:t>
      </w:r>
      <w:proofErr w:type="spellStart"/>
      <w:r>
        <w:t>zákonných</w:t>
      </w:r>
      <w:proofErr w:type="spellEnd"/>
      <w:r>
        <w:t xml:space="preserve"> </w:t>
      </w:r>
      <w:proofErr w:type="spellStart"/>
      <w:r>
        <w:t>zástupců</w:t>
      </w:r>
      <w:proofErr w:type="spellEnd"/>
    </w:p>
    <w:p w14:paraId="2E45100A" w14:textId="77777777" w:rsidR="00CB3864" w:rsidRDefault="0074127D">
      <w:pPr>
        <w:pStyle w:val="Seznamsodrkami"/>
        <w:ind w:left="340"/>
      </w:pPr>
      <w:r>
        <w:t xml:space="preserve">5. </w:t>
      </w:r>
      <w:proofErr w:type="spellStart"/>
      <w:r>
        <w:t>Práva</w:t>
      </w:r>
      <w:proofErr w:type="spellEnd"/>
      <w:r>
        <w:t xml:space="preserve"> a </w:t>
      </w:r>
      <w:proofErr w:type="spellStart"/>
      <w:r>
        <w:t>povinnosti</w:t>
      </w:r>
      <w:proofErr w:type="spellEnd"/>
      <w:r>
        <w:t xml:space="preserve"> </w:t>
      </w:r>
      <w:proofErr w:type="spellStart"/>
      <w:r>
        <w:t>pedagogických</w:t>
      </w:r>
      <w:proofErr w:type="spellEnd"/>
      <w:r>
        <w:t xml:space="preserve"> </w:t>
      </w:r>
      <w:proofErr w:type="spellStart"/>
      <w:r>
        <w:t>pracovníků</w:t>
      </w:r>
      <w:proofErr w:type="spellEnd"/>
      <w:r>
        <w:t xml:space="preserve"> a </w:t>
      </w:r>
      <w:proofErr w:type="spellStart"/>
      <w:r>
        <w:t>pravidla</w:t>
      </w:r>
      <w:proofErr w:type="spellEnd"/>
      <w:r>
        <w:t xml:space="preserve"> </w:t>
      </w:r>
      <w:proofErr w:type="spellStart"/>
      <w:r>
        <w:t>vzájemných</w:t>
      </w:r>
      <w:proofErr w:type="spellEnd"/>
      <w:r>
        <w:t xml:space="preserve"> </w:t>
      </w:r>
      <w:proofErr w:type="spellStart"/>
      <w:r>
        <w:t>vztahů</w:t>
      </w:r>
      <w:proofErr w:type="spellEnd"/>
    </w:p>
    <w:p w14:paraId="2A851E62" w14:textId="77777777" w:rsidR="00CB3864" w:rsidRDefault="0074127D">
      <w:pPr>
        <w:pStyle w:val="Seznamsodrkami"/>
        <w:ind w:left="340"/>
      </w:pPr>
      <w:r>
        <w:t xml:space="preserve">6. </w:t>
      </w:r>
      <w:proofErr w:type="spellStart"/>
      <w:r>
        <w:t>Pravomoci</w:t>
      </w:r>
      <w:proofErr w:type="spellEnd"/>
      <w:r>
        <w:t xml:space="preserve"> </w:t>
      </w:r>
      <w:proofErr w:type="spellStart"/>
      <w:r>
        <w:t>ředitele</w:t>
      </w:r>
      <w:proofErr w:type="spellEnd"/>
      <w:r>
        <w:t xml:space="preserve"> </w:t>
      </w:r>
      <w:proofErr w:type="spellStart"/>
      <w:r>
        <w:t>školy</w:t>
      </w:r>
      <w:proofErr w:type="spellEnd"/>
    </w:p>
    <w:p w14:paraId="4FEB6BC5" w14:textId="77777777" w:rsidR="00CB3864" w:rsidRDefault="0074127D">
      <w:pPr>
        <w:pStyle w:val="Seznamsodrkami"/>
        <w:ind w:left="340"/>
      </w:pPr>
      <w:r>
        <w:t xml:space="preserve">7. </w:t>
      </w:r>
      <w:proofErr w:type="spellStart"/>
      <w:r>
        <w:t>Přijímání</w:t>
      </w:r>
      <w:proofErr w:type="spellEnd"/>
      <w:r>
        <w:t xml:space="preserve"> </w:t>
      </w:r>
      <w:proofErr w:type="spellStart"/>
      <w:r>
        <w:t>dětí</w:t>
      </w:r>
      <w:proofErr w:type="spellEnd"/>
      <w:r>
        <w:t xml:space="preserve">, </w:t>
      </w:r>
      <w:proofErr w:type="spellStart"/>
      <w:r>
        <w:t>zápis</w:t>
      </w:r>
      <w:proofErr w:type="spellEnd"/>
      <w:r>
        <w:t xml:space="preserve">, </w:t>
      </w:r>
      <w:proofErr w:type="spellStart"/>
      <w:r>
        <w:t>povinné</w:t>
      </w:r>
      <w:proofErr w:type="spellEnd"/>
      <w:r>
        <w:t xml:space="preserve"> </w:t>
      </w:r>
      <w:proofErr w:type="spellStart"/>
      <w:r>
        <w:t>předškolní</w:t>
      </w:r>
      <w:proofErr w:type="spellEnd"/>
      <w:r>
        <w:t xml:space="preserve"> </w:t>
      </w:r>
      <w:proofErr w:type="spellStart"/>
      <w:r>
        <w:t>vzdělávání</w:t>
      </w:r>
      <w:proofErr w:type="spellEnd"/>
      <w:r>
        <w:t xml:space="preserve"> a </w:t>
      </w:r>
      <w:proofErr w:type="spellStart"/>
      <w:r>
        <w:t>individuální</w:t>
      </w:r>
      <w:proofErr w:type="spellEnd"/>
      <w:r>
        <w:t xml:space="preserve"> </w:t>
      </w:r>
      <w:proofErr w:type="spellStart"/>
      <w:r>
        <w:t>vzdělávání</w:t>
      </w:r>
      <w:proofErr w:type="spellEnd"/>
    </w:p>
    <w:p w14:paraId="15923A10" w14:textId="77777777" w:rsidR="00CB3864" w:rsidRDefault="0074127D">
      <w:pPr>
        <w:pStyle w:val="Seznamsodrkami"/>
        <w:ind w:left="340"/>
      </w:pPr>
      <w:r>
        <w:t xml:space="preserve">8. </w:t>
      </w:r>
      <w:proofErr w:type="spellStart"/>
      <w:r>
        <w:t>Provoz</w:t>
      </w:r>
      <w:proofErr w:type="spellEnd"/>
      <w:r>
        <w:t xml:space="preserve"> a </w:t>
      </w:r>
      <w:proofErr w:type="spellStart"/>
      <w:r>
        <w:t>vnitřní</w:t>
      </w:r>
      <w:proofErr w:type="spellEnd"/>
      <w:r>
        <w:t xml:space="preserve"> </w:t>
      </w:r>
      <w:proofErr w:type="spellStart"/>
      <w:r>
        <w:t>režim</w:t>
      </w:r>
      <w:proofErr w:type="spellEnd"/>
      <w:r>
        <w:t xml:space="preserve"> </w:t>
      </w:r>
      <w:proofErr w:type="spellStart"/>
      <w:r>
        <w:t>mateřské</w:t>
      </w:r>
      <w:proofErr w:type="spellEnd"/>
      <w:r>
        <w:t xml:space="preserve"> </w:t>
      </w:r>
      <w:proofErr w:type="spellStart"/>
      <w:r>
        <w:t>školy</w:t>
      </w:r>
      <w:proofErr w:type="spellEnd"/>
    </w:p>
    <w:p w14:paraId="25CA34F5" w14:textId="77777777" w:rsidR="00CB3864" w:rsidRDefault="0074127D">
      <w:pPr>
        <w:pStyle w:val="Seznamsodrkami"/>
        <w:ind w:left="340"/>
      </w:pPr>
      <w:r>
        <w:t xml:space="preserve">9. </w:t>
      </w:r>
      <w:proofErr w:type="spellStart"/>
      <w:r>
        <w:t>Stravování</w:t>
      </w:r>
      <w:proofErr w:type="spellEnd"/>
    </w:p>
    <w:p w14:paraId="595E56DF" w14:textId="77777777" w:rsidR="00CB3864" w:rsidRDefault="0074127D">
      <w:pPr>
        <w:pStyle w:val="Seznamsodrkami"/>
        <w:ind w:left="340"/>
      </w:pPr>
      <w:r>
        <w:t xml:space="preserve">10. </w:t>
      </w:r>
      <w:proofErr w:type="spellStart"/>
      <w:r>
        <w:t>Úplata</w:t>
      </w:r>
      <w:proofErr w:type="spellEnd"/>
      <w:r>
        <w:t xml:space="preserve"> za </w:t>
      </w:r>
      <w:proofErr w:type="spellStart"/>
      <w:r>
        <w:t>předškolní</w:t>
      </w:r>
      <w:proofErr w:type="spellEnd"/>
      <w:r>
        <w:t xml:space="preserve"> </w:t>
      </w:r>
      <w:proofErr w:type="spellStart"/>
      <w:r>
        <w:t>vzdělávání</w:t>
      </w:r>
      <w:proofErr w:type="spellEnd"/>
    </w:p>
    <w:p w14:paraId="133787E0" w14:textId="77777777" w:rsidR="00CB3864" w:rsidRDefault="0074127D">
      <w:pPr>
        <w:pStyle w:val="Seznamsodrkami"/>
        <w:ind w:left="340"/>
      </w:pPr>
      <w:r>
        <w:t xml:space="preserve">11. </w:t>
      </w:r>
      <w:proofErr w:type="spellStart"/>
      <w:r>
        <w:t>Podmínky</w:t>
      </w:r>
      <w:proofErr w:type="spellEnd"/>
      <w:r>
        <w:t xml:space="preserve"> </w:t>
      </w:r>
      <w:proofErr w:type="spellStart"/>
      <w:r>
        <w:t>zajištění</w:t>
      </w:r>
      <w:proofErr w:type="spellEnd"/>
      <w:r>
        <w:t xml:space="preserve"> </w:t>
      </w:r>
      <w:proofErr w:type="spellStart"/>
      <w:r>
        <w:t>bezpečnosti</w:t>
      </w:r>
      <w:proofErr w:type="spellEnd"/>
      <w:r>
        <w:t xml:space="preserve">, </w:t>
      </w:r>
      <w:proofErr w:type="spellStart"/>
      <w:r>
        <w:t>ochrany</w:t>
      </w:r>
      <w:proofErr w:type="spellEnd"/>
      <w:r>
        <w:t xml:space="preserve"> </w:t>
      </w:r>
      <w:proofErr w:type="spellStart"/>
      <w:r>
        <w:t>zdraví</w:t>
      </w:r>
      <w:proofErr w:type="spellEnd"/>
      <w:r>
        <w:t xml:space="preserve"> a </w:t>
      </w:r>
      <w:proofErr w:type="spellStart"/>
      <w:r>
        <w:t>ochrany</w:t>
      </w:r>
      <w:proofErr w:type="spellEnd"/>
      <w:r>
        <w:t xml:space="preserve"> </w:t>
      </w:r>
      <w:proofErr w:type="spellStart"/>
      <w:r>
        <w:t>před</w:t>
      </w:r>
      <w:proofErr w:type="spellEnd"/>
      <w:r>
        <w:t xml:space="preserve"> </w:t>
      </w:r>
      <w:proofErr w:type="spellStart"/>
      <w:r>
        <w:t>rizikovým</w:t>
      </w:r>
      <w:proofErr w:type="spellEnd"/>
      <w:r>
        <w:t xml:space="preserve"> </w:t>
      </w:r>
      <w:proofErr w:type="spellStart"/>
      <w:r>
        <w:t>chováním</w:t>
      </w:r>
      <w:proofErr w:type="spellEnd"/>
    </w:p>
    <w:p w14:paraId="54644E34" w14:textId="77777777" w:rsidR="00CB3864" w:rsidRDefault="0074127D">
      <w:pPr>
        <w:pStyle w:val="Seznamsodrkami"/>
        <w:ind w:left="340"/>
      </w:pPr>
      <w:r>
        <w:t xml:space="preserve">12. </w:t>
      </w:r>
      <w:proofErr w:type="spellStart"/>
      <w:r>
        <w:t>Podávání</w:t>
      </w:r>
      <w:proofErr w:type="spellEnd"/>
      <w:r>
        <w:t xml:space="preserve"> </w:t>
      </w:r>
      <w:proofErr w:type="spellStart"/>
      <w:r>
        <w:t>léků</w:t>
      </w:r>
      <w:proofErr w:type="spellEnd"/>
      <w:r>
        <w:t xml:space="preserve"> a </w:t>
      </w:r>
      <w:proofErr w:type="spellStart"/>
      <w:r>
        <w:t>zdravotní</w:t>
      </w:r>
      <w:proofErr w:type="spellEnd"/>
      <w:r>
        <w:t xml:space="preserve"> </w:t>
      </w:r>
      <w:proofErr w:type="spellStart"/>
      <w:r>
        <w:t>specifika</w:t>
      </w:r>
      <w:proofErr w:type="spellEnd"/>
    </w:p>
    <w:p w14:paraId="2718F2B7" w14:textId="77777777" w:rsidR="00CB3864" w:rsidRDefault="0074127D">
      <w:pPr>
        <w:pStyle w:val="Seznamsodrkami"/>
        <w:ind w:left="340"/>
      </w:pPr>
      <w:r>
        <w:t xml:space="preserve">13. </w:t>
      </w:r>
      <w:proofErr w:type="spellStart"/>
      <w:r>
        <w:t>Péče</w:t>
      </w:r>
      <w:proofErr w:type="spellEnd"/>
      <w:r>
        <w:t xml:space="preserve"> o </w:t>
      </w:r>
      <w:proofErr w:type="spellStart"/>
      <w:r>
        <w:t>majetek</w:t>
      </w:r>
      <w:proofErr w:type="spellEnd"/>
      <w:r>
        <w:t xml:space="preserve"> </w:t>
      </w:r>
      <w:proofErr w:type="spellStart"/>
      <w:r>
        <w:t>školy</w:t>
      </w:r>
      <w:proofErr w:type="spellEnd"/>
    </w:p>
    <w:p w14:paraId="03241773" w14:textId="77777777" w:rsidR="00CB3864" w:rsidRDefault="0074127D">
      <w:pPr>
        <w:pStyle w:val="Seznamsodrkami"/>
        <w:ind w:left="340"/>
      </w:pPr>
      <w:r>
        <w:t xml:space="preserve">14. </w:t>
      </w:r>
      <w:proofErr w:type="spellStart"/>
      <w:r>
        <w:t>Ochrana</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fotografie</w:t>
      </w:r>
      <w:proofErr w:type="spellEnd"/>
      <w:r>
        <w:t xml:space="preserve"> a </w:t>
      </w:r>
      <w:proofErr w:type="spellStart"/>
      <w:r>
        <w:t>mlčenlivost</w:t>
      </w:r>
      <w:proofErr w:type="spellEnd"/>
    </w:p>
    <w:p w14:paraId="1AA43666" w14:textId="77777777" w:rsidR="00CB3864" w:rsidRDefault="0074127D">
      <w:pPr>
        <w:pStyle w:val="Seznamsodrkami"/>
        <w:ind w:left="340"/>
      </w:pPr>
      <w:r>
        <w:t xml:space="preserve">15. </w:t>
      </w:r>
      <w:proofErr w:type="spellStart"/>
      <w:r>
        <w:t>Pedagogická</w:t>
      </w:r>
      <w:proofErr w:type="spellEnd"/>
      <w:r>
        <w:t xml:space="preserve"> </w:t>
      </w:r>
      <w:proofErr w:type="spellStart"/>
      <w:r>
        <w:t>diagnostika</w:t>
      </w:r>
      <w:proofErr w:type="spellEnd"/>
      <w:r>
        <w:t xml:space="preserve">, </w:t>
      </w:r>
      <w:proofErr w:type="spellStart"/>
      <w:r>
        <w:t>evaluace</w:t>
      </w:r>
      <w:proofErr w:type="spellEnd"/>
      <w:r>
        <w:t xml:space="preserve"> a </w:t>
      </w:r>
      <w:proofErr w:type="spellStart"/>
      <w:r>
        <w:t>spolupráce</w:t>
      </w:r>
      <w:proofErr w:type="spellEnd"/>
      <w:r>
        <w:t xml:space="preserve"> se </w:t>
      </w:r>
      <w:proofErr w:type="spellStart"/>
      <w:r>
        <w:t>zákonnými</w:t>
      </w:r>
      <w:proofErr w:type="spellEnd"/>
      <w:r>
        <w:t xml:space="preserve"> </w:t>
      </w:r>
      <w:proofErr w:type="spellStart"/>
      <w:r>
        <w:t>zástupci</w:t>
      </w:r>
      <w:proofErr w:type="spellEnd"/>
    </w:p>
    <w:p w14:paraId="28C7B390" w14:textId="77777777" w:rsidR="00CB3864" w:rsidRDefault="0074127D">
      <w:pPr>
        <w:pStyle w:val="Seznamsodrkami"/>
        <w:ind w:left="340"/>
      </w:pPr>
      <w:r>
        <w:t xml:space="preserve">16. </w:t>
      </w:r>
      <w:proofErr w:type="spellStart"/>
      <w:r>
        <w:t>Podávání</w:t>
      </w:r>
      <w:proofErr w:type="spellEnd"/>
      <w:r>
        <w:t xml:space="preserve"> a </w:t>
      </w:r>
      <w:proofErr w:type="spellStart"/>
      <w:r>
        <w:t>vyřizování</w:t>
      </w:r>
      <w:proofErr w:type="spellEnd"/>
      <w:r>
        <w:t xml:space="preserve"> </w:t>
      </w:r>
      <w:proofErr w:type="spellStart"/>
      <w:r>
        <w:t>podnětů</w:t>
      </w:r>
      <w:proofErr w:type="spellEnd"/>
      <w:r>
        <w:t xml:space="preserve"> a </w:t>
      </w:r>
      <w:proofErr w:type="spellStart"/>
      <w:r>
        <w:t>stížností</w:t>
      </w:r>
      <w:proofErr w:type="spellEnd"/>
    </w:p>
    <w:p w14:paraId="104050E4" w14:textId="77777777" w:rsidR="00CB3864" w:rsidRDefault="0074127D">
      <w:pPr>
        <w:pStyle w:val="Seznamsodrkami"/>
        <w:ind w:left="340"/>
      </w:pPr>
      <w:r>
        <w:t xml:space="preserve">17. </w:t>
      </w:r>
      <w:proofErr w:type="spellStart"/>
      <w:r>
        <w:t>Závěrečná</w:t>
      </w:r>
      <w:proofErr w:type="spellEnd"/>
      <w:r>
        <w:t xml:space="preserve"> </w:t>
      </w:r>
      <w:proofErr w:type="spellStart"/>
      <w:r>
        <w:t>ustanovení</w:t>
      </w:r>
      <w:proofErr w:type="spellEnd"/>
    </w:p>
    <w:p w14:paraId="0E6BE970" w14:textId="77777777" w:rsidR="00CB3864" w:rsidRDefault="0074127D">
      <w:pPr>
        <w:pStyle w:val="Seznamsodrkami"/>
        <w:ind w:left="340"/>
      </w:pPr>
      <w:r>
        <w:t xml:space="preserve">18. </w:t>
      </w:r>
      <w:proofErr w:type="spellStart"/>
      <w:r>
        <w:t>Kontakty</w:t>
      </w:r>
      <w:proofErr w:type="spellEnd"/>
    </w:p>
    <w:p w14:paraId="5CE7206A" w14:textId="77777777" w:rsidR="00CB3864" w:rsidRDefault="0074127D">
      <w:pPr>
        <w:pStyle w:val="Seznamsodrkami"/>
        <w:ind w:left="340"/>
      </w:pPr>
      <w:proofErr w:type="spellStart"/>
      <w:r>
        <w:t>Příloha</w:t>
      </w:r>
      <w:proofErr w:type="spellEnd"/>
      <w:r>
        <w:t xml:space="preserve">: </w:t>
      </w:r>
      <w:proofErr w:type="spellStart"/>
      <w:r>
        <w:t>Auditní</w:t>
      </w:r>
      <w:proofErr w:type="spellEnd"/>
      <w:r>
        <w:t xml:space="preserve"> </w:t>
      </w:r>
      <w:proofErr w:type="spellStart"/>
      <w:r>
        <w:t>kontrolní</w:t>
      </w:r>
      <w:proofErr w:type="spellEnd"/>
      <w:r>
        <w:t xml:space="preserve"> list </w:t>
      </w:r>
      <w:proofErr w:type="spellStart"/>
      <w:r>
        <w:t>souladu</w:t>
      </w:r>
      <w:proofErr w:type="spellEnd"/>
    </w:p>
    <w:p w14:paraId="29D35B39" w14:textId="77777777" w:rsidR="00CB3864" w:rsidRDefault="0074127D">
      <w:r>
        <w:br w:type="page"/>
      </w:r>
    </w:p>
    <w:p w14:paraId="2C5F75F2" w14:textId="77777777" w:rsidR="00CB3864" w:rsidRDefault="0074127D">
      <w:pPr>
        <w:pStyle w:val="Nadpis1"/>
      </w:pPr>
      <w:r>
        <w:rPr>
          <w:rFonts w:ascii="Arial" w:hAnsi="Arial"/>
          <w:b w:val="0"/>
        </w:rPr>
        <w:lastRenderedPageBreak/>
        <w:t xml:space="preserve">1. </w:t>
      </w:r>
      <w:proofErr w:type="spellStart"/>
      <w:r>
        <w:rPr>
          <w:rFonts w:ascii="Arial" w:hAnsi="Arial"/>
          <w:b w:val="0"/>
        </w:rPr>
        <w:t>Úvodní</w:t>
      </w:r>
      <w:proofErr w:type="spellEnd"/>
      <w:r>
        <w:rPr>
          <w:rFonts w:ascii="Arial" w:hAnsi="Arial"/>
          <w:b w:val="0"/>
        </w:rPr>
        <w:t xml:space="preserve"> </w:t>
      </w:r>
      <w:proofErr w:type="spellStart"/>
      <w:r>
        <w:rPr>
          <w:rFonts w:ascii="Arial" w:hAnsi="Arial"/>
          <w:b w:val="0"/>
        </w:rPr>
        <w:t>ustanovení</w:t>
      </w:r>
      <w:proofErr w:type="spellEnd"/>
      <w:r>
        <w:rPr>
          <w:rFonts w:ascii="Arial" w:hAnsi="Arial"/>
          <w:b w:val="0"/>
        </w:rPr>
        <w:t xml:space="preserve"> a </w:t>
      </w:r>
      <w:proofErr w:type="spellStart"/>
      <w:r>
        <w:rPr>
          <w:rFonts w:ascii="Arial" w:hAnsi="Arial"/>
          <w:b w:val="0"/>
        </w:rPr>
        <w:t>právní</w:t>
      </w:r>
      <w:proofErr w:type="spellEnd"/>
      <w:r>
        <w:rPr>
          <w:rFonts w:ascii="Arial" w:hAnsi="Arial"/>
          <w:b w:val="0"/>
        </w:rPr>
        <w:t xml:space="preserve"> </w:t>
      </w:r>
      <w:proofErr w:type="spellStart"/>
      <w:r>
        <w:rPr>
          <w:rFonts w:ascii="Arial" w:hAnsi="Arial"/>
          <w:b w:val="0"/>
        </w:rPr>
        <w:t>rámec</w:t>
      </w:r>
      <w:proofErr w:type="spellEnd"/>
    </w:p>
    <w:p w14:paraId="7A87A592" w14:textId="77777777" w:rsidR="002B11F8" w:rsidRDefault="002B11F8">
      <w:pPr>
        <w:pStyle w:val="Normln1"/>
        <w:jc w:val="both"/>
      </w:pPr>
      <w:r>
        <w:t>Tento školní řád mateřské školy upravuje podrobnosti k výkonu práv a povinností dětí a jejich zákonných zástupců, pravidla vzájemných vztahů se zaměstnanci školy, provoz a vnitřní režim mateřské školy, podmínky zajištění bezpečnosti a ochrany zdraví dětí, ochranu před rizikovým chováním, projevy diskriminace, nepřátelství a násilí a podmínky zacházení s majetkem školy.</w:t>
      </w:r>
    </w:p>
    <w:p w14:paraId="23E965B5" w14:textId="77777777" w:rsidR="002B11F8" w:rsidRDefault="002B11F8">
      <w:pPr>
        <w:pStyle w:val="Normln1"/>
        <w:jc w:val="both"/>
      </w:pPr>
      <w:r>
        <w:t>Školní řád je vydán ředitelem školy pro součást školy – mateřskou školu. Je závazný pro děti přiměřeně jejich věku a rozumové vyspělosti, pro zákonné zástupce dětí a pro všechny zaměstnance školy, kteří se podílejí na zajištění předškolního vzdělávání.</w:t>
      </w:r>
    </w:p>
    <w:p w14:paraId="7C3DE3D2" w14:textId="77777777" w:rsidR="00CB3864" w:rsidRDefault="0074127D">
      <w:proofErr w:type="spellStart"/>
      <w:r>
        <w:t>Školní</w:t>
      </w:r>
      <w:proofErr w:type="spellEnd"/>
      <w:r>
        <w:t xml:space="preserve"> </w:t>
      </w:r>
      <w:proofErr w:type="spellStart"/>
      <w:r>
        <w:t>řád</w:t>
      </w:r>
      <w:proofErr w:type="spellEnd"/>
      <w:r>
        <w:t xml:space="preserve"> je </w:t>
      </w:r>
      <w:proofErr w:type="spellStart"/>
      <w:r>
        <w:t>zpracován</w:t>
      </w:r>
      <w:proofErr w:type="spellEnd"/>
      <w:r>
        <w:t xml:space="preserve"> </w:t>
      </w:r>
      <w:proofErr w:type="spellStart"/>
      <w:r>
        <w:t>zejména</w:t>
      </w:r>
      <w:proofErr w:type="spellEnd"/>
      <w:r>
        <w:t xml:space="preserve"> v </w:t>
      </w:r>
      <w:proofErr w:type="spellStart"/>
      <w:r>
        <w:t>souladu</w:t>
      </w:r>
      <w:proofErr w:type="spellEnd"/>
      <w:r>
        <w:t xml:space="preserve"> s </w:t>
      </w:r>
      <w:proofErr w:type="spellStart"/>
      <w:r>
        <w:t>těmito</w:t>
      </w:r>
      <w:proofErr w:type="spellEnd"/>
      <w:r>
        <w:t xml:space="preserve"> </w:t>
      </w:r>
      <w:proofErr w:type="spellStart"/>
      <w:r>
        <w:t>právními</w:t>
      </w:r>
      <w:proofErr w:type="spellEnd"/>
      <w:r>
        <w:t xml:space="preserve"> </w:t>
      </w:r>
      <w:proofErr w:type="spellStart"/>
      <w:r>
        <w:t>předpisy</w:t>
      </w:r>
      <w:proofErr w:type="spellEnd"/>
      <w:r>
        <w:t xml:space="preserve"> a </w:t>
      </w:r>
      <w:proofErr w:type="spellStart"/>
      <w:r>
        <w:t>dokumenty</w:t>
      </w:r>
      <w:proofErr w:type="spellEnd"/>
      <w:r>
        <w:t>:</w:t>
      </w:r>
    </w:p>
    <w:p w14:paraId="328BD6CA" w14:textId="77777777" w:rsidR="002B11F8" w:rsidRDefault="002B11F8" w:rsidP="002B11F8">
      <w:pPr>
        <w:pStyle w:val="Seznamsodrkami"/>
        <w:rPr>
          <w:kern w:val="2"/>
          <w:lang w:val="cs-CZ" w:eastAsia="cs-CZ"/>
          <w14:ligatures w14:val="standardContextual"/>
        </w:rPr>
      </w:pPr>
      <w:proofErr w:type="spellStart"/>
      <w:r>
        <w:t>zákon</w:t>
      </w:r>
      <w:proofErr w:type="spellEnd"/>
      <w:r>
        <w:t xml:space="preserve"> č. 561/2004 Sb., </w:t>
      </w:r>
      <w:proofErr w:type="spellStart"/>
      <w:r>
        <w:t>školský</w:t>
      </w:r>
      <w:proofErr w:type="spellEnd"/>
      <w:r>
        <w:t xml:space="preserve"> </w:t>
      </w:r>
      <w:proofErr w:type="spellStart"/>
      <w:r>
        <w:t>zákon</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 xml:space="preserve">, </w:t>
      </w:r>
      <w:proofErr w:type="spellStart"/>
      <w:r>
        <w:t>zejména</w:t>
      </w:r>
      <w:proofErr w:type="spellEnd"/>
      <w:r>
        <w:t xml:space="preserve"> § 2, § 21, § 22, § 28 </w:t>
      </w:r>
      <w:proofErr w:type="spellStart"/>
      <w:r>
        <w:t>až</w:t>
      </w:r>
      <w:proofErr w:type="spellEnd"/>
      <w:r>
        <w:t xml:space="preserve"> § 30, § 33 </w:t>
      </w:r>
      <w:proofErr w:type="spellStart"/>
      <w:r>
        <w:t>až</w:t>
      </w:r>
      <w:proofErr w:type="spellEnd"/>
      <w:r>
        <w:t xml:space="preserve"> § 35, § 34a, § 34b, § 123, § 164 a § 182a,</w:t>
      </w:r>
    </w:p>
    <w:p w14:paraId="39BBDEF2" w14:textId="77777777" w:rsidR="002B11F8" w:rsidRDefault="002B11F8" w:rsidP="002B11F8">
      <w:pPr>
        <w:pStyle w:val="Seznamsodrkami"/>
      </w:pPr>
      <w:proofErr w:type="spellStart"/>
      <w:r>
        <w:t>vyhláška</w:t>
      </w:r>
      <w:proofErr w:type="spellEnd"/>
      <w:r>
        <w:t xml:space="preserve"> č. 14/2005 Sb., o </w:t>
      </w:r>
      <w:proofErr w:type="spellStart"/>
      <w:r>
        <w:t>předškolním</w:t>
      </w:r>
      <w:proofErr w:type="spellEnd"/>
      <w:r>
        <w:t xml:space="preserve"> </w:t>
      </w:r>
      <w:proofErr w:type="spellStart"/>
      <w:r>
        <w:t>vzdělávání</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 xml:space="preserve">, </w:t>
      </w:r>
      <w:proofErr w:type="spellStart"/>
      <w:r>
        <w:t>zejména</w:t>
      </w:r>
      <w:proofErr w:type="spellEnd"/>
      <w:r>
        <w:t xml:space="preserve"> § 1 </w:t>
      </w:r>
      <w:proofErr w:type="spellStart"/>
      <w:r>
        <w:t>až</w:t>
      </w:r>
      <w:proofErr w:type="spellEnd"/>
      <w:r>
        <w:t xml:space="preserve"> § 6,</w:t>
      </w:r>
    </w:p>
    <w:p w14:paraId="7764C267" w14:textId="77777777" w:rsidR="002B11F8" w:rsidRDefault="002B11F8" w:rsidP="002B11F8">
      <w:pPr>
        <w:pStyle w:val="Seznamsodrkami"/>
      </w:pPr>
      <w:proofErr w:type="spellStart"/>
      <w:r>
        <w:t>vyhláška</w:t>
      </w:r>
      <w:proofErr w:type="spellEnd"/>
      <w:r>
        <w:t xml:space="preserve"> č. 27/2016 Sb., o </w:t>
      </w:r>
      <w:proofErr w:type="spellStart"/>
      <w:r>
        <w:t>vzdělávání</w:t>
      </w:r>
      <w:proofErr w:type="spellEnd"/>
      <w:r>
        <w:t xml:space="preserve"> </w:t>
      </w:r>
      <w:proofErr w:type="spellStart"/>
      <w:r>
        <w:t>dětí</w:t>
      </w:r>
      <w:proofErr w:type="spellEnd"/>
      <w:r>
        <w:t xml:space="preserve">, </w:t>
      </w:r>
      <w:proofErr w:type="spellStart"/>
      <w:r>
        <w:t>žáků</w:t>
      </w:r>
      <w:proofErr w:type="spellEnd"/>
      <w:r>
        <w:t xml:space="preserve"> a </w:t>
      </w:r>
      <w:proofErr w:type="spellStart"/>
      <w:r>
        <w:t>studentů</w:t>
      </w:r>
      <w:proofErr w:type="spellEnd"/>
      <w:r>
        <w:t xml:space="preserve"> se </w:t>
      </w:r>
      <w:proofErr w:type="spellStart"/>
      <w:r>
        <w:t>speciálními</w:t>
      </w:r>
      <w:proofErr w:type="spellEnd"/>
      <w:r>
        <w:t xml:space="preserve"> </w:t>
      </w:r>
      <w:proofErr w:type="spellStart"/>
      <w:r>
        <w:t>vzdělávacími</w:t>
      </w:r>
      <w:proofErr w:type="spellEnd"/>
      <w:r>
        <w:t xml:space="preserve"> </w:t>
      </w:r>
      <w:proofErr w:type="spellStart"/>
      <w:r>
        <w:t>potřebami</w:t>
      </w:r>
      <w:proofErr w:type="spellEnd"/>
      <w:r>
        <w:t xml:space="preserve"> a </w:t>
      </w:r>
      <w:proofErr w:type="spellStart"/>
      <w:r>
        <w:t>dětí</w:t>
      </w:r>
      <w:proofErr w:type="spellEnd"/>
      <w:r>
        <w:t xml:space="preserve">, </w:t>
      </w:r>
      <w:proofErr w:type="spellStart"/>
      <w:r>
        <w:t>žáků</w:t>
      </w:r>
      <w:proofErr w:type="spellEnd"/>
      <w:r>
        <w:t xml:space="preserve"> a </w:t>
      </w:r>
      <w:proofErr w:type="spellStart"/>
      <w:r>
        <w:t>studentů</w:t>
      </w:r>
      <w:proofErr w:type="spellEnd"/>
      <w:r>
        <w:t xml:space="preserve"> </w:t>
      </w:r>
      <w:proofErr w:type="spellStart"/>
      <w:r>
        <w:t>nadaných</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w:t>
      </w:r>
    </w:p>
    <w:p w14:paraId="6F82D71C" w14:textId="77777777" w:rsidR="002B11F8" w:rsidRDefault="002B11F8" w:rsidP="002B11F8">
      <w:pPr>
        <w:pStyle w:val="Seznamsodrkami"/>
      </w:pPr>
      <w:proofErr w:type="spellStart"/>
      <w:r>
        <w:t>vyhláška</w:t>
      </w:r>
      <w:proofErr w:type="spellEnd"/>
      <w:r>
        <w:t xml:space="preserve"> č. 107/2005 Sb., o </w:t>
      </w:r>
      <w:proofErr w:type="spellStart"/>
      <w:r>
        <w:t>školním</w:t>
      </w:r>
      <w:proofErr w:type="spellEnd"/>
      <w:r>
        <w:t xml:space="preserve"> </w:t>
      </w:r>
      <w:proofErr w:type="spellStart"/>
      <w:r>
        <w:t>stravování</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 xml:space="preserve">, </w:t>
      </w:r>
      <w:proofErr w:type="spellStart"/>
      <w:r>
        <w:t>zejména</w:t>
      </w:r>
      <w:proofErr w:type="spellEnd"/>
      <w:r>
        <w:t xml:space="preserve"> § 2 a § 4,</w:t>
      </w:r>
    </w:p>
    <w:p w14:paraId="09834A61" w14:textId="77777777" w:rsidR="002B11F8" w:rsidRDefault="002B11F8" w:rsidP="002B11F8">
      <w:pPr>
        <w:pStyle w:val="Seznamsodrkami"/>
      </w:pPr>
      <w:proofErr w:type="spellStart"/>
      <w:r>
        <w:t>zákon</w:t>
      </w:r>
      <w:proofErr w:type="spellEnd"/>
      <w:r>
        <w:t xml:space="preserve"> č. 258/2000 Sb., o </w:t>
      </w:r>
      <w:proofErr w:type="spellStart"/>
      <w:r>
        <w:t>ochraně</w:t>
      </w:r>
      <w:proofErr w:type="spellEnd"/>
      <w:r>
        <w:t xml:space="preserve"> </w:t>
      </w:r>
      <w:proofErr w:type="spellStart"/>
      <w:r>
        <w:t>veřejného</w:t>
      </w:r>
      <w:proofErr w:type="spellEnd"/>
      <w:r>
        <w:t xml:space="preserve"> </w:t>
      </w:r>
      <w:proofErr w:type="spellStart"/>
      <w:r>
        <w:t>zdraví</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 xml:space="preserve">, </w:t>
      </w:r>
      <w:proofErr w:type="spellStart"/>
      <w:r>
        <w:t>zejména</w:t>
      </w:r>
      <w:proofErr w:type="spellEnd"/>
      <w:r>
        <w:t xml:space="preserve"> § 50,</w:t>
      </w:r>
    </w:p>
    <w:p w14:paraId="0CC932CC" w14:textId="77777777" w:rsidR="002B11F8" w:rsidRDefault="002B11F8" w:rsidP="002B11F8">
      <w:pPr>
        <w:pStyle w:val="Seznamsodrkami"/>
      </w:pPr>
      <w:proofErr w:type="spellStart"/>
      <w:r>
        <w:t>zákon</w:t>
      </w:r>
      <w:proofErr w:type="spellEnd"/>
      <w:r>
        <w:t xml:space="preserve"> č. 372/2011 Sb., o </w:t>
      </w:r>
      <w:proofErr w:type="spellStart"/>
      <w:r>
        <w:t>zdravotních</w:t>
      </w:r>
      <w:proofErr w:type="spellEnd"/>
      <w:r>
        <w:t xml:space="preserve"> </w:t>
      </w:r>
      <w:proofErr w:type="spellStart"/>
      <w:r>
        <w:t>službách</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w:t>
      </w:r>
    </w:p>
    <w:p w14:paraId="1DAE817F" w14:textId="77777777" w:rsidR="002B11F8" w:rsidRDefault="002B11F8" w:rsidP="002B11F8">
      <w:pPr>
        <w:pStyle w:val="Seznamsodrkami"/>
      </w:pPr>
      <w:proofErr w:type="spellStart"/>
      <w:r>
        <w:t>nařízení</w:t>
      </w:r>
      <w:proofErr w:type="spellEnd"/>
      <w:r>
        <w:t xml:space="preserve"> </w:t>
      </w:r>
      <w:proofErr w:type="spellStart"/>
      <w:r>
        <w:t>Evropského</w:t>
      </w:r>
      <w:proofErr w:type="spellEnd"/>
      <w:r>
        <w:t xml:space="preserve"> </w:t>
      </w:r>
      <w:proofErr w:type="spellStart"/>
      <w:r>
        <w:t>parlamentu</w:t>
      </w:r>
      <w:proofErr w:type="spellEnd"/>
      <w:r>
        <w:t xml:space="preserve"> a Rady (EU) 2016/679 (GDPR) a </w:t>
      </w:r>
      <w:proofErr w:type="spellStart"/>
      <w:r>
        <w:t>zákon</w:t>
      </w:r>
      <w:proofErr w:type="spellEnd"/>
      <w:r>
        <w:t xml:space="preserve"> č. 110/2019 Sb., o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ve</w:t>
      </w:r>
      <w:proofErr w:type="spellEnd"/>
      <w:r>
        <w:t xml:space="preserve"> </w:t>
      </w:r>
      <w:proofErr w:type="spellStart"/>
      <w:r>
        <w:t>znění</w:t>
      </w:r>
      <w:proofErr w:type="spellEnd"/>
      <w:r>
        <w:t xml:space="preserve"> </w:t>
      </w:r>
      <w:proofErr w:type="spellStart"/>
      <w:r>
        <w:t>pozdějších</w:t>
      </w:r>
      <w:proofErr w:type="spellEnd"/>
      <w:r>
        <w:t xml:space="preserve"> </w:t>
      </w:r>
      <w:proofErr w:type="spellStart"/>
      <w:r>
        <w:t>předpisů</w:t>
      </w:r>
      <w:proofErr w:type="spellEnd"/>
      <w:r>
        <w:t>,</w:t>
      </w:r>
    </w:p>
    <w:p w14:paraId="4AAAA041" w14:textId="77777777" w:rsidR="002B11F8" w:rsidRDefault="002B11F8" w:rsidP="002B11F8">
      <w:pPr>
        <w:pStyle w:val="Seznamsodrkami"/>
      </w:pPr>
      <w:proofErr w:type="spellStart"/>
      <w:r>
        <w:t>Rámcový</w:t>
      </w:r>
      <w:proofErr w:type="spellEnd"/>
      <w:r>
        <w:t xml:space="preserve"> </w:t>
      </w:r>
      <w:proofErr w:type="spellStart"/>
      <w:r>
        <w:t>vzdělávací</w:t>
      </w:r>
      <w:proofErr w:type="spellEnd"/>
      <w:r>
        <w:t xml:space="preserve"> program pro </w:t>
      </w:r>
      <w:proofErr w:type="spellStart"/>
      <w:r>
        <w:t>předškolní</w:t>
      </w:r>
      <w:proofErr w:type="spellEnd"/>
      <w:r>
        <w:t xml:space="preserve"> </w:t>
      </w:r>
      <w:proofErr w:type="spellStart"/>
      <w:r>
        <w:t>vzdělávání</w:t>
      </w:r>
      <w:proofErr w:type="spellEnd"/>
      <w:r>
        <w:t xml:space="preserve"> v </w:t>
      </w:r>
      <w:proofErr w:type="spellStart"/>
      <w:r>
        <w:t>platném</w:t>
      </w:r>
      <w:proofErr w:type="spellEnd"/>
      <w:r>
        <w:t xml:space="preserve"> </w:t>
      </w:r>
      <w:proofErr w:type="spellStart"/>
      <w:r>
        <w:t>znění</w:t>
      </w:r>
      <w:proofErr w:type="spellEnd"/>
      <w:r>
        <w:t xml:space="preserve"> a </w:t>
      </w:r>
      <w:proofErr w:type="spellStart"/>
      <w:r>
        <w:t>Školní</w:t>
      </w:r>
      <w:proofErr w:type="spellEnd"/>
      <w:r>
        <w:t xml:space="preserve"> </w:t>
      </w:r>
      <w:proofErr w:type="spellStart"/>
      <w:r>
        <w:t>vzdělávací</w:t>
      </w:r>
      <w:proofErr w:type="spellEnd"/>
      <w:r>
        <w:t xml:space="preserve"> program pro </w:t>
      </w:r>
      <w:proofErr w:type="spellStart"/>
      <w:r>
        <w:t>předškolní</w:t>
      </w:r>
      <w:proofErr w:type="spellEnd"/>
      <w:r>
        <w:t xml:space="preserve"> </w:t>
      </w:r>
      <w:proofErr w:type="spellStart"/>
      <w:r>
        <w:t>vzdělávání</w:t>
      </w:r>
      <w:proofErr w:type="spellEnd"/>
      <w:r>
        <w:t xml:space="preserve"> </w:t>
      </w:r>
      <w:proofErr w:type="spellStart"/>
      <w:r>
        <w:t>školy</w:t>
      </w:r>
      <w:proofErr w:type="spellEnd"/>
      <w:r>
        <w:t xml:space="preserve"> „</w:t>
      </w:r>
      <w:proofErr w:type="spellStart"/>
      <w:r>
        <w:t>Svět</w:t>
      </w:r>
      <w:proofErr w:type="spellEnd"/>
      <w:r>
        <w:t xml:space="preserve">, </w:t>
      </w:r>
      <w:proofErr w:type="spellStart"/>
      <w:r>
        <w:t>který</w:t>
      </w:r>
      <w:proofErr w:type="spellEnd"/>
      <w:r>
        <w:t xml:space="preserve"> </w:t>
      </w:r>
      <w:proofErr w:type="spellStart"/>
      <w:r>
        <w:t>patří</w:t>
      </w:r>
      <w:proofErr w:type="spellEnd"/>
      <w:r>
        <w:t xml:space="preserve"> </w:t>
      </w:r>
      <w:proofErr w:type="spellStart"/>
      <w:r>
        <w:t>dětem</w:t>
      </w:r>
      <w:proofErr w:type="spellEnd"/>
      <w:r>
        <w:t xml:space="preserve"> – </w:t>
      </w:r>
      <w:proofErr w:type="spellStart"/>
      <w:r>
        <w:t>království</w:t>
      </w:r>
      <w:proofErr w:type="spellEnd"/>
      <w:r>
        <w:t xml:space="preserve">, </w:t>
      </w:r>
      <w:proofErr w:type="spellStart"/>
      <w:r>
        <w:t>kde</w:t>
      </w:r>
      <w:proofErr w:type="spellEnd"/>
      <w:r>
        <w:t xml:space="preserve"> se </w:t>
      </w:r>
      <w:proofErr w:type="spellStart"/>
      <w:r>
        <w:t>učíme</w:t>
      </w:r>
      <w:proofErr w:type="spellEnd"/>
      <w:r>
        <w:t xml:space="preserve"> </w:t>
      </w:r>
      <w:proofErr w:type="spellStart"/>
      <w:r>
        <w:t>žít</w:t>
      </w:r>
      <w:proofErr w:type="spellEnd"/>
      <w:r>
        <w:t xml:space="preserve">“, </w:t>
      </w:r>
      <w:proofErr w:type="spellStart"/>
      <w:r>
        <w:t>účinný</w:t>
      </w:r>
      <w:proofErr w:type="spellEnd"/>
      <w:r>
        <w:t xml:space="preserve"> od 1. 9. 2026.</w:t>
      </w:r>
    </w:p>
    <w:p w14:paraId="7995D15F" w14:textId="77777777" w:rsidR="00CB3864" w:rsidRDefault="0074127D">
      <w:pPr>
        <w:pStyle w:val="Nadpis1"/>
      </w:pPr>
      <w:r>
        <w:rPr>
          <w:rFonts w:ascii="Arial" w:hAnsi="Arial"/>
          <w:b w:val="0"/>
        </w:rPr>
        <w:t xml:space="preserve">2. </w:t>
      </w:r>
      <w:proofErr w:type="spellStart"/>
      <w:r>
        <w:rPr>
          <w:rFonts w:ascii="Arial" w:hAnsi="Arial"/>
          <w:b w:val="0"/>
        </w:rPr>
        <w:t>Zásady</w:t>
      </w:r>
      <w:proofErr w:type="spellEnd"/>
      <w:r>
        <w:rPr>
          <w:rFonts w:ascii="Arial" w:hAnsi="Arial"/>
          <w:b w:val="0"/>
        </w:rPr>
        <w:t xml:space="preserve"> </w:t>
      </w:r>
      <w:proofErr w:type="spellStart"/>
      <w:r>
        <w:rPr>
          <w:rFonts w:ascii="Arial" w:hAnsi="Arial"/>
          <w:b w:val="0"/>
        </w:rPr>
        <w:t>předškolního</w:t>
      </w:r>
      <w:proofErr w:type="spellEnd"/>
      <w:r>
        <w:rPr>
          <w:rFonts w:ascii="Arial" w:hAnsi="Arial"/>
          <w:b w:val="0"/>
        </w:rPr>
        <w:t xml:space="preserve"> </w:t>
      </w:r>
      <w:proofErr w:type="spellStart"/>
      <w:r>
        <w:rPr>
          <w:rFonts w:ascii="Arial" w:hAnsi="Arial"/>
          <w:b w:val="0"/>
        </w:rPr>
        <w:t>vzdělávání</w:t>
      </w:r>
      <w:proofErr w:type="spellEnd"/>
      <w:r>
        <w:rPr>
          <w:rFonts w:ascii="Arial" w:hAnsi="Arial"/>
          <w:b w:val="0"/>
        </w:rPr>
        <w:t xml:space="preserve"> a </w:t>
      </w:r>
      <w:proofErr w:type="spellStart"/>
      <w:r>
        <w:rPr>
          <w:rFonts w:ascii="Arial" w:hAnsi="Arial"/>
          <w:b w:val="0"/>
        </w:rPr>
        <w:t>vazba</w:t>
      </w:r>
      <w:proofErr w:type="spellEnd"/>
      <w:r>
        <w:rPr>
          <w:rFonts w:ascii="Arial" w:hAnsi="Arial"/>
          <w:b w:val="0"/>
        </w:rPr>
        <w:t xml:space="preserve"> </w:t>
      </w:r>
      <w:proofErr w:type="spellStart"/>
      <w:r>
        <w:rPr>
          <w:rFonts w:ascii="Arial" w:hAnsi="Arial"/>
          <w:b w:val="0"/>
        </w:rPr>
        <w:t>na</w:t>
      </w:r>
      <w:proofErr w:type="spellEnd"/>
      <w:r>
        <w:rPr>
          <w:rFonts w:ascii="Arial" w:hAnsi="Arial"/>
          <w:b w:val="0"/>
        </w:rPr>
        <w:t xml:space="preserve"> ŠVP PV</w:t>
      </w:r>
    </w:p>
    <w:p w14:paraId="038E3568" w14:textId="77777777" w:rsidR="00CB3864" w:rsidRDefault="0074127D" w:rsidP="00351F0A">
      <w:pPr>
        <w:jc w:val="both"/>
      </w:pPr>
      <w:proofErr w:type="spellStart"/>
      <w:r>
        <w:t>Předškolní</w:t>
      </w:r>
      <w:proofErr w:type="spellEnd"/>
      <w:r>
        <w:t xml:space="preserve"> </w:t>
      </w:r>
      <w:proofErr w:type="spellStart"/>
      <w:r>
        <w:t>vzdělávání</w:t>
      </w:r>
      <w:proofErr w:type="spellEnd"/>
      <w:r>
        <w:t xml:space="preserve"> v </w:t>
      </w:r>
      <w:proofErr w:type="spellStart"/>
      <w:r>
        <w:t>mateřské</w:t>
      </w:r>
      <w:proofErr w:type="spellEnd"/>
      <w:r>
        <w:t xml:space="preserve"> </w:t>
      </w:r>
      <w:proofErr w:type="spellStart"/>
      <w:r>
        <w:t>škole</w:t>
      </w:r>
      <w:proofErr w:type="spellEnd"/>
      <w:r>
        <w:t xml:space="preserve"> </w:t>
      </w:r>
      <w:proofErr w:type="spellStart"/>
      <w:r>
        <w:t>podporuje</w:t>
      </w:r>
      <w:proofErr w:type="spellEnd"/>
      <w:r>
        <w:t xml:space="preserve"> </w:t>
      </w:r>
      <w:proofErr w:type="spellStart"/>
      <w:r>
        <w:t>rozvoj</w:t>
      </w:r>
      <w:proofErr w:type="spellEnd"/>
      <w:r>
        <w:t xml:space="preserve"> </w:t>
      </w:r>
      <w:proofErr w:type="spellStart"/>
      <w:r>
        <w:t>osobnosti</w:t>
      </w:r>
      <w:proofErr w:type="spellEnd"/>
      <w:r>
        <w:t xml:space="preserve"> </w:t>
      </w:r>
      <w:proofErr w:type="spellStart"/>
      <w:r>
        <w:t>dítěte</w:t>
      </w:r>
      <w:proofErr w:type="spellEnd"/>
      <w:r>
        <w:t xml:space="preserve">, </w:t>
      </w:r>
      <w:proofErr w:type="spellStart"/>
      <w:r>
        <w:t>jeho</w:t>
      </w:r>
      <w:proofErr w:type="spellEnd"/>
      <w:r>
        <w:t xml:space="preserve"> </w:t>
      </w:r>
      <w:proofErr w:type="spellStart"/>
      <w:r>
        <w:t>zdravý</w:t>
      </w:r>
      <w:proofErr w:type="spellEnd"/>
      <w:r>
        <w:t xml:space="preserve"> </w:t>
      </w:r>
      <w:proofErr w:type="spellStart"/>
      <w:r>
        <w:t>tělesný</w:t>
      </w:r>
      <w:proofErr w:type="spellEnd"/>
      <w:r>
        <w:t xml:space="preserve">, </w:t>
      </w:r>
      <w:proofErr w:type="spellStart"/>
      <w:r>
        <w:t>psychický</w:t>
      </w:r>
      <w:proofErr w:type="spellEnd"/>
      <w:r>
        <w:t xml:space="preserve">, </w:t>
      </w:r>
      <w:proofErr w:type="spellStart"/>
      <w:r>
        <w:t>sociální</w:t>
      </w:r>
      <w:proofErr w:type="spellEnd"/>
      <w:r>
        <w:t xml:space="preserve"> a </w:t>
      </w:r>
      <w:proofErr w:type="spellStart"/>
      <w:r>
        <w:t>morální</w:t>
      </w:r>
      <w:proofErr w:type="spellEnd"/>
      <w:r>
        <w:t xml:space="preserve"> </w:t>
      </w:r>
      <w:proofErr w:type="spellStart"/>
      <w:r>
        <w:t>rozvoj</w:t>
      </w:r>
      <w:proofErr w:type="spellEnd"/>
      <w:r>
        <w:t xml:space="preserve">, </w:t>
      </w:r>
      <w:proofErr w:type="spellStart"/>
      <w:r>
        <w:t>vytváří</w:t>
      </w:r>
      <w:proofErr w:type="spellEnd"/>
      <w:r>
        <w:t xml:space="preserve"> </w:t>
      </w:r>
      <w:proofErr w:type="spellStart"/>
      <w:r>
        <w:t>předpoklady</w:t>
      </w:r>
      <w:proofErr w:type="spellEnd"/>
      <w:r>
        <w:t xml:space="preserve"> pro </w:t>
      </w:r>
      <w:proofErr w:type="spellStart"/>
      <w:r>
        <w:t>pokračování</w:t>
      </w:r>
      <w:proofErr w:type="spellEnd"/>
      <w:r>
        <w:t xml:space="preserve"> </w:t>
      </w:r>
      <w:proofErr w:type="spellStart"/>
      <w:r>
        <w:t>ve</w:t>
      </w:r>
      <w:proofErr w:type="spellEnd"/>
      <w:r>
        <w:t xml:space="preserve"> </w:t>
      </w:r>
      <w:proofErr w:type="spellStart"/>
      <w:r>
        <w:t>vzdělávání</w:t>
      </w:r>
      <w:proofErr w:type="spellEnd"/>
      <w:r>
        <w:t xml:space="preserve"> a </w:t>
      </w:r>
      <w:proofErr w:type="spellStart"/>
      <w:r>
        <w:t>vhodně</w:t>
      </w:r>
      <w:proofErr w:type="spellEnd"/>
      <w:r>
        <w:t xml:space="preserve"> </w:t>
      </w:r>
      <w:proofErr w:type="spellStart"/>
      <w:r>
        <w:t>doplňuje</w:t>
      </w:r>
      <w:proofErr w:type="spellEnd"/>
      <w:r>
        <w:t xml:space="preserve"> </w:t>
      </w:r>
      <w:proofErr w:type="spellStart"/>
      <w:r>
        <w:t>rodinnou</w:t>
      </w:r>
      <w:proofErr w:type="spellEnd"/>
      <w:r>
        <w:t xml:space="preserve"> </w:t>
      </w:r>
      <w:proofErr w:type="spellStart"/>
      <w:r>
        <w:t>výchovu</w:t>
      </w:r>
      <w:proofErr w:type="spellEnd"/>
      <w:r>
        <w:t xml:space="preserve">. </w:t>
      </w:r>
      <w:proofErr w:type="spellStart"/>
      <w:r>
        <w:t>Škola</w:t>
      </w:r>
      <w:proofErr w:type="spellEnd"/>
      <w:r>
        <w:t xml:space="preserve"> </w:t>
      </w:r>
      <w:proofErr w:type="spellStart"/>
      <w:r>
        <w:t>vychází</w:t>
      </w:r>
      <w:proofErr w:type="spellEnd"/>
      <w:r>
        <w:t xml:space="preserve"> z </w:t>
      </w:r>
      <w:proofErr w:type="spellStart"/>
      <w:r>
        <w:t>principů</w:t>
      </w:r>
      <w:proofErr w:type="spellEnd"/>
      <w:r>
        <w:t xml:space="preserve"> </w:t>
      </w:r>
      <w:proofErr w:type="spellStart"/>
      <w:r>
        <w:t>rovného</w:t>
      </w:r>
      <w:proofErr w:type="spellEnd"/>
      <w:r>
        <w:t xml:space="preserve"> </w:t>
      </w:r>
      <w:proofErr w:type="spellStart"/>
      <w:r>
        <w:t>přístupu</w:t>
      </w:r>
      <w:proofErr w:type="spellEnd"/>
      <w:r>
        <w:t xml:space="preserve">, </w:t>
      </w:r>
      <w:proofErr w:type="spellStart"/>
      <w:r>
        <w:t>respektu</w:t>
      </w:r>
      <w:proofErr w:type="spellEnd"/>
      <w:r>
        <w:t xml:space="preserve"> k </w:t>
      </w:r>
      <w:proofErr w:type="spellStart"/>
      <w:r>
        <w:t>individuálním</w:t>
      </w:r>
      <w:proofErr w:type="spellEnd"/>
      <w:r>
        <w:t xml:space="preserve"> </w:t>
      </w:r>
      <w:proofErr w:type="spellStart"/>
      <w:r>
        <w:t>potřebám</w:t>
      </w:r>
      <w:proofErr w:type="spellEnd"/>
      <w:r>
        <w:t xml:space="preserve"> </w:t>
      </w:r>
      <w:proofErr w:type="spellStart"/>
      <w:r>
        <w:t>dítěte</w:t>
      </w:r>
      <w:proofErr w:type="spellEnd"/>
      <w:r>
        <w:t xml:space="preserve">, </w:t>
      </w:r>
      <w:proofErr w:type="spellStart"/>
      <w:r>
        <w:t>bezpečného</w:t>
      </w:r>
      <w:proofErr w:type="spellEnd"/>
      <w:r>
        <w:t xml:space="preserve"> </w:t>
      </w:r>
      <w:proofErr w:type="spellStart"/>
      <w:r>
        <w:t>klimatu</w:t>
      </w:r>
      <w:proofErr w:type="spellEnd"/>
      <w:r>
        <w:t xml:space="preserve">, </w:t>
      </w:r>
      <w:proofErr w:type="spellStart"/>
      <w:r>
        <w:t>spolupráce</w:t>
      </w:r>
      <w:proofErr w:type="spellEnd"/>
      <w:r>
        <w:t xml:space="preserve"> s </w:t>
      </w:r>
      <w:proofErr w:type="spellStart"/>
      <w:r>
        <w:t>rodinou</w:t>
      </w:r>
      <w:proofErr w:type="spellEnd"/>
      <w:r>
        <w:t xml:space="preserve"> a </w:t>
      </w:r>
      <w:proofErr w:type="spellStart"/>
      <w:r>
        <w:t>podpory</w:t>
      </w:r>
      <w:proofErr w:type="spellEnd"/>
      <w:r>
        <w:t xml:space="preserve"> wellbeing </w:t>
      </w:r>
      <w:proofErr w:type="spellStart"/>
      <w:r>
        <w:t>dítěte</w:t>
      </w:r>
      <w:proofErr w:type="spellEnd"/>
      <w:r>
        <w:t>.</w:t>
      </w:r>
    </w:p>
    <w:p w14:paraId="51D70A85" w14:textId="77777777" w:rsidR="002B11F8" w:rsidRDefault="002B11F8">
      <w:pPr>
        <w:pStyle w:val="Normln1"/>
        <w:jc w:val="both"/>
      </w:pPr>
      <w:r>
        <w:t>Vzdělávání probíhá podle školního vzdělávacího programu „Svět, který patří dětem – království, kde se učíme žít“. Školní řád je s tímto programem věcně sladěn zejména v oblasti bezpečného a podnětného prostředí, organizace dne, center aktivit, individualizace vzdělávání, podpory dětí se speciálními vzdělávacími potřebami, podpory dětí s odlišným mateřským jazykem a evaluačního systému školy.</w:t>
      </w:r>
    </w:p>
    <w:p w14:paraId="7AB3CF5E" w14:textId="77777777" w:rsidR="00CB3864" w:rsidRDefault="0074127D" w:rsidP="00351F0A">
      <w:pPr>
        <w:jc w:val="both"/>
      </w:pPr>
      <w:proofErr w:type="spellStart"/>
      <w:r>
        <w:t>Mateřská</w:t>
      </w:r>
      <w:proofErr w:type="spellEnd"/>
      <w:r>
        <w:t xml:space="preserve"> </w:t>
      </w:r>
      <w:proofErr w:type="spellStart"/>
      <w:r>
        <w:t>škola</w:t>
      </w:r>
      <w:proofErr w:type="spellEnd"/>
      <w:r>
        <w:t xml:space="preserve"> </w:t>
      </w:r>
      <w:proofErr w:type="spellStart"/>
      <w:r>
        <w:t>využívá</w:t>
      </w:r>
      <w:proofErr w:type="spellEnd"/>
      <w:r>
        <w:t xml:space="preserve"> </w:t>
      </w:r>
      <w:proofErr w:type="spellStart"/>
      <w:r>
        <w:t>zejména</w:t>
      </w:r>
      <w:proofErr w:type="spellEnd"/>
      <w:r>
        <w:t xml:space="preserve"> </w:t>
      </w:r>
      <w:proofErr w:type="spellStart"/>
      <w:r>
        <w:t>hru</w:t>
      </w:r>
      <w:proofErr w:type="spellEnd"/>
      <w:r>
        <w:t xml:space="preserve">, </w:t>
      </w:r>
      <w:proofErr w:type="spellStart"/>
      <w:r>
        <w:t>prožitkové</w:t>
      </w:r>
      <w:proofErr w:type="spellEnd"/>
      <w:r>
        <w:t xml:space="preserve">, </w:t>
      </w:r>
      <w:proofErr w:type="spellStart"/>
      <w:r>
        <w:t>situační</w:t>
      </w:r>
      <w:proofErr w:type="spellEnd"/>
      <w:r>
        <w:t xml:space="preserve">, </w:t>
      </w:r>
      <w:proofErr w:type="spellStart"/>
      <w:r>
        <w:t>kooperativní</w:t>
      </w:r>
      <w:proofErr w:type="spellEnd"/>
      <w:r>
        <w:t xml:space="preserve"> a </w:t>
      </w:r>
      <w:proofErr w:type="spellStart"/>
      <w:r>
        <w:t>badatelsky</w:t>
      </w:r>
      <w:proofErr w:type="spellEnd"/>
      <w:r>
        <w:t xml:space="preserve"> </w:t>
      </w:r>
      <w:proofErr w:type="spellStart"/>
      <w:r>
        <w:t>orientované</w:t>
      </w:r>
      <w:proofErr w:type="spellEnd"/>
      <w:r>
        <w:t xml:space="preserve"> </w:t>
      </w:r>
      <w:proofErr w:type="spellStart"/>
      <w:r>
        <w:t>učení</w:t>
      </w:r>
      <w:proofErr w:type="spellEnd"/>
      <w:r>
        <w:t xml:space="preserve">, </w:t>
      </w:r>
      <w:proofErr w:type="spellStart"/>
      <w:r>
        <w:t>práci</w:t>
      </w:r>
      <w:proofErr w:type="spellEnd"/>
      <w:r>
        <w:t xml:space="preserve"> v </w:t>
      </w:r>
      <w:proofErr w:type="spellStart"/>
      <w:r>
        <w:t>centrech</w:t>
      </w:r>
      <w:proofErr w:type="spellEnd"/>
      <w:r>
        <w:t xml:space="preserve"> </w:t>
      </w:r>
      <w:proofErr w:type="spellStart"/>
      <w:r>
        <w:t>aktivit</w:t>
      </w:r>
      <w:proofErr w:type="spellEnd"/>
      <w:r>
        <w:t xml:space="preserve">, </w:t>
      </w:r>
      <w:proofErr w:type="spellStart"/>
      <w:r>
        <w:t>pobyt</w:t>
      </w:r>
      <w:proofErr w:type="spellEnd"/>
      <w:r>
        <w:t xml:space="preserve"> </w:t>
      </w:r>
      <w:proofErr w:type="spellStart"/>
      <w:r>
        <w:t>venku</w:t>
      </w:r>
      <w:proofErr w:type="spellEnd"/>
      <w:r>
        <w:t xml:space="preserve">, </w:t>
      </w:r>
      <w:proofErr w:type="spellStart"/>
      <w:r>
        <w:t>pohybové</w:t>
      </w:r>
      <w:proofErr w:type="spellEnd"/>
      <w:r>
        <w:t xml:space="preserve"> </w:t>
      </w:r>
      <w:proofErr w:type="spellStart"/>
      <w:r>
        <w:t>činnosti</w:t>
      </w:r>
      <w:proofErr w:type="spellEnd"/>
      <w:r>
        <w:t xml:space="preserve">, </w:t>
      </w:r>
      <w:proofErr w:type="spellStart"/>
      <w:r>
        <w:t>komunikaci</w:t>
      </w:r>
      <w:proofErr w:type="spellEnd"/>
      <w:r>
        <w:t xml:space="preserve"> a </w:t>
      </w:r>
      <w:proofErr w:type="spellStart"/>
      <w:r>
        <w:t>praktické</w:t>
      </w:r>
      <w:proofErr w:type="spellEnd"/>
      <w:r>
        <w:t xml:space="preserve"> </w:t>
      </w:r>
      <w:proofErr w:type="spellStart"/>
      <w:r>
        <w:t>životní</w:t>
      </w:r>
      <w:proofErr w:type="spellEnd"/>
      <w:r>
        <w:t xml:space="preserve"> </w:t>
      </w:r>
      <w:proofErr w:type="spellStart"/>
      <w:r>
        <w:t>situace</w:t>
      </w:r>
      <w:proofErr w:type="spellEnd"/>
      <w:r>
        <w:t xml:space="preserve">. </w:t>
      </w:r>
      <w:proofErr w:type="spellStart"/>
      <w:r>
        <w:t>Vzdělávací</w:t>
      </w:r>
      <w:proofErr w:type="spellEnd"/>
      <w:r>
        <w:t xml:space="preserve"> </w:t>
      </w:r>
      <w:proofErr w:type="spellStart"/>
      <w:r>
        <w:t>obsah</w:t>
      </w:r>
      <w:proofErr w:type="spellEnd"/>
      <w:r>
        <w:t xml:space="preserve"> je </w:t>
      </w:r>
      <w:proofErr w:type="spellStart"/>
      <w:r>
        <w:t>rozvíjen</w:t>
      </w:r>
      <w:proofErr w:type="spellEnd"/>
      <w:r>
        <w:t xml:space="preserve"> v </w:t>
      </w:r>
      <w:proofErr w:type="spellStart"/>
      <w:r>
        <w:t>integrovaných</w:t>
      </w:r>
      <w:proofErr w:type="spellEnd"/>
      <w:r>
        <w:t xml:space="preserve"> </w:t>
      </w:r>
      <w:proofErr w:type="spellStart"/>
      <w:r>
        <w:t>blocích</w:t>
      </w:r>
      <w:proofErr w:type="spellEnd"/>
      <w:r>
        <w:t xml:space="preserve"> „</w:t>
      </w:r>
      <w:proofErr w:type="spellStart"/>
      <w:r>
        <w:t>Království</w:t>
      </w:r>
      <w:proofErr w:type="spellEnd"/>
      <w:r>
        <w:t xml:space="preserve"> </w:t>
      </w:r>
      <w:proofErr w:type="spellStart"/>
      <w:r>
        <w:t>mého</w:t>
      </w:r>
      <w:proofErr w:type="spellEnd"/>
      <w:r>
        <w:t xml:space="preserve"> </w:t>
      </w:r>
      <w:proofErr w:type="spellStart"/>
      <w:r>
        <w:t>těla</w:t>
      </w:r>
      <w:proofErr w:type="spellEnd"/>
      <w:r>
        <w:t>“, „</w:t>
      </w:r>
      <w:proofErr w:type="spellStart"/>
      <w:r>
        <w:t>Království</w:t>
      </w:r>
      <w:proofErr w:type="spellEnd"/>
      <w:r>
        <w:t xml:space="preserve"> </w:t>
      </w:r>
      <w:proofErr w:type="spellStart"/>
      <w:r>
        <w:t>mého</w:t>
      </w:r>
      <w:proofErr w:type="spellEnd"/>
      <w:r>
        <w:t xml:space="preserve"> </w:t>
      </w:r>
      <w:proofErr w:type="spellStart"/>
      <w:r>
        <w:t>světa</w:t>
      </w:r>
      <w:proofErr w:type="spellEnd"/>
      <w:r>
        <w:t>“ a „</w:t>
      </w:r>
      <w:proofErr w:type="spellStart"/>
      <w:r>
        <w:t>Království</w:t>
      </w:r>
      <w:proofErr w:type="spellEnd"/>
      <w:r>
        <w:t xml:space="preserve"> </w:t>
      </w:r>
      <w:proofErr w:type="spellStart"/>
      <w:r>
        <w:t>plné</w:t>
      </w:r>
      <w:proofErr w:type="spellEnd"/>
      <w:r>
        <w:t xml:space="preserve"> </w:t>
      </w:r>
      <w:proofErr w:type="spellStart"/>
      <w:r>
        <w:t>objevů</w:t>
      </w:r>
      <w:proofErr w:type="spellEnd"/>
      <w:r>
        <w:t>“.</w:t>
      </w:r>
    </w:p>
    <w:p w14:paraId="5F274DB2" w14:textId="6B680245" w:rsidR="00CB3864" w:rsidRDefault="0074127D" w:rsidP="00351F0A">
      <w:pPr>
        <w:jc w:val="both"/>
        <w:rPr>
          <w:szCs w:val="21"/>
        </w:rPr>
      </w:pPr>
      <w:proofErr w:type="spellStart"/>
      <w:r w:rsidRPr="007F377C">
        <w:rPr>
          <w:szCs w:val="21"/>
        </w:rPr>
        <w:t>Školní</w:t>
      </w:r>
      <w:proofErr w:type="spellEnd"/>
      <w:r w:rsidRPr="007F377C">
        <w:rPr>
          <w:szCs w:val="21"/>
        </w:rPr>
        <w:t xml:space="preserve"> </w:t>
      </w:r>
      <w:proofErr w:type="spellStart"/>
      <w:r w:rsidRPr="007F377C">
        <w:rPr>
          <w:szCs w:val="21"/>
        </w:rPr>
        <w:t>řád</w:t>
      </w:r>
      <w:proofErr w:type="spellEnd"/>
      <w:r w:rsidRPr="007F377C">
        <w:rPr>
          <w:szCs w:val="21"/>
        </w:rPr>
        <w:t xml:space="preserve"> </w:t>
      </w:r>
      <w:proofErr w:type="spellStart"/>
      <w:r w:rsidRPr="007F377C">
        <w:rPr>
          <w:szCs w:val="21"/>
        </w:rPr>
        <w:t>nestanov</w:t>
      </w:r>
      <w:r w:rsidR="0093430E" w:rsidRPr="007F377C">
        <w:rPr>
          <w:szCs w:val="21"/>
        </w:rPr>
        <w:t>uje</w:t>
      </w:r>
      <w:proofErr w:type="spellEnd"/>
      <w:r w:rsidRPr="007F377C">
        <w:rPr>
          <w:szCs w:val="21"/>
        </w:rPr>
        <w:t xml:space="preserve"> </w:t>
      </w:r>
      <w:proofErr w:type="spellStart"/>
      <w:r w:rsidRPr="007F377C">
        <w:rPr>
          <w:szCs w:val="21"/>
        </w:rPr>
        <w:t>podrobnosti</w:t>
      </w:r>
      <w:proofErr w:type="spellEnd"/>
      <w:r w:rsidRPr="007F377C">
        <w:rPr>
          <w:szCs w:val="21"/>
        </w:rPr>
        <w:t xml:space="preserve"> </w:t>
      </w:r>
      <w:proofErr w:type="spellStart"/>
      <w:r w:rsidRPr="007F377C">
        <w:rPr>
          <w:szCs w:val="21"/>
        </w:rPr>
        <w:t>vzdělávacího</w:t>
      </w:r>
      <w:proofErr w:type="spellEnd"/>
      <w:r w:rsidRPr="007F377C">
        <w:rPr>
          <w:szCs w:val="21"/>
        </w:rPr>
        <w:t xml:space="preserve"> </w:t>
      </w:r>
      <w:proofErr w:type="spellStart"/>
      <w:r w:rsidRPr="007F377C">
        <w:rPr>
          <w:szCs w:val="21"/>
        </w:rPr>
        <w:t>obsahu</w:t>
      </w:r>
      <w:proofErr w:type="spellEnd"/>
      <w:r w:rsidRPr="007F377C">
        <w:rPr>
          <w:szCs w:val="21"/>
        </w:rPr>
        <w:t xml:space="preserve"> </w:t>
      </w:r>
      <w:proofErr w:type="spellStart"/>
      <w:r w:rsidRPr="007F377C">
        <w:rPr>
          <w:szCs w:val="21"/>
        </w:rPr>
        <w:t>místo</w:t>
      </w:r>
      <w:proofErr w:type="spellEnd"/>
      <w:r w:rsidRPr="007F377C">
        <w:rPr>
          <w:szCs w:val="21"/>
        </w:rPr>
        <w:t xml:space="preserve"> ŠVP PV. </w:t>
      </w:r>
      <w:proofErr w:type="spellStart"/>
      <w:r w:rsidRPr="007F377C">
        <w:rPr>
          <w:szCs w:val="21"/>
        </w:rPr>
        <w:t>Vymezuje</w:t>
      </w:r>
      <w:proofErr w:type="spellEnd"/>
      <w:r w:rsidRPr="007F377C">
        <w:rPr>
          <w:szCs w:val="21"/>
        </w:rPr>
        <w:t xml:space="preserve"> </w:t>
      </w:r>
      <w:proofErr w:type="spellStart"/>
      <w:r w:rsidRPr="007F377C">
        <w:rPr>
          <w:szCs w:val="21"/>
        </w:rPr>
        <w:t>pravidla</w:t>
      </w:r>
      <w:proofErr w:type="spellEnd"/>
      <w:r w:rsidRPr="007F377C">
        <w:rPr>
          <w:szCs w:val="21"/>
        </w:rPr>
        <w:t xml:space="preserve">, </w:t>
      </w:r>
      <w:proofErr w:type="spellStart"/>
      <w:r w:rsidRPr="007F377C">
        <w:rPr>
          <w:szCs w:val="21"/>
        </w:rPr>
        <w:t>která</w:t>
      </w:r>
      <w:proofErr w:type="spellEnd"/>
      <w:r w:rsidRPr="007F377C">
        <w:rPr>
          <w:szCs w:val="21"/>
        </w:rPr>
        <w:t xml:space="preserve"> </w:t>
      </w:r>
      <w:proofErr w:type="spellStart"/>
      <w:r w:rsidRPr="007F377C">
        <w:rPr>
          <w:szCs w:val="21"/>
        </w:rPr>
        <w:t>umožňují</w:t>
      </w:r>
      <w:proofErr w:type="spellEnd"/>
      <w:r w:rsidRPr="007F377C">
        <w:rPr>
          <w:szCs w:val="21"/>
        </w:rPr>
        <w:t xml:space="preserve"> ŠVP PV </w:t>
      </w:r>
      <w:proofErr w:type="spellStart"/>
      <w:r w:rsidRPr="007F377C">
        <w:rPr>
          <w:szCs w:val="21"/>
        </w:rPr>
        <w:t>bezpečně</w:t>
      </w:r>
      <w:proofErr w:type="spellEnd"/>
      <w:r w:rsidRPr="007F377C">
        <w:rPr>
          <w:szCs w:val="21"/>
        </w:rPr>
        <w:t xml:space="preserve"> a </w:t>
      </w:r>
      <w:proofErr w:type="spellStart"/>
      <w:r w:rsidRPr="007F377C">
        <w:rPr>
          <w:szCs w:val="21"/>
        </w:rPr>
        <w:t>průkazně</w:t>
      </w:r>
      <w:proofErr w:type="spellEnd"/>
      <w:r w:rsidRPr="007F377C">
        <w:rPr>
          <w:szCs w:val="21"/>
        </w:rPr>
        <w:t xml:space="preserve"> </w:t>
      </w:r>
      <w:proofErr w:type="spellStart"/>
      <w:r w:rsidRPr="007F377C">
        <w:rPr>
          <w:szCs w:val="21"/>
        </w:rPr>
        <w:t>realizovat</w:t>
      </w:r>
      <w:proofErr w:type="spellEnd"/>
      <w:r w:rsidRPr="007F377C">
        <w:rPr>
          <w:szCs w:val="21"/>
        </w:rPr>
        <w:t>.</w:t>
      </w:r>
    </w:p>
    <w:p w14:paraId="01DC977C" w14:textId="77777777" w:rsidR="00CB3864" w:rsidRDefault="0074127D">
      <w:pPr>
        <w:pStyle w:val="Nadpis1"/>
      </w:pPr>
      <w:r>
        <w:rPr>
          <w:rFonts w:ascii="Arial" w:hAnsi="Arial"/>
          <w:b w:val="0"/>
        </w:rPr>
        <w:t xml:space="preserve">3. </w:t>
      </w:r>
      <w:proofErr w:type="spellStart"/>
      <w:r>
        <w:rPr>
          <w:rFonts w:ascii="Arial" w:hAnsi="Arial"/>
          <w:b w:val="0"/>
        </w:rPr>
        <w:t>Práva</w:t>
      </w:r>
      <w:proofErr w:type="spellEnd"/>
      <w:r>
        <w:rPr>
          <w:rFonts w:ascii="Arial" w:hAnsi="Arial"/>
          <w:b w:val="0"/>
        </w:rPr>
        <w:t xml:space="preserve"> a </w:t>
      </w:r>
      <w:proofErr w:type="spellStart"/>
      <w:r>
        <w:rPr>
          <w:rFonts w:ascii="Arial" w:hAnsi="Arial"/>
          <w:b w:val="0"/>
        </w:rPr>
        <w:t>povinnosti</w:t>
      </w:r>
      <w:proofErr w:type="spellEnd"/>
      <w:r>
        <w:rPr>
          <w:rFonts w:ascii="Arial" w:hAnsi="Arial"/>
          <w:b w:val="0"/>
        </w:rPr>
        <w:t xml:space="preserve"> </w:t>
      </w:r>
      <w:proofErr w:type="spellStart"/>
      <w:r>
        <w:rPr>
          <w:rFonts w:ascii="Arial" w:hAnsi="Arial"/>
          <w:b w:val="0"/>
        </w:rPr>
        <w:t>dětí</w:t>
      </w:r>
      <w:proofErr w:type="spellEnd"/>
    </w:p>
    <w:p w14:paraId="06AC2028" w14:textId="77777777" w:rsidR="00CB3864" w:rsidRDefault="0074127D">
      <w:pPr>
        <w:pStyle w:val="Nadpis2"/>
      </w:pPr>
      <w:proofErr w:type="spellStart"/>
      <w:r>
        <w:rPr>
          <w:rFonts w:ascii="Arial" w:hAnsi="Arial"/>
          <w:b w:val="0"/>
        </w:rPr>
        <w:t>Dítě</w:t>
      </w:r>
      <w:proofErr w:type="spellEnd"/>
      <w:r>
        <w:rPr>
          <w:rFonts w:ascii="Arial" w:hAnsi="Arial"/>
          <w:b w:val="0"/>
        </w:rPr>
        <w:t xml:space="preserve"> </w:t>
      </w:r>
      <w:proofErr w:type="spellStart"/>
      <w:r>
        <w:rPr>
          <w:rFonts w:ascii="Arial" w:hAnsi="Arial"/>
          <w:b w:val="0"/>
        </w:rPr>
        <w:t>má</w:t>
      </w:r>
      <w:proofErr w:type="spellEnd"/>
      <w:r>
        <w:rPr>
          <w:rFonts w:ascii="Arial" w:hAnsi="Arial"/>
          <w:b w:val="0"/>
        </w:rPr>
        <w:t xml:space="preserve"> </w:t>
      </w:r>
      <w:proofErr w:type="spellStart"/>
      <w:r>
        <w:rPr>
          <w:rFonts w:ascii="Arial" w:hAnsi="Arial"/>
          <w:b w:val="0"/>
        </w:rPr>
        <w:t>právo</w:t>
      </w:r>
      <w:proofErr w:type="spellEnd"/>
      <w:r>
        <w:rPr>
          <w:rFonts w:ascii="Arial" w:hAnsi="Arial"/>
          <w:b w:val="0"/>
        </w:rPr>
        <w:t xml:space="preserve"> </w:t>
      </w:r>
      <w:proofErr w:type="spellStart"/>
      <w:r>
        <w:rPr>
          <w:rFonts w:ascii="Arial" w:hAnsi="Arial"/>
          <w:b w:val="0"/>
        </w:rPr>
        <w:t>zejména</w:t>
      </w:r>
      <w:proofErr w:type="spellEnd"/>
      <w:r>
        <w:rPr>
          <w:rFonts w:ascii="Arial" w:hAnsi="Arial"/>
          <w:b w:val="0"/>
        </w:rPr>
        <w:t xml:space="preserve"> </w:t>
      </w:r>
      <w:proofErr w:type="spellStart"/>
      <w:r>
        <w:rPr>
          <w:rFonts w:ascii="Arial" w:hAnsi="Arial"/>
          <w:b w:val="0"/>
        </w:rPr>
        <w:t>na</w:t>
      </w:r>
      <w:proofErr w:type="spellEnd"/>
      <w:r>
        <w:rPr>
          <w:rFonts w:ascii="Arial" w:hAnsi="Arial"/>
          <w:b w:val="0"/>
        </w:rPr>
        <w:t>:</w:t>
      </w:r>
    </w:p>
    <w:p w14:paraId="145A432D" w14:textId="77777777" w:rsidR="00CB3864" w:rsidRDefault="0074127D" w:rsidP="00351F0A">
      <w:pPr>
        <w:pStyle w:val="Seznamsodrkami"/>
        <w:ind w:left="340"/>
        <w:jc w:val="both"/>
      </w:pPr>
      <w:proofErr w:type="spellStart"/>
      <w:r>
        <w:t>kvalitní</w:t>
      </w:r>
      <w:proofErr w:type="spellEnd"/>
      <w:r>
        <w:t xml:space="preserve"> </w:t>
      </w:r>
      <w:proofErr w:type="spellStart"/>
      <w:r>
        <w:t>předškolní</w:t>
      </w:r>
      <w:proofErr w:type="spellEnd"/>
      <w:r>
        <w:t xml:space="preserve"> </w:t>
      </w:r>
      <w:proofErr w:type="spellStart"/>
      <w:r>
        <w:t>vzdělávání</w:t>
      </w:r>
      <w:proofErr w:type="spellEnd"/>
      <w:r>
        <w:t xml:space="preserve"> v </w:t>
      </w:r>
      <w:proofErr w:type="spellStart"/>
      <w:r>
        <w:t>bezpečném</w:t>
      </w:r>
      <w:proofErr w:type="spellEnd"/>
      <w:r>
        <w:t xml:space="preserve">, </w:t>
      </w:r>
      <w:proofErr w:type="spellStart"/>
      <w:r>
        <w:t>podnětném</w:t>
      </w:r>
      <w:proofErr w:type="spellEnd"/>
      <w:r>
        <w:t xml:space="preserve"> a </w:t>
      </w:r>
      <w:proofErr w:type="spellStart"/>
      <w:r>
        <w:t>respektujícím</w:t>
      </w:r>
      <w:proofErr w:type="spellEnd"/>
      <w:r>
        <w:t xml:space="preserve"> </w:t>
      </w:r>
      <w:proofErr w:type="spellStart"/>
      <w:r>
        <w:t>prostředí</w:t>
      </w:r>
      <w:proofErr w:type="spellEnd"/>
      <w:r>
        <w:t>,</w:t>
      </w:r>
    </w:p>
    <w:p w14:paraId="65CFD8FF" w14:textId="77777777" w:rsidR="00CB3864" w:rsidRDefault="0074127D" w:rsidP="00351F0A">
      <w:pPr>
        <w:pStyle w:val="Seznamsodrkami"/>
        <w:ind w:left="340"/>
        <w:jc w:val="both"/>
      </w:pPr>
      <w:proofErr w:type="spellStart"/>
      <w:r>
        <w:t>rovný</w:t>
      </w:r>
      <w:proofErr w:type="spellEnd"/>
      <w:r>
        <w:t xml:space="preserve"> </w:t>
      </w:r>
      <w:proofErr w:type="spellStart"/>
      <w:r>
        <w:t>přístup</w:t>
      </w:r>
      <w:proofErr w:type="spellEnd"/>
      <w:r>
        <w:t xml:space="preserve"> bez </w:t>
      </w:r>
      <w:proofErr w:type="spellStart"/>
      <w:r>
        <w:t>diskriminace</w:t>
      </w:r>
      <w:proofErr w:type="spellEnd"/>
      <w:r>
        <w:t xml:space="preserve"> a </w:t>
      </w:r>
      <w:proofErr w:type="spellStart"/>
      <w:r>
        <w:t>na</w:t>
      </w:r>
      <w:proofErr w:type="spellEnd"/>
      <w:r>
        <w:t xml:space="preserve"> </w:t>
      </w:r>
      <w:proofErr w:type="spellStart"/>
      <w:r>
        <w:t>zohlednění</w:t>
      </w:r>
      <w:proofErr w:type="spellEnd"/>
      <w:r>
        <w:t xml:space="preserve"> </w:t>
      </w:r>
      <w:proofErr w:type="spellStart"/>
      <w:r>
        <w:t>svých</w:t>
      </w:r>
      <w:proofErr w:type="spellEnd"/>
      <w:r>
        <w:t xml:space="preserve"> </w:t>
      </w:r>
      <w:proofErr w:type="spellStart"/>
      <w:r>
        <w:t>individuálních</w:t>
      </w:r>
      <w:proofErr w:type="spellEnd"/>
      <w:r>
        <w:t xml:space="preserve"> </w:t>
      </w:r>
      <w:proofErr w:type="spellStart"/>
      <w:r>
        <w:t>potřeb</w:t>
      </w:r>
      <w:proofErr w:type="spellEnd"/>
      <w:r>
        <w:t xml:space="preserve">, </w:t>
      </w:r>
      <w:proofErr w:type="spellStart"/>
      <w:r>
        <w:t>možností</w:t>
      </w:r>
      <w:proofErr w:type="spellEnd"/>
      <w:r>
        <w:t xml:space="preserve">, </w:t>
      </w:r>
      <w:proofErr w:type="spellStart"/>
      <w:r>
        <w:t>zdravotního</w:t>
      </w:r>
      <w:proofErr w:type="spellEnd"/>
      <w:r>
        <w:t xml:space="preserve"> </w:t>
      </w:r>
      <w:proofErr w:type="spellStart"/>
      <w:r>
        <w:t>stavu</w:t>
      </w:r>
      <w:proofErr w:type="spellEnd"/>
      <w:r>
        <w:t xml:space="preserve">, </w:t>
      </w:r>
      <w:proofErr w:type="spellStart"/>
      <w:r>
        <w:t>tempa</w:t>
      </w:r>
      <w:proofErr w:type="spellEnd"/>
      <w:r>
        <w:t xml:space="preserve"> a </w:t>
      </w:r>
      <w:proofErr w:type="spellStart"/>
      <w:r>
        <w:t>rodinného</w:t>
      </w:r>
      <w:proofErr w:type="spellEnd"/>
      <w:r>
        <w:t xml:space="preserve"> </w:t>
      </w:r>
      <w:proofErr w:type="spellStart"/>
      <w:r>
        <w:t>zázemí</w:t>
      </w:r>
      <w:proofErr w:type="spellEnd"/>
      <w:r>
        <w:t>,</w:t>
      </w:r>
    </w:p>
    <w:p w14:paraId="71C4A06A" w14:textId="77777777" w:rsidR="00CB3864" w:rsidRDefault="0074127D" w:rsidP="00351F0A">
      <w:pPr>
        <w:pStyle w:val="Seznamsodrkami"/>
        <w:ind w:left="340"/>
        <w:jc w:val="both"/>
      </w:pPr>
      <w:proofErr w:type="spellStart"/>
      <w:r>
        <w:lastRenderedPageBreak/>
        <w:t>ochranu</w:t>
      </w:r>
      <w:proofErr w:type="spellEnd"/>
      <w:r>
        <w:t xml:space="preserve"> </w:t>
      </w:r>
      <w:proofErr w:type="spellStart"/>
      <w:r>
        <w:t>před</w:t>
      </w:r>
      <w:proofErr w:type="spellEnd"/>
      <w:r>
        <w:t xml:space="preserve"> </w:t>
      </w:r>
      <w:proofErr w:type="spellStart"/>
      <w:r>
        <w:t>fyzickým</w:t>
      </w:r>
      <w:proofErr w:type="spellEnd"/>
      <w:r>
        <w:t xml:space="preserve"> a </w:t>
      </w:r>
      <w:proofErr w:type="spellStart"/>
      <w:r>
        <w:t>psychickým</w:t>
      </w:r>
      <w:proofErr w:type="spellEnd"/>
      <w:r>
        <w:t xml:space="preserve"> </w:t>
      </w:r>
      <w:proofErr w:type="spellStart"/>
      <w:r>
        <w:t>násilím</w:t>
      </w:r>
      <w:proofErr w:type="spellEnd"/>
      <w:r>
        <w:t xml:space="preserve">, </w:t>
      </w:r>
      <w:proofErr w:type="spellStart"/>
      <w:r>
        <w:t>ponižováním</w:t>
      </w:r>
      <w:proofErr w:type="spellEnd"/>
      <w:r>
        <w:t xml:space="preserve">, </w:t>
      </w:r>
      <w:proofErr w:type="spellStart"/>
      <w:r>
        <w:t>šikanou</w:t>
      </w:r>
      <w:proofErr w:type="spellEnd"/>
      <w:r>
        <w:t xml:space="preserve">, </w:t>
      </w:r>
      <w:proofErr w:type="spellStart"/>
      <w:r>
        <w:t>zanedbáváním</w:t>
      </w:r>
      <w:proofErr w:type="spellEnd"/>
      <w:r>
        <w:t xml:space="preserve">, </w:t>
      </w:r>
      <w:proofErr w:type="spellStart"/>
      <w:r>
        <w:t>rizikovým</w:t>
      </w:r>
      <w:proofErr w:type="spellEnd"/>
      <w:r>
        <w:t xml:space="preserve"> </w:t>
      </w:r>
      <w:proofErr w:type="spellStart"/>
      <w:r>
        <w:t>chováním</w:t>
      </w:r>
      <w:proofErr w:type="spellEnd"/>
      <w:r>
        <w:t xml:space="preserve"> a </w:t>
      </w:r>
      <w:proofErr w:type="spellStart"/>
      <w:r>
        <w:t>nepřiměřenými</w:t>
      </w:r>
      <w:proofErr w:type="spellEnd"/>
      <w:r>
        <w:t xml:space="preserve"> </w:t>
      </w:r>
      <w:proofErr w:type="spellStart"/>
      <w:r>
        <w:t>požadavky</w:t>
      </w:r>
      <w:proofErr w:type="spellEnd"/>
      <w:r>
        <w:t>,</w:t>
      </w:r>
    </w:p>
    <w:p w14:paraId="1F4AE8B6" w14:textId="77777777" w:rsidR="00CB3864" w:rsidRDefault="0074127D" w:rsidP="00351F0A">
      <w:pPr>
        <w:pStyle w:val="Seznamsodrkami"/>
        <w:ind w:left="340"/>
        <w:jc w:val="both"/>
      </w:pPr>
      <w:proofErr w:type="spellStart"/>
      <w:r>
        <w:t>respektování</w:t>
      </w:r>
      <w:proofErr w:type="spellEnd"/>
      <w:r>
        <w:t xml:space="preserve"> </w:t>
      </w:r>
      <w:proofErr w:type="spellStart"/>
      <w:r>
        <w:t>biologických</w:t>
      </w:r>
      <w:proofErr w:type="spellEnd"/>
      <w:r>
        <w:t xml:space="preserve"> </w:t>
      </w:r>
      <w:proofErr w:type="spellStart"/>
      <w:r>
        <w:t>potřeb</w:t>
      </w:r>
      <w:proofErr w:type="spellEnd"/>
      <w:r>
        <w:t xml:space="preserve">, </w:t>
      </w:r>
      <w:proofErr w:type="spellStart"/>
      <w:r>
        <w:t>zejména</w:t>
      </w:r>
      <w:proofErr w:type="spellEnd"/>
      <w:r>
        <w:t xml:space="preserve"> </w:t>
      </w:r>
      <w:proofErr w:type="spellStart"/>
      <w:r>
        <w:t>potřeby</w:t>
      </w:r>
      <w:proofErr w:type="spellEnd"/>
      <w:r>
        <w:t xml:space="preserve"> </w:t>
      </w:r>
      <w:proofErr w:type="spellStart"/>
      <w:r>
        <w:t>pohybu</w:t>
      </w:r>
      <w:proofErr w:type="spellEnd"/>
      <w:r>
        <w:t xml:space="preserve">, </w:t>
      </w:r>
      <w:proofErr w:type="spellStart"/>
      <w:r>
        <w:t>odpočinku</w:t>
      </w:r>
      <w:proofErr w:type="spellEnd"/>
      <w:r>
        <w:t xml:space="preserve">, </w:t>
      </w:r>
      <w:proofErr w:type="spellStart"/>
      <w:r>
        <w:t>pitného</w:t>
      </w:r>
      <w:proofErr w:type="spellEnd"/>
      <w:r>
        <w:t xml:space="preserve"> </w:t>
      </w:r>
      <w:proofErr w:type="spellStart"/>
      <w:r>
        <w:t>režimu</w:t>
      </w:r>
      <w:proofErr w:type="spellEnd"/>
      <w:r>
        <w:t xml:space="preserve">, </w:t>
      </w:r>
      <w:proofErr w:type="spellStart"/>
      <w:r>
        <w:t>stravování</w:t>
      </w:r>
      <w:proofErr w:type="spellEnd"/>
      <w:r>
        <w:t xml:space="preserve"> a </w:t>
      </w:r>
      <w:proofErr w:type="spellStart"/>
      <w:r>
        <w:t>soukromí</w:t>
      </w:r>
      <w:proofErr w:type="spellEnd"/>
      <w:r>
        <w:t xml:space="preserve"> </w:t>
      </w:r>
      <w:proofErr w:type="spellStart"/>
      <w:r>
        <w:t>při</w:t>
      </w:r>
      <w:proofErr w:type="spellEnd"/>
      <w:r>
        <w:t xml:space="preserve"> </w:t>
      </w:r>
      <w:proofErr w:type="spellStart"/>
      <w:r>
        <w:t>hygieně</w:t>
      </w:r>
      <w:proofErr w:type="spellEnd"/>
      <w:r>
        <w:t>,</w:t>
      </w:r>
    </w:p>
    <w:p w14:paraId="17CE5EAB" w14:textId="77777777" w:rsidR="00CB3864" w:rsidRDefault="0074127D" w:rsidP="00351F0A">
      <w:pPr>
        <w:pStyle w:val="Seznamsodrkami"/>
        <w:ind w:left="340"/>
        <w:jc w:val="both"/>
      </w:pPr>
      <w:proofErr w:type="spellStart"/>
      <w:r>
        <w:t>podporu</w:t>
      </w:r>
      <w:proofErr w:type="spellEnd"/>
      <w:r>
        <w:t xml:space="preserve"> </w:t>
      </w:r>
      <w:proofErr w:type="spellStart"/>
      <w:r>
        <w:t>při</w:t>
      </w:r>
      <w:proofErr w:type="spellEnd"/>
      <w:r>
        <w:t xml:space="preserve"> </w:t>
      </w:r>
      <w:proofErr w:type="spellStart"/>
      <w:r>
        <w:t>adaptaci</w:t>
      </w:r>
      <w:proofErr w:type="spellEnd"/>
      <w:r>
        <w:t xml:space="preserve"> </w:t>
      </w:r>
      <w:proofErr w:type="spellStart"/>
      <w:r>
        <w:t>na</w:t>
      </w:r>
      <w:proofErr w:type="spellEnd"/>
      <w:r>
        <w:t xml:space="preserve"> </w:t>
      </w:r>
      <w:proofErr w:type="spellStart"/>
      <w:r>
        <w:t>prostředí</w:t>
      </w:r>
      <w:proofErr w:type="spellEnd"/>
      <w:r>
        <w:t xml:space="preserve"> </w:t>
      </w:r>
      <w:proofErr w:type="spellStart"/>
      <w:r>
        <w:t>mateřské</w:t>
      </w:r>
      <w:proofErr w:type="spellEnd"/>
      <w:r>
        <w:t xml:space="preserve"> </w:t>
      </w:r>
      <w:proofErr w:type="spellStart"/>
      <w:r>
        <w:t>školy</w:t>
      </w:r>
      <w:proofErr w:type="spellEnd"/>
      <w:r>
        <w:t>,</w:t>
      </w:r>
    </w:p>
    <w:p w14:paraId="631283B6" w14:textId="77777777" w:rsidR="00CB3864" w:rsidRDefault="0074127D" w:rsidP="00351F0A">
      <w:pPr>
        <w:pStyle w:val="Seznamsodrkami"/>
        <w:ind w:left="340"/>
        <w:jc w:val="both"/>
      </w:pPr>
      <w:proofErr w:type="spellStart"/>
      <w:r>
        <w:t>vyjádření</w:t>
      </w:r>
      <w:proofErr w:type="spellEnd"/>
      <w:r>
        <w:t xml:space="preserve"> </w:t>
      </w:r>
      <w:proofErr w:type="spellStart"/>
      <w:r>
        <w:t>názoru</w:t>
      </w:r>
      <w:proofErr w:type="spellEnd"/>
      <w:r>
        <w:t xml:space="preserve"> </w:t>
      </w:r>
      <w:proofErr w:type="spellStart"/>
      <w:r>
        <w:t>přiměřeně</w:t>
      </w:r>
      <w:proofErr w:type="spellEnd"/>
      <w:r>
        <w:t xml:space="preserve"> </w:t>
      </w:r>
      <w:proofErr w:type="spellStart"/>
      <w:r>
        <w:t>věku</w:t>
      </w:r>
      <w:proofErr w:type="spellEnd"/>
      <w:r>
        <w:t xml:space="preserve"> a </w:t>
      </w:r>
      <w:proofErr w:type="spellStart"/>
      <w:r>
        <w:t>situaci</w:t>
      </w:r>
      <w:proofErr w:type="spellEnd"/>
      <w:r>
        <w:t xml:space="preserve"> a </w:t>
      </w:r>
      <w:proofErr w:type="spellStart"/>
      <w:r>
        <w:t>na</w:t>
      </w:r>
      <w:proofErr w:type="spellEnd"/>
      <w:r>
        <w:t xml:space="preserve"> to, aby mu </w:t>
      </w:r>
      <w:proofErr w:type="spellStart"/>
      <w:r>
        <w:t>bylo</w:t>
      </w:r>
      <w:proofErr w:type="spellEnd"/>
      <w:r>
        <w:t xml:space="preserve"> </w:t>
      </w:r>
      <w:proofErr w:type="spellStart"/>
      <w:r>
        <w:t>nasloucháno</w:t>
      </w:r>
      <w:proofErr w:type="spellEnd"/>
      <w:r>
        <w:t>,</w:t>
      </w:r>
    </w:p>
    <w:p w14:paraId="5853C2CB" w14:textId="77777777" w:rsidR="00CB3864" w:rsidRDefault="0074127D" w:rsidP="00351F0A">
      <w:pPr>
        <w:pStyle w:val="Seznamsodrkami"/>
        <w:ind w:left="340"/>
        <w:jc w:val="both"/>
      </w:pPr>
      <w:proofErr w:type="spellStart"/>
      <w:r>
        <w:t>poskytování</w:t>
      </w:r>
      <w:proofErr w:type="spellEnd"/>
      <w:r>
        <w:t xml:space="preserve"> </w:t>
      </w:r>
      <w:proofErr w:type="spellStart"/>
      <w:r>
        <w:t>podpůrných</w:t>
      </w:r>
      <w:proofErr w:type="spellEnd"/>
      <w:r>
        <w:t xml:space="preserve"> </w:t>
      </w:r>
      <w:proofErr w:type="spellStart"/>
      <w:r>
        <w:t>opatření</w:t>
      </w:r>
      <w:proofErr w:type="spellEnd"/>
      <w:r>
        <w:t xml:space="preserve">, </w:t>
      </w:r>
      <w:proofErr w:type="spellStart"/>
      <w:r>
        <w:t>poradenské</w:t>
      </w:r>
      <w:proofErr w:type="spellEnd"/>
      <w:r>
        <w:t xml:space="preserve"> </w:t>
      </w:r>
      <w:proofErr w:type="spellStart"/>
      <w:r>
        <w:t>pomoci</w:t>
      </w:r>
      <w:proofErr w:type="spellEnd"/>
      <w:r>
        <w:t xml:space="preserve"> a </w:t>
      </w:r>
      <w:proofErr w:type="spellStart"/>
      <w:r>
        <w:t>individualizované</w:t>
      </w:r>
      <w:proofErr w:type="spellEnd"/>
      <w:r>
        <w:t xml:space="preserve"> </w:t>
      </w:r>
      <w:proofErr w:type="spellStart"/>
      <w:r>
        <w:t>vzdělávací</w:t>
      </w:r>
      <w:proofErr w:type="spellEnd"/>
      <w:r>
        <w:t xml:space="preserve"> </w:t>
      </w:r>
      <w:proofErr w:type="spellStart"/>
      <w:r>
        <w:t>podpory</w:t>
      </w:r>
      <w:proofErr w:type="spellEnd"/>
      <w:r>
        <w:t xml:space="preserve">, </w:t>
      </w:r>
      <w:proofErr w:type="spellStart"/>
      <w:r>
        <w:t>pokud</w:t>
      </w:r>
      <w:proofErr w:type="spellEnd"/>
      <w:r>
        <w:t xml:space="preserve"> ji </w:t>
      </w:r>
      <w:proofErr w:type="spellStart"/>
      <w:r>
        <w:t>potřebuje</w:t>
      </w:r>
      <w:proofErr w:type="spellEnd"/>
      <w:r>
        <w:t>,</w:t>
      </w:r>
    </w:p>
    <w:p w14:paraId="2064D23F" w14:textId="77777777" w:rsidR="00CB3864" w:rsidRDefault="0074127D" w:rsidP="00351F0A">
      <w:pPr>
        <w:pStyle w:val="Seznamsodrkami"/>
        <w:ind w:left="340"/>
        <w:jc w:val="both"/>
      </w:pPr>
      <w:proofErr w:type="spellStart"/>
      <w:r>
        <w:t>ochranu</w:t>
      </w:r>
      <w:proofErr w:type="spellEnd"/>
      <w:r>
        <w:t xml:space="preserve"> </w:t>
      </w:r>
      <w:proofErr w:type="spellStart"/>
      <w:r>
        <w:t>soukromí</w:t>
      </w:r>
      <w:proofErr w:type="spellEnd"/>
      <w:r>
        <w:t xml:space="preserve"> a </w:t>
      </w:r>
      <w:proofErr w:type="spellStart"/>
      <w:r>
        <w:t>důstojnosti</w:t>
      </w:r>
      <w:proofErr w:type="spellEnd"/>
      <w:r>
        <w:t>.</w:t>
      </w:r>
    </w:p>
    <w:p w14:paraId="56E26EF6" w14:textId="77777777" w:rsidR="00CB3864" w:rsidRDefault="0074127D">
      <w:pPr>
        <w:pStyle w:val="Nadpis2"/>
      </w:pPr>
      <w:proofErr w:type="spellStart"/>
      <w:r>
        <w:rPr>
          <w:rFonts w:ascii="Arial" w:hAnsi="Arial"/>
          <w:b w:val="0"/>
        </w:rPr>
        <w:t>Dítě</w:t>
      </w:r>
      <w:proofErr w:type="spellEnd"/>
      <w:r>
        <w:rPr>
          <w:rFonts w:ascii="Arial" w:hAnsi="Arial"/>
          <w:b w:val="0"/>
        </w:rPr>
        <w:t xml:space="preserve"> je </w:t>
      </w:r>
      <w:proofErr w:type="spellStart"/>
      <w:r>
        <w:rPr>
          <w:rFonts w:ascii="Arial" w:hAnsi="Arial"/>
          <w:b w:val="0"/>
        </w:rPr>
        <w:t>přiměřeně</w:t>
      </w:r>
      <w:proofErr w:type="spellEnd"/>
      <w:r>
        <w:rPr>
          <w:rFonts w:ascii="Arial" w:hAnsi="Arial"/>
          <w:b w:val="0"/>
        </w:rPr>
        <w:t xml:space="preserve"> </w:t>
      </w:r>
      <w:proofErr w:type="spellStart"/>
      <w:r>
        <w:rPr>
          <w:rFonts w:ascii="Arial" w:hAnsi="Arial"/>
          <w:b w:val="0"/>
        </w:rPr>
        <w:t>svému</w:t>
      </w:r>
      <w:proofErr w:type="spellEnd"/>
      <w:r>
        <w:rPr>
          <w:rFonts w:ascii="Arial" w:hAnsi="Arial"/>
          <w:b w:val="0"/>
        </w:rPr>
        <w:t xml:space="preserve"> </w:t>
      </w:r>
      <w:proofErr w:type="spellStart"/>
      <w:r>
        <w:rPr>
          <w:rFonts w:ascii="Arial" w:hAnsi="Arial"/>
          <w:b w:val="0"/>
        </w:rPr>
        <w:t>věku</w:t>
      </w:r>
      <w:proofErr w:type="spellEnd"/>
      <w:r>
        <w:rPr>
          <w:rFonts w:ascii="Arial" w:hAnsi="Arial"/>
          <w:b w:val="0"/>
        </w:rPr>
        <w:t xml:space="preserve">, </w:t>
      </w:r>
      <w:proofErr w:type="spellStart"/>
      <w:r>
        <w:rPr>
          <w:rFonts w:ascii="Arial" w:hAnsi="Arial"/>
          <w:b w:val="0"/>
        </w:rPr>
        <w:t>schopnostem</w:t>
      </w:r>
      <w:proofErr w:type="spellEnd"/>
      <w:r>
        <w:rPr>
          <w:rFonts w:ascii="Arial" w:hAnsi="Arial"/>
          <w:b w:val="0"/>
        </w:rPr>
        <w:t xml:space="preserve"> a </w:t>
      </w:r>
      <w:proofErr w:type="spellStart"/>
      <w:r>
        <w:rPr>
          <w:rFonts w:ascii="Arial" w:hAnsi="Arial"/>
          <w:b w:val="0"/>
        </w:rPr>
        <w:t>aktuálním</w:t>
      </w:r>
      <w:proofErr w:type="spellEnd"/>
      <w:r>
        <w:rPr>
          <w:rFonts w:ascii="Arial" w:hAnsi="Arial"/>
          <w:b w:val="0"/>
        </w:rPr>
        <w:t xml:space="preserve"> </w:t>
      </w:r>
      <w:proofErr w:type="spellStart"/>
      <w:r>
        <w:rPr>
          <w:rFonts w:ascii="Arial" w:hAnsi="Arial"/>
          <w:b w:val="0"/>
        </w:rPr>
        <w:t>možnostem</w:t>
      </w:r>
      <w:proofErr w:type="spellEnd"/>
      <w:r>
        <w:rPr>
          <w:rFonts w:ascii="Arial" w:hAnsi="Arial"/>
          <w:b w:val="0"/>
        </w:rPr>
        <w:t xml:space="preserve"> </w:t>
      </w:r>
      <w:proofErr w:type="spellStart"/>
      <w:r>
        <w:rPr>
          <w:rFonts w:ascii="Arial" w:hAnsi="Arial"/>
          <w:b w:val="0"/>
        </w:rPr>
        <w:t>vedeno</w:t>
      </w:r>
      <w:proofErr w:type="spellEnd"/>
      <w:r>
        <w:rPr>
          <w:rFonts w:ascii="Arial" w:hAnsi="Arial"/>
          <w:b w:val="0"/>
        </w:rPr>
        <w:t xml:space="preserve"> k </w:t>
      </w:r>
      <w:proofErr w:type="spellStart"/>
      <w:r>
        <w:rPr>
          <w:rFonts w:ascii="Arial" w:hAnsi="Arial"/>
          <w:b w:val="0"/>
        </w:rPr>
        <w:t>tomu</w:t>
      </w:r>
      <w:proofErr w:type="spellEnd"/>
      <w:r>
        <w:rPr>
          <w:rFonts w:ascii="Arial" w:hAnsi="Arial"/>
          <w:b w:val="0"/>
        </w:rPr>
        <w:t>, aby:</w:t>
      </w:r>
    </w:p>
    <w:p w14:paraId="47C7B66C" w14:textId="77777777" w:rsidR="00CB3864" w:rsidRDefault="0074127D" w:rsidP="00351F0A">
      <w:pPr>
        <w:pStyle w:val="Seznamsodrkami"/>
        <w:ind w:left="340"/>
        <w:jc w:val="both"/>
      </w:pPr>
      <w:proofErr w:type="spellStart"/>
      <w:r>
        <w:t>dodržovalo</w:t>
      </w:r>
      <w:proofErr w:type="spellEnd"/>
      <w:r>
        <w:t xml:space="preserve"> </w:t>
      </w:r>
      <w:proofErr w:type="spellStart"/>
      <w:r>
        <w:t>společně</w:t>
      </w:r>
      <w:proofErr w:type="spellEnd"/>
      <w:r>
        <w:t xml:space="preserve"> </w:t>
      </w:r>
      <w:proofErr w:type="spellStart"/>
      <w:r>
        <w:t>vytvořená</w:t>
      </w:r>
      <w:proofErr w:type="spellEnd"/>
      <w:r>
        <w:t xml:space="preserve"> </w:t>
      </w:r>
      <w:proofErr w:type="spellStart"/>
      <w:r>
        <w:t>pravidla</w:t>
      </w:r>
      <w:proofErr w:type="spellEnd"/>
      <w:r>
        <w:t xml:space="preserve"> </w:t>
      </w:r>
      <w:proofErr w:type="spellStart"/>
      <w:r>
        <w:t>třídy</w:t>
      </w:r>
      <w:proofErr w:type="spellEnd"/>
      <w:r>
        <w:t xml:space="preserve"> a </w:t>
      </w:r>
      <w:proofErr w:type="spellStart"/>
      <w:r>
        <w:t>bezpečné</w:t>
      </w:r>
      <w:proofErr w:type="spellEnd"/>
      <w:r>
        <w:t xml:space="preserve"> </w:t>
      </w:r>
      <w:proofErr w:type="spellStart"/>
      <w:r>
        <w:t>pokyny</w:t>
      </w:r>
      <w:proofErr w:type="spellEnd"/>
      <w:r>
        <w:t xml:space="preserve"> </w:t>
      </w:r>
      <w:proofErr w:type="spellStart"/>
      <w:r>
        <w:t>zaměstnanců</w:t>
      </w:r>
      <w:proofErr w:type="spellEnd"/>
      <w:r>
        <w:t xml:space="preserve"> </w:t>
      </w:r>
      <w:proofErr w:type="spellStart"/>
      <w:r>
        <w:t>školy</w:t>
      </w:r>
      <w:proofErr w:type="spellEnd"/>
      <w:r>
        <w:t>,</w:t>
      </w:r>
    </w:p>
    <w:p w14:paraId="53AE2C05" w14:textId="77777777" w:rsidR="00CB3864" w:rsidRDefault="0074127D" w:rsidP="00351F0A">
      <w:pPr>
        <w:pStyle w:val="Seznamsodrkami"/>
        <w:ind w:left="340"/>
        <w:jc w:val="both"/>
      </w:pPr>
      <w:proofErr w:type="spellStart"/>
      <w:r>
        <w:t>chovalo</w:t>
      </w:r>
      <w:proofErr w:type="spellEnd"/>
      <w:r>
        <w:t xml:space="preserve"> se </w:t>
      </w:r>
      <w:proofErr w:type="spellStart"/>
      <w:r>
        <w:t>ohleduplně</w:t>
      </w:r>
      <w:proofErr w:type="spellEnd"/>
      <w:r>
        <w:t xml:space="preserve"> k </w:t>
      </w:r>
      <w:proofErr w:type="spellStart"/>
      <w:r>
        <w:t>ostatním</w:t>
      </w:r>
      <w:proofErr w:type="spellEnd"/>
      <w:r>
        <w:t xml:space="preserve"> </w:t>
      </w:r>
      <w:proofErr w:type="spellStart"/>
      <w:r>
        <w:t>dětem</w:t>
      </w:r>
      <w:proofErr w:type="spellEnd"/>
      <w:r>
        <w:t xml:space="preserve"> </w:t>
      </w:r>
      <w:proofErr w:type="spellStart"/>
      <w:r>
        <w:t>i</w:t>
      </w:r>
      <w:proofErr w:type="spellEnd"/>
      <w:r>
        <w:t xml:space="preserve"> </w:t>
      </w:r>
      <w:proofErr w:type="spellStart"/>
      <w:r>
        <w:t>dospělým</w:t>
      </w:r>
      <w:proofErr w:type="spellEnd"/>
      <w:r>
        <w:t>,</w:t>
      </w:r>
    </w:p>
    <w:p w14:paraId="5BDB8D0A" w14:textId="77777777" w:rsidR="00CB3864" w:rsidRDefault="0074127D" w:rsidP="00351F0A">
      <w:pPr>
        <w:pStyle w:val="Seznamsodrkami"/>
        <w:ind w:left="340"/>
        <w:jc w:val="both"/>
      </w:pPr>
      <w:proofErr w:type="spellStart"/>
      <w:r>
        <w:t>neubližovalo</w:t>
      </w:r>
      <w:proofErr w:type="spellEnd"/>
      <w:r>
        <w:t xml:space="preserve"> </w:t>
      </w:r>
      <w:proofErr w:type="spellStart"/>
      <w:r>
        <w:t>sobě</w:t>
      </w:r>
      <w:proofErr w:type="spellEnd"/>
      <w:r>
        <w:t xml:space="preserve"> ani </w:t>
      </w:r>
      <w:proofErr w:type="spellStart"/>
      <w:r>
        <w:t>ostatním</w:t>
      </w:r>
      <w:proofErr w:type="spellEnd"/>
      <w:r>
        <w:t xml:space="preserve"> a </w:t>
      </w:r>
      <w:proofErr w:type="spellStart"/>
      <w:r>
        <w:t>požádalo</w:t>
      </w:r>
      <w:proofErr w:type="spellEnd"/>
      <w:r>
        <w:t xml:space="preserve"> o </w:t>
      </w:r>
      <w:proofErr w:type="spellStart"/>
      <w:r>
        <w:t>pomoc</w:t>
      </w:r>
      <w:proofErr w:type="spellEnd"/>
      <w:r>
        <w:t xml:space="preserve">, </w:t>
      </w:r>
      <w:proofErr w:type="spellStart"/>
      <w:r>
        <w:t>pokud</w:t>
      </w:r>
      <w:proofErr w:type="spellEnd"/>
      <w:r>
        <w:t xml:space="preserve"> ji </w:t>
      </w:r>
      <w:proofErr w:type="spellStart"/>
      <w:r>
        <w:t>potřebuje</w:t>
      </w:r>
      <w:proofErr w:type="spellEnd"/>
      <w:r>
        <w:t>,</w:t>
      </w:r>
    </w:p>
    <w:p w14:paraId="10BE8E94" w14:textId="77777777" w:rsidR="00CB3864" w:rsidRDefault="0074127D" w:rsidP="00351F0A">
      <w:pPr>
        <w:pStyle w:val="Seznamsodrkami"/>
        <w:ind w:left="340"/>
        <w:jc w:val="both"/>
      </w:pPr>
      <w:proofErr w:type="spellStart"/>
      <w:r>
        <w:t>šetrně</w:t>
      </w:r>
      <w:proofErr w:type="spellEnd"/>
      <w:r>
        <w:t xml:space="preserve"> </w:t>
      </w:r>
      <w:proofErr w:type="spellStart"/>
      <w:r>
        <w:t>zacházelo</w:t>
      </w:r>
      <w:proofErr w:type="spellEnd"/>
      <w:r>
        <w:t xml:space="preserve"> s </w:t>
      </w:r>
      <w:proofErr w:type="spellStart"/>
      <w:r>
        <w:t>hračkami</w:t>
      </w:r>
      <w:proofErr w:type="spellEnd"/>
      <w:r>
        <w:t xml:space="preserve">, </w:t>
      </w:r>
      <w:proofErr w:type="spellStart"/>
      <w:r>
        <w:t>pomůckami</w:t>
      </w:r>
      <w:proofErr w:type="spellEnd"/>
      <w:r>
        <w:t xml:space="preserve">, </w:t>
      </w:r>
      <w:proofErr w:type="spellStart"/>
      <w:r>
        <w:t>knihami</w:t>
      </w:r>
      <w:proofErr w:type="spellEnd"/>
      <w:r>
        <w:t xml:space="preserve">, </w:t>
      </w:r>
      <w:proofErr w:type="spellStart"/>
      <w:r>
        <w:t>materiály</w:t>
      </w:r>
      <w:proofErr w:type="spellEnd"/>
      <w:r>
        <w:t xml:space="preserve"> a </w:t>
      </w:r>
      <w:proofErr w:type="spellStart"/>
      <w:r>
        <w:t>majetkem</w:t>
      </w:r>
      <w:proofErr w:type="spellEnd"/>
      <w:r>
        <w:t xml:space="preserve"> </w:t>
      </w:r>
      <w:proofErr w:type="spellStart"/>
      <w:r>
        <w:t>školy</w:t>
      </w:r>
      <w:proofErr w:type="spellEnd"/>
      <w:r>
        <w:t>,</w:t>
      </w:r>
    </w:p>
    <w:p w14:paraId="7970845A" w14:textId="77777777" w:rsidR="00CB3864" w:rsidRDefault="0074127D" w:rsidP="00351F0A">
      <w:pPr>
        <w:pStyle w:val="Seznamsodrkami"/>
        <w:ind w:left="340"/>
        <w:jc w:val="both"/>
      </w:pPr>
      <w:proofErr w:type="spellStart"/>
      <w:r>
        <w:t>udržovalo</w:t>
      </w:r>
      <w:proofErr w:type="spellEnd"/>
      <w:r>
        <w:t xml:space="preserve"> </w:t>
      </w:r>
      <w:proofErr w:type="spellStart"/>
      <w:r>
        <w:t>své</w:t>
      </w:r>
      <w:proofErr w:type="spellEnd"/>
      <w:r>
        <w:t xml:space="preserve"> </w:t>
      </w:r>
      <w:proofErr w:type="spellStart"/>
      <w:r>
        <w:t>osobní</w:t>
      </w:r>
      <w:proofErr w:type="spellEnd"/>
      <w:r>
        <w:t xml:space="preserve"> </w:t>
      </w:r>
      <w:proofErr w:type="spellStart"/>
      <w:r>
        <w:t>věci</w:t>
      </w:r>
      <w:proofErr w:type="spellEnd"/>
      <w:r>
        <w:t xml:space="preserve"> </w:t>
      </w:r>
      <w:proofErr w:type="spellStart"/>
      <w:r>
        <w:t>na</w:t>
      </w:r>
      <w:proofErr w:type="spellEnd"/>
      <w:r>
        <w:t xml:space="preserve"> </w:t>
      </w:r>
      <w:proofErr w:type="spellStart"/>
      <w:r>
        <w:t>určeném</w:t>
      </w:r>
      <w:proofErr w:type="spellEnd"/>
      <w:r>
        <w:t xml:space="preserve"> </w:t>
      </w:r>
      <w:proofErr w:type="spellStart"/>
      <w:r>
        <w:t>místě</w:t>
      </w:r>
      <w:proofErr w:type="spellEnd"/>
      <w:r>
        <w:t xml:space="preserve"> a </w:t>
      </w:r>
      <w:proofErr w:type="spellStart"/>
      <w:r>
        <w:t>postupně</w:t>
      </w:r>
      <w:proofErr w:type="spellEnd"/>
      <w:r>
        <w:t xml:space="preserve"> </w:t>
      </w:r>
      <w:proofErr w:type="spellStart"/>
      <w:r>
        <w:t>rozvíjelo</w:t>
      </w:r>
      <w:proofErr w:type="spellEnd"/>
      <w:r>
        <w:t xml:space="preserve"> </w:t>
      </w:r>
      <w:proofErr w:type="spellStart"/>
      <w:r>
        <w:t>sebeobsluhu</w:t>
      </w:r>
      <w:proofErr w:type="spellEnd"/>
      <w:r>
        <w:t>,</w:t>
      </w:r>
    </w:p>
    <w:p w14:paraId="6C926090" w14:textId="77777777" w:rsidR="00CB3864" w:rsidRDefault="0074127D" w:rsidP="00351F0A">
      <w:pPr>
        <w:pStyle w:val="Seznamsodrkami"/>
        <w:ind w:left="340"/>
        <w:jc w:val="both"/>
      </w:pPr>
      <w:proofErr w:type="spellStart"/>
      <w:r>
        <w:t>podílelo</w:t>
      </w:r>
      <w:proofErr w:type="spellEnd"/>
      <w:r>
        <w:t xml:space="preserve"> se </w:t>
      </w:r>
      <w:proofErr w:type="spellStart"/>
      <w:r>
        <w:t>podle</w:t>
      </w:r>
      <w:proofErr w:type="spellEnd"/>
      <w:r>
        <w:t xml:space="preserve"> </w:t>
      </w:r>
      <w:proofErr w:type="spellStart"/>
      <w:r>
        <w:t>svých</w:t>
      </w:r>
      <w:proofErr w:type="spellEnd"/>
      <w:r>
        <w:t xml:space="preserve"> </w:t>
      </w:r>
      <w:proofErr w:type="spellStart"/>
      <w:r>
        <w:t>možností</w:t>
      </w:r>
      <w:proofErr w:type="spellEnd"/>
      <w:r>
        <w:t xml:space="preserve"> </w:t>
      </w:r>
      <w:proofErr w:type="spellStart"/>
      <w:r>
        <w:t>na</w:t>
      </w:r>
      <w:proofErr w:type="spellEnd"/>
      <w:r>
        <w:t xml:space="preserve"> </w:t>
      </w:r>
      <w:proofErr w:type="spellStart"/>
      <w:r>
        <w:t>udržování</w:t>
      </w:r>
      <w:proofErr w:type="spellEnd"/>
      <w:r>
        <w:t xml:space="preserve"> </w:t>
      </w:r>
      <w:proofErr w:type="spellStart"/>
      <w:r>
        <w:t>pořádku</w:t>
      </w:r>
      <w:proofErr w:type="spellEnd"/>
      <w:r>
        <w:t xml:space="preserve"> a </w:t>
      </w:r>
      <w:proofErr w:type="spellStart"/>
      <w:r>
        <w:t>bezpečného</w:t>
      </w:r>
      <w:proofErr w:type="spellEnd"/>
      <w:r>
        <w:t xml:space="preserve"> </w:t>
      </w:r>
      <w:proofErr w:type="spellStart"/>
      <w:r>
        <w:t>prostředí</w:t>
      </w:r>
      <w:proofErr w:type="spellEnd"/>
      <w:r>
        <w:t>.</w:t>
      </w:r>
    </w:p>
    <w:p w14:paraId="03CFB33F" w14:textId="77777777" w:rsidR="00CB3864" w:rsidRDefault="0074127D">
      <w:pPr>
        <w:pStyle w:val="Nadpis1"/>
      </w:pPr>
      <w:r>
        <w:rPr>
          <w:rFonts w:ascii="Arial" w:hAnsi="Arial"/>
          <w:b w:val="0"/>
        </w:rPr>
        <w:t xml:space="preserve">4. </w:t>
      </w:r>
      <w:proofErr w:type="spellStart"/>
      <w:r>
        <w:rPr>
          <w:rFonts w:ascii="Arial" w:hAnsi="Arial"/>
          <w:b w:val="0"/>
        </w:rPr>
        <w:t>Práva</w:t>
      </w:r>
      <w:proofErr w:type="spellEnd"/>
      <w:r>
        <w:rPr>
          <w:rFonts w:ascii="Arial" w:hAnsi="Arial"/>
          <w:b w:val="0"/>
        </w:rPr>
        <w:t xml:space="preserve"> a </w:t>
      </w:r>
      <w:proofErr w:type="spellStart"/>
      <w:r>
        <w:rPr>
          <w:rFonts w:ascii="Arial" w:hAnsi="Arial"/>
          <w:b w:val="0"/>
        </w:rPr>
        <w:t>povinnosti</w:t>
      </w:r>
      <w:proofErr w:type="spellEnd"/>
      <w:r>
        <w:rPr>
          <w:rFonts w:ascii="Arial" w:hAnsi="Arial"/>
          <w:b w:val="0"/>
        </w:rPr>
        <w:t xml:space="preserve"> </w:t>
      </w:r>
      <w:proofErr w:type="spellStart"/>
      <w:r>
        <w:rPr>
          <w:rFonts w:ascii="Arial" w:hAnsi="Arial"/>
          <w:b w:val="0"/>
        </w:rPr>
        <w:t>zákonných</w:t>
      </w:r>
      <w:proofErr w:type="spellEnd"/>
      <w:r>
        <w:rPr>
          <w:rFonts w:ascii="Arial" w:hAnsi="Arial"/>
          <w:b w:val="0"/>
        </w:rPr>
        <w:t xml:space="preserve"> </w:t>
      </w:r>
      <w:proofErr w:type="spellStart"/>
      <w:r>
        <w:rPr>
          <w:rFonts w:ascii="Arial" w:hAnsi="Arial"/>
          <w:b w:val="0"/>
        </w:rPr>
        <w:t>zástupců</w:t>
      </w:r>
      <w:proofErr w:type="spellEnd"/>
    </w:p>
    <w:p w14:paraId="521C1DA6" w14:textId="77777777" w:rsidR="00CB3864" w:rsidRDefault="0074127D">
      <w:pPr>
        <w:pStyle w:val="Nadpis2"/>
      </w:pPr>
      <w:proofErr w:type="spellStart"/>
      <w:r>
        <w:rPr>
          <w:rFonts w:ascii="Arial" w:hAnsi="Arial"/>
          <w:b w:val="0"/>
        </w:rPr>
        <w:t>Zákonní</w:t>
      </w:r>
      <w:proofErr w:type="spellEnd"/>
      <w:r>
        <w:rPr>
          <w:rFonts w:ascii="Arial" w:hAnsi="Arial"/>
          <w:b w:val="0"/>
        </w:rPr>
        <w:t xml:space="preserve"> </w:t>
      </w:r>
      <w:proofErr w:type="spellStart"/>
      <w:r>
        <w:rPr>
          <w:rFonts w:ascii="Arial" w:hAnsi="Arial"/>
          <w:b w:val="0"/>
        </w:rPr>
        <w:t>zástupci</w:t>
      </w:r>
      <w:proofErr w:type="spellEnd"/>
      <w:r>
        <w:rPr>
          <w:rFonts w:ascii="Arial" w:hAnsi="Arial"/>
          <w:b w:val="0"/>
        </w:rPr>
        <w:t xml:space="preserve"> </w:t>
      </w:r>
      <w:proofErr w:type="spellStart"/>
      <w:r>
        <w:rPr>
          <w:rFonts w:ascii="Arial" w:hAnsi="Arial"/>
          <w:b w:val="0"/>
        </w:rPr>
        <w:t>mají</w:t>
      </w:r>
      <w:proofErr w:type="spellEnd"/>
      <w:r>
        <w:rPr>
          <w:rFonts w:ascii="Arial" w:hAnsi="Arial"/>
          <w:b w:val="0"/>
        </w:rPr>
        <w:t xml:space="preserve"> </w:t>
      </w:r>
      <w:proofErr w:type="spellStart"/>
      <w:r>
        <w:rPr>
          <w:rFonts w:ascii="Arial" w:hAnsi="Arial"/>
          <w:b w:val="0"/>
        </w:rPr>
        <w:t>právo</w:t>
      </w:r>
      <w:proofErr w:type="spellEnd"/>
      <w:r>
        <w:rPr>
          <w:rFonts w:ascii="Arial" w:hAnsi="Arial"/>
          <w:b w:val="0"/>
        </w:rPr>
        <w:t xml:space="preserve"> </w:t>
      </w:r>
      <w:proofErr w:type="spellStart"/>
      <w:r>
        <w:rPr>
          <w:rFonts w:ascii="Arial" w:hAnsi="Arial"/>
          <w:b w:val="0"/>
        </w:rPr>
        <w:t>zejména</w:t>
      </w:r>
      <w:proofErr w:type="spellEnd"/>
      <w:r>
        <w:rPr>
          <w:rFonts w:ascii="Arial" w:hAnsi="Arial"/>
          <w:b w:val="0"/>
        </w:rPr>
        <w:t>:</w:t>
      </w:r>
    </w:p>
    <w:p w14:paraId="1BAA5820" w14:textId="77777777" w:rsidR="00CB3864" w:rsidRDefault="0074127D" w:rsidP="00351F0A">
      <w:pPr>
        <w:pStyle w:val="Seznamsodrkami"/>
        <w:ind w:left="340"/>
        <w:jc w:val="both"/>
      </w:pPr>
      <w:proofErr w:type="spellStart"/>
      <w:r>
        <w:t>na</w:t>
      </w:r>
      <w:proofErr w:type="spellEnd"/>
      <w:r>
        <w:t xml:space="preserve"> </w:t>
      </w:r>
      <w:proofErr w:type="spellStart"/>
      <w:r>
        <w:t>informace</w:t>
      </w:r>
      <w:proofErr w:type="spellEnd"/>
      <w:r>
        <w:t xml:space="preserve"> o </w:t>
      </w:r>
      <w:proofErr w:type="spellStart"/>
      <w:r>
        <w:t>průběhu</w:t>
      </w:r>
      <w:proofErr w:type="spellEnd"/>
      <w:r>
        <w:t xml:space="preserve"> a </w:t>
      </w:r>
      <w:proofErr w:type="spellStart"/>
      <w:r>
        <w:t>výsledcích</w:t>
      </w:r>
      <w:proofErr w:type="spellEnd"/>
      <w:r>
        <w:t xml:space="preserve"> </w:t>
      </w:r>
      <w:proofErr w:type="spellStart"/>
      <w:r>
        <w:t>vzdělávání</w:t>
      </w:r>
      <w:proofErr w:type="spellEnd"/>
      <w:r>
        <w:t xml:space="preserve"> </w:t>
      </w:r>
      <w:proofErr w:type="spellStart"/>
      <w:r>
        <w:t>dítěte</w:t>
      </w:r>
      <w:proofErr w:type="spellEnd"/>
      <w:r>
        <w:t xml:space="preserve">, o </w:t>
      </w:r>
      <w:proofErr w:type="spellStart"/>
      <w:r>
        <w:t>jeho</w:t>
      </w:r>
      <w:proofErr w:type="spellEnd"/>
      <w:r>
        <w:t xml:space="preserve"> </w:t>
      </w:r>
      <w:proofErr w:type="spellStart"/>
      <w:r>
        <w:t>postupných</w:t>
      </w:r>
      <w:proofErr w:type="spellEnd"/>
      <w:r>
        <w:t xml:space="preserve"> </w:t>
      </w:r>
      <w:proofErr w:type="spellStart"/>
      <w:r>
        <w:t>pokrocích</w:t>
      </w:r>
      <w:proofErr w:type="spellEnd"/>
      <w:r>
        <w:t xml:space="preserve">, </w:t>
      </w:r>
      <w:proofErr w:type="spellStart"/>
      <w:r>
        <w:t>potřebách</w:t>
      </w:r>
      <w:proofErr w:type="spellEnd"/>
      <w:r>
        <w:t xml:space="preserve"> a </w:t>
      </w:r>
      <w:proofErr w:type="spellStart"/>
      <w:r>
        <w:t>doporučené</w:t>
      </w:r>
      <w:proofErr w:type="spellEnd"/>
      <w:r>
        <w:t xml:space="preserve"> </w:t>
      </w:r>
      <w:proofErr w:type="spellStart"/>
      <w:r>
        <w:t>podpoře</w:t>
      </w:r>
      <w:proofErr w:type="spellEnd"/>
      <w:r>
        <w:t>,</w:t>
      </w:r>
    </w:p>
    <w:p w14:paraId="71038FE6" w14:textId="77777777" w:rsidR="00CB3864" w:rsidRDefault="0074127D" w:rsidP="00351F0A">
      <w:pPr>
        <w:pStyle w:val="Seznamsodrkami"/>
        <w:ind w:left="340"/>
        <w:jc w:val="both"/>
      </w:pPr>
      <w:proofErr w:type="spellStart"/>
      <w:r>
        <w:t>na</w:t>
      </w:r>
      <w:proofErr w:type="spellEnd"/>
      <w:r>
        <w:t xml:space="preserve"> </w:t>
      </w:r>
      <w:proofErr w:type="spellStart"/>
      <w:r>
        <w:t>diskrétní</w:t>
      </w:r>
      <w:proofErr w:type="spellEnd"/>
      <w:r>
        <w:t xml:space="preserve"> a </w:t>
      </w:r>
      <w:proofErr w:type="spellStart"/>
      <w:r>
        <w:t>důstojné</w:t>
      </w:r>
      <w:proofErr w:type="spellEnd"/>
      <w:r>
        <w:t xml:space="preserve"> </w:t>
      </w:r>
      <w:proofErr w:type="spellStart"/>
      <w:r>
        <w:t>jednání</w:t>
      </w:r>
      <w:proofErr w:type="spellEnd"/>
      <w:r>
        <w:t xml:space="preserve"> a </w:t>
      </w:r>
      <w:proofErr w:type="spellStart"/>
      <w:r>
        <w:t>na</w:t>
      </w:r>
      <w:proofErr w:type="spellEnd"/>
      <w:r>
        <w:t xml:space="preserve"> </w:t>
      </w:r>
      <w:proofErr w:type="spellStart"/>
      <w:r>
        <w:t>ochranu</w:t>
      </w:r>
      <w:proofErr w:type="spellEnd"/>
      <w:r>
        <w:t xml:space="preserve"> </w:t>
      </w:r>
      <w:proofErr w:type="spellStart"/>
      <w:r>
        <w:t>osobních</w:t>
      </w:r>
      <w:proofErr w:type="spellEnd"/>
      <w:r>
        <w:t xml:space="preserve"> </w:t>
      </w:r>
      <w:proofErr w:type="spellStart"/>
      <w:r>
        <w:t>údajů</w:t>
      </w:r>
      <w:proofErr w:type="spellEnd"/>
      <w:r>
        <w:t xml:space="preserve"> a </w:t>
      </w:r>
      <w:proofErr w:type="spellStart"/>
      <w:r>
        <w:t>důvěrných</w:t>
      </w:r>
      <w:proofErr w:type="spellEnd"/>
      <w:r>
        <w:t xml:space="preserve"> </w:t>
      </w:r>
      <w:proofErr w:type="spellStart"/>
      <w:r>
        <w:t>informací</w:t>
      </w:r>
      <w:proofErr w:type="spellEnd"/>
      <w:r>
        <w:t>,</w:t>
      </w:r>
    </w:p>
    <w:p w14:paraId="30B46750" w14:textId="77777777" w:rsidR="00CB3864" w:rsidRDefault="0074127D" w:rsidP="00351F0A">
      <w:pPr>
        <w:pStyle w:val="Seznamsodrkami"/>
        <w:ind w:left="340"/>
        <w:jc w:val="both"/>
      </w:pPr>
      <w:proofErr w:type="spellStart"/>
      <w:r>
        <w:t>požádat</w:t>
      </w:r>
      <w:proofErr w:type="spellEnd"/>
      <w:r>
        <w:t xml:space="preserve"> o </w:t>
      </w:r>
      <w:proofErr w:type="spellStart"/>
      <w:r>
        <w:t>konzultaci</w:t>
      </w:r>
      <w:proofErr w:type="spellEnd"/>
      <w:r>
        <w:t xml:space="preserve"> s </w:t>
      </w:r>
      <w:proofErr w:type="spellStart"/>
      <w:r>
        <w:t>učitelkou</w:t>
      </w:r>
      <w:proofErr w:type="spellEnd"/>
      <w:r>
        <w:t xml:space="preserve">, </w:t>
      </w:r>
      <w:proofErr w:type="spellStart"/>
      <w:r>
        <w:t>vedoucí</w:t>
      </w:r>
      <w:proofErr w:type="spellEnd"/>
      <w:r>
        <w:t xml:space="preserve"> </w:t>
      </w:r>
      <w:proofErr w:type="spellStart"/>
      <w:r>
        <w:t>učitelkou</w:t>
      </w:r>
      <w:proofErr w:type="spellEnd"/>
      <w:r>
        <w:t xml:space="preserve">, </w:t>
      </w:r>
      <w:proofErr w:type="spellStart"/>
      <w:r>
        <w:t>zástupkyní</w:t>
      </w:r>
      <w:proofErr w:type="spellEnd"/>
      <w:r>
        <w:t xml:space="preserve"> pro MŠ </w:t>
      </w:r>
      <w:proofErr w:type="spellStart"/>
      <w:r>
        <w:t>nebo</w:t>
      </w:r>
      <w:proofErr w:type="spellEnd"/>
      <w:r>
        <w:t xml:space="preserve"> </w:t>
      </w:r>
      <w:proofErr w:type="spellStart"/>
      <w:r>
        <w:t>ředitelem</w:t>
      </w:r>
      <w:proofErr w:type="spellEnd"/>
      <w:r>
        <w:t xml:space="preserve"> </w:t>
      </w:r>
      <w:proofErr w:type="spellStart"/>
      <w:r>
        <w:t>školy</w:t>
      </w:r>
      <w:proofErr w:type="spellEnd"/>
      <w:r>
        <w:t>,</w:t>
      </w:r>
    </w:p>
    <w:p w14:paraId="13EC2C2D" w14:textId="77777777" w:rsidR="00CB3864" w:rsidRDefault="0074127D" w:rsidP="00351F0A">
      <w:pPr>
        <w:pStyle w:val="Seznamsodrkami"/>
        <w:ind w:left="340"/>
        <w:jc w:val="both"/>
      </w:pPr>
      <w:proofErr w:type="spellStart"/>
      <w:r>
        <w:t>vyjadřovat</w:t>
      </w:r>
      <w:proofErr w:type="spellEnd"/>
      <w:r>
        <w:t xml:space="preserve"> se k </w:t>
      </w:r>
      <w:proofErr w:type="spellStart"/>
      <w:r>
        <w:t>podstatným</w:t>
      </w:r>
      <w:proofErr w:type="spellEnd"/>
      <w:r>
        <w:t xml:space="preserve"> </w:t>
      </w:r>
      <w:proofErr w:type="spellStart"/>
      <w:r>
        <w:t>záležitostem</w:t>
      </w:r>
      <w:proofErr w:type="spellEnd"/>
      <w:r>
        <w:t xml:space="preserve"> </w:t>
      </w:r>
      <w:proofErr w:type="spellStart"/>
      <w:r>
        <w:t>vzdělávání</w:t>
      </w:r>
      <w:proofErr w:type="spellEnd"/>
      <w:r>
        <w:t xml:space="preserve"> </w:t>
      </w:r>
      <w:proofErr w:type="spellStart"/>
      <w:r>
        <w:t>dítěte</w:t>
      </w:r>
      <w:proofErr w:type="spellEnd"/>
      <w:r>
        <w:t xml:space="preserve"> a </w:t>
      </w:r>
      <w:proofErr w:type="spellStart"/>
      <w:r>
        <w:t>podávat</w:t>
      </w:r>
      <w:proofErr w:type="spellEnd"/>
      <w:r>
        <w:t xml:space="preserve"> </w:t>
      </w:r>
      <w:proofErr w:type="spellStart"/>
      <w:r>
        <w:t>podněty</w:t>
      </w:r>
      <w:proofErr w:type="spellEnd"/>
      <w:r>
        <w:t xml:space="preserve"> </w:t>
      </w:r>
      <w:proofErr w:type="spellStart"/>
      <w:r>
        <w:t>ke</w:t>
      </w:r>
      <w:proofErr w:type="spellEnd"/>
      <w:r>
        <w:t xml:space="preserve"> </w:t>
      </w:r>
      <w:proofErr w:type="spellStart"/>
      <w:r>
        <w:t>zlepšení</w:t>
      </w:r>
      <w:proofErr w:type="spellEnd"/>
      <w:r>
        <w:t xml:space="preserve"> </w:t>
      </w:r>
      <w:proofErr w:type="spellStart"/>
      <w:r>
        <w:t>činnosti</w:t>
      </w:r>
      <w:proofErr w:type="spellEnd"/>
      <w:r>
        <w:t xml:space="preserve"> </w:t>
      </w:r>
      <w:proofErr w:type="spellStart"/>
      <w:r>
        <w:t>mateřské</w:t>
      </w:r>
      <w:proofErr w:type="spellEnd"/>
      <w:r>
        <w:t xml:space="preserve"> </w:t>
      </w:r>
      <w:proofErr w:type="spellStart"/>
      <w:r>
        <w:t>školy</w:t>
      </w:r>
      <w:proofErr w:type="spellEnd"/>
      <w:r>
        <w:t>,</w:t>
      </w:r>
    </w:p>
    <w:p w14:paraId="66677218" w14:textId="77777777" w:rsidR="00CB3864" w:rsidRDefault="0074127D" w:rsidP="00351F0A">
      <w:pPr>
        <w:pStyle w:val="Seznamsodrkami"/>
        <w:ind w:left="340"/>
        <w:jc w:val="both"/>
      </w:pPr>
      <w:proofErr w:type="spellStart"/>
      <w:r>
        <w:t>využívat</w:t>
      </w:r>
      <w:proofErr w:type="spellEnd"/>
      <w:r>
        <w:t xml:space="preserve"> </w:t>
      </w:r>
      <w:proofErr w:type="spellStart"/>
      <w:r>
        <w:t>poradenskou</w:t>
      </w:r>
      <w:proofErr w:type="spellEnd"/>
      <w:r>
        <w:t xml:space="preserve"> </w:t>
      </w:r>
      <w:proofErr w:type="spellStart"/>
      <w:r>
        <w:t>pomoc</w:t>
      </w:r>
      <w:proofErr w:type="spellEnd"/>
      <w:r>
        <w:t xml:space="preserve"> </w:t>
      </w:r>
      <w:proofErr w:type="spellStart"/>
      <w:r>
        <w:t>mateřské</w:t>
      </w:r>
      <w:proofErr w:type="spellEnd"/>
      <w:r>
        <w:t xml:space="preserve"> </w:t>
      </w:r>
      <w:proofErr w:type="spellStart"/>
      <w:r>
        <w:t>školy</w:t>
      </w:r>
      <w:proofErr w:type="spellEnd"/>
      <w:r>
        <w:t xml:space="preserve"> a </w:t>
      </w:r>
      <w:proofErr w:type="spellStart"/>
      <w:r>
        <w:t>školských</w:t>
      </w:r>
      <w:proofErr w:type="spellEnd"/>
      <w:r>
        <w:t xml:space="preserve"> </w:t>
      </w:r>
      <w:proofErr w:type="spellStart"/>
      <w:r>
        <w:t>poradenských</w:t>
      </w:r>
      <w:proofErr w:type="spellEnd"/>
      <w:r>
        <w:t xml:space="preserve"> </w:t>
      </w:r>
      <w:proofErr w:type="spellStart"/>
      <w:r>
        <w:t>zařízení</w:t>
      </w:r>
      <w:proofErr w:type="spellEnd"/>
      <w:r>
        <w:t>,</w:t>
      </w:r>
    </w:p>
    <w:p w14:paraId="2990E1F4" w14:textId="77777777" w:rsidR="00CB3864" w:rsidRDefault="0074127D" w:rsidP="00351F0A">
      <w:pPr>
        <w:pStyle w:val="Seznamsodrkami"/>
        <w:ind w:left="340"/>
        <w:jc w:val="both"/>
      </w:pPr>
      <w:proofErr w:type="spellStart"/>
      <w:r>
        <w:t>účastnit</w:t>
      </w:r>
      <w:proofErr w:type="spellEnd"/>
      <w:r>
        <w:t xml:space="preserve"> se po </w:t>
      </w:r>
      <w:proofErr w:type="spellStart"/>
      <w:r>
        <w:t>dohodě</w:t>
      </w:r>
      <w:proofErr w:type="spellEnd"/>
      <w:r>
        <w:t xml:space="preserve"> s </w:t>
      </w:r>
      <w:proofErr w:type="spellStart"/>
      <w:r>
        <w:t>pedagogem</w:t>
      </w:r>
      <w:proofErr w:type="spellEnd"/>
      <w:r>
        <w:t xml:space="preserve"> </w:t>
      </w:r>
      <w:proofErr w:type="spellStart"/>
      <w:r>
        <w:t>vybraných</w:t>
      </w:r>
      <w:proofErr w:type="spellEnd"/>
      <w:r>
        <w:t xml:space="preserve"> </w:t>
      </w:r>
      <w:proofErr w:type="spellStart"/>
      <w:r>
        <w:t>akcí</w:t>
      </w:r>
      <w:proofErr w:type="spellEnd"/>
      <w:r>
        <w:t xml:space="preserve"> </w:t>
      </w:r>
      <w:proofErr w:type="spellStart"/>
      <w:r>
        <w:t>školy</w:t>
      </w:r>
      <w:proofErr w:type="spellEnd"/>
      <w:r>
        <w:t xml:space="preserve"> a </w:t>
      </w:r>
      <w:proofErr w:type="spellStart"/>
      <w:r>
        <w:t>spolupracovat</w:t>
      </w:r>
      <w:proofErr w:type="spellEnd"/>
      <w:r>
        <w:t xml:space="preserve"> </w:t>
      </w:r>
      <w:proofErr w:type="spellStart"/>
      <w:r>
        <w:t>na</w:t>
      </w:r>
      <w:proofErr w:type="spellEnd"/>
      <w:r>
        <w:t xml:space="preserve"> </w:t>
      </w:r>
      <w:proofErr w:type="spellStart"/>
      <w:r>
        <w:t>činnostech</w:t>
      </w:r>
      <w:proofErr w:type="spellEnd"/>
      <w:r>
        <w:t xml:space="preserve"> </w:t>
      </w:r>
      <w:proofErr w:type="spellStart"/>
      <w:r>
        <w:t>podporujících</w:t>
      </w:r>
      <w:proofErr w:type="spellEnd"/>
      <w:r>
        <w:t xml:space="preserve"> </w:t>
      </w:r>
      <w:proofErr w:type="spellStart"/>
      <w:r>
        <w:t>rozvoj</w:t>
      </w:r>
      <w:proofErr w:type="spellEnd"/>
      <w:r>
        <w:t xml:space="preserve"> </w:t>
      </w:r>
      <w:proofErr w:type="spellStart"/>
      <w:r>
        <w:t>dětí</w:t>
      </w:r>
      <w:proofErr w:type="spellEnd"/>
      <w:r>
        <w:t>,</w:t>
      </w:r>
    </w:p>
    <w:p w14:paraId="3639224F" w14:textId="77777777" w:rsidR="00CB3864" w:rsidRDefault="0074127D" w:rsidP="00351F0A">
      <w:pPr>
        <w:pStyle w:val="Seznamsodrkami"/>
        <w:ind w:left="340"/>
        <w:jc w:val="both"/>
      </w:pPr>
      <w:proofErr w:type="spellStart"/>
      <w:r>
        <w:t>podat</w:t>
      </w:r>
      <w:proofErr w:type="spellEnd"/>
      <w:r>
        <w:t xml:space="preserve"> </w:t>
      </w:r>
      <w:proofErr w:type="spellStart"/>
      <w:r>
        <w:t>stížnost</w:t>
      </w:r>
      <w:proofErr w:type="spellEnd"/>
      <w:r>
        <w:t xml:space="preserve">, </w:t>
      </w:r>
      <w:proofErr w:type="spellStart"/>
      <w:r>
        <w:t>podnět</w:t>
      </w:r>
      <w:proofErr w:type="spellEnd"/>
      <w:r>
        <w:t xml:space="preserve"> </w:t>
      </w:r>
      <w:proofErr w:type="spellStart"/>
      <w:r>
        <w:t>nebo</w:t>
      </w:r>
      <w:proofErr w:type="spellEnd"/>
      <w:r>
        <w:t xml:space="preserve"> </w:t>
      </w:r>
      <w:proofErr w:type="spellStart"/>
      <w:r>
        <w:t>oznámení</w:t>
      </w:r>
      <w:proofErr w:type="spellEnd"/>
      <w:r>
        <w:t xml:space="preserve"> </w:t>
      </w:r>
      <w:proofErr w:type="spellStart"/>
      <w:r>
        <w:t>způsobem</w:t>
      </w:r>
      <w:proofErr w:type="spellEnd"/>
      <w:r>
        <w:t xml:space="preserve"> </w:t>
      </w:r>
      <w:proofErr w:type="spellStart"/>
      <w:r>
        <w:t>uvedeným</w:t>
      </w:r>
      <w:proofErr w:type="spellEnd"/>
      <w:r>
        <w:t xml:space="preserve"> v </w:t>
      </w:r>
      <w:proofErr w:type="spellStart"/>
      <w:r>
        <w:t>tomto</w:t>
      </w:r>
      <w:proofErr w:type="spellEnd"/>
      <w:r>
        <w:t xml:space="preserve"> </w:t>
      </w:r>
      <w:proofErr w:type="spellStart"/>
      <w:r>
        <w:t>školním</w:t>
      </w:r>
      <w:proofErr w:type="spellEnd"/>
      <w:r>
        <w:t xml:space="preserve"> </w:t>
      </w:r>
      <w:proofErr w:type="spellStart"/>
      <w:r>
        <w:t>řádu</w:t>
      </w:r>
      <w:proofErr w:type="spellEnd"/>
      <w:r>
        <w:t>.</w:t>
      </w:r>
    </w:p>
    <w:p w14:paraId="48E61447" w14:textId="77777777" w:rsidR="00CB3864" w:rsidRDefault="0074127D">
      <w:pPr>
        <w:pStyle w:val="Nadpis2"/>
      </w:pPr>
      <w:proofErr w:type="spellStart"/>
      <w:r>
        <w:rPr>
          <w:rFonts w:ascii="Arial" w:hAnsi="Arial"/>
          <w:b w:val="0"/>
        </w:rPr>
        <w:t>Zákonní</w:t>
      </w:r>
      <w:proofErr w:type="spellEnd"/>
      <w:r>
        <w:rPr>
          <w:rFonts w:ascii="Arial" w:hAnsi="Arial"/>
          <w:b w:val="0"/>
        </w:rPr>
        <w:t xml:space="preserve"> </w:t>
      </w:r>
      <w:proofErr w:type="spellStart"/>
      <w:r>
        <w:rPr>
          <w:rFonts w:ascii="Arial" w:hAnsi="Arial"/>
          <w:b w:val="0"/>
        </w:rPr>
        <w:t>zástupci</w:t>
      </w:r>
      <w:proofErr w:type="spellEnd"/>
      <w:r>
        <w:rPr>
          <w:rFonts w:ascii="Arial" w:hAnsi="Arial"/>
          <w:b w:val="0"/>
        </w:rPr>
        <w:t xml:space="preserve"> </w:t>
      </w:r>
      <w:proofErr w:type="spellStart"/>
      <w:r>
        <w:rPr>
          <w:rFonts w:ascii="Arial" w:hAnsi="Arial"/>
          <w:b w:val="0"/>
        </w:rPr>
        <w:t>jsou</w:t>
      </w:r>
      <w:proofErr w:type="spellEnd"/>
      <w:r>
        <w:rPr>
          <w:rFonts w:ascii="Arial" w:hAnsi="Arial"/>
          <w:b w:val="0"/>
        </w:rPr>
        <w:t xml:space="preserve"> </w:t>
      </w:r>
      <w:proofErr w:type="spellStart"/>
      <w:r>
        <w:rPr>
          <w:rFonts w:ascii="Arial" w:hAnsi="Arial"/>
          <w:b w:val="0"/>
        </w:rPr>
        <w:t>povinni</w:t>
      </w:r>
      <w:proofErr w:type="spellEnd"/>
      <w:r>
        <w:rPr>
          <w:rFonts w:ascii="Arial" w:hAnsi="Arial"/>
          <w:b w:val="0"/>
        </w:rPr>
        <w:t xml:space="preserve"> </w:t>
      </w:r>
      <w:proofErr w:type="spellStart"/>
      <w:r>
        <w:rPr>
          <w:rFonts w:ascii="Arial" w:hAnsi="Arial"/>
          <w:b w:val="0"/>
        </w:rPr>
        <w:t>zejména</w:t>
      </w:r>
      <w:proofErr w:type="spellEnd"/>
      <w:r>
        <w:rPr>
          <w:rFonts w:ascii="Arial" w:hAnsi="Arial"/>
          <w:b w:val="0"/>
        </w:rPr>
        <w:t>:</w:t>
      </w:r>
    </w:p>
    <w:p w14:paraId="3DA4D0FE" w14:textId="77777777" w:rsidR="00CB3864" w:rsidRDefault="0074127D" w:rsidP="00351F0A">
      <w:pPr>
        <w:pStyle w:val="Seznamsodrkami"/>
        <w:ind w:left="340"/>
        <w:jc w:val="both"/>
      </w:pPr>
      <w:proofErr w:type="spellStart"/>
      <w:r>
        <w:t>zajistit</w:t>
      </w:r>
      <w:proofErr w:type="spellEnd"/>
      <w:r>
        <w:t xml:space="preserve">, aby </w:t>
      </w:r>
      <w:proofErr w:type="spellStart"/>
      <w:r>
        <w:t>dítě</w:t>
      </w:r>
      <w:proofErr w:type="spellEnd"/>
      <w:r>
        <w:t xml:space="preserve"> </w:t>
      </w:r>
      <w:proofErr w:type="spellStart"/>
      <w:r>
        <w:t>docházelo</w:t>
      </w:r>
      <w:proofErr w:type="spellEnd"/>
      <w:r>
        <w:t xml:space="preserve"> do </w:t>
      </w:r>
      <w:proofErr w:type="spellStart"/>
      <w:r>
        <w:t>mateřské</w:t>
      </w:r>
      <w:proofErr w:type="spellEnd"/>
      <w:r>
        <w:t xml:space="preserve"> </w:t>
      </w:r>
      <w:proofErr w:type="spellStart"/>
      <w:r>
        <w:t>školy</w:t>
      </w:r>
      <w:proofErr w:type="spellEnd"/>
      <w:r>
        <w:t xml:space="preserve"> </w:t>
      </w:r>
      <w:proofErr w:type="spellStart"/>
      <w:r>
        <w:t>řádně</w:t>
      </w:r>
      <w:proofErr w:type="spellEnd"/>
      <w:r>
        <w:t xml:space="preserve"> a </w:t>
      </w:r>
      <w:proofErr w:type="spellStart"/>
      <w:r>
        <w:t>včas</w:t>
      </w:r>
      <w:proofErr w:type="spellEnd"/>
      <w:r>
        <w:t xml:space="preserve">, </w:t>
      </w:r>
      <w:proofErr w:type="spellStart"/>
      <w:r>
        <w:t>zejména</w:t>
      </w:r>
      <w:proofErr w:type="spellEnd"/>
      <w:r>
        <w:t xml:space="preserve"> </w:t>
      </w:r>
      <w:proofErr w:type="spellStart"/>
      <w:r>
        <w:t>pokud</w:t>
      </w:r>
      <w:proofErr w:type="spellEnd"/>
      <w:r>
        <w:t xml:space="preserve"> </w:t>
      </w:r>
      <w:proofErr w:type="spellStart"/>
      <w:r>
        <w:t>plní</w:t>
      </w:r>
      <w:proofErr w:type="spellEnd"/>
      <w:r>
        <w:t xml:space="preserve"> </w:t>
      </w:r>
      <w:proofErr w:type="spellStart"/>
      <w:r>
        <w:t>povinné</w:t>
      </w:r>
      <w:proofErr w:type="spellEnd"/>
      <w:r>
        <w:t xml:space="preserve"> </w:t>
      </w:r>
      <w:proofErr w:type="spellStart"/>
      <w:r>
        <w:t>předškolní</w:t>
      </w:r>
      <w:proofErr w:type="spellEnd"/>
      <w:r>
        <w:t xml:space="preserve"> </w:t>
      </w:r>
      <w:proofErr w:type="spellStart"/>
      <w:r>
        <w:t>vzdělávání</w:t>
      </w:r>
      <w:proofErr w:type="spellEnd"/>
      <w:r>
        <w:t>,</w:t>
      </w:r>
    </w:p>
    <w:p w14:paraId="76F27B02" w14:textId="6A2BCC37" w:rsidR="00CB3864" w:rsidRDefault="0074127D" w:rsidP="00351F0A">
      <w:pPr>
        <w:pStyle w:val="Seznamsodrkami"/>
        <w:ind w:left="340"/>
        <w:jc w:val="both"/>
      </w:pPr>
      <w:proofErr w:type="spellStart"/>
      <w:r>
        <w:t>předávat</w:t>
      </w:r>
      <w:proofErr w:type="spellEnd"/>
      <w:r>
        <w:t xml:space="preserve"> </w:t>
      </w:r>
      <w:proofErr w:type="spellStart"/>
      <w:r>
        <w:t>dítě</w:t>
      </w:r>
      <w:proofErr w:type="spellEnd"/>
      <w:r>
        <w:t xml:space="preserve"> </w:t>
      </w:r>
      <w:proofErr w:type="spellStart"/>
      <w:r>
        <w:t>osobně</w:t>
      </w:r>
      <w:proofErr w:type="spellEnd"/>
      <w:r>
        <w:t xml:space="preserve"> </w:t>
      </w:r>
      <w:proofErr w:type="spellStart"/>
      <w:r>
        <w:t>pedagogickému</w:t>
      </w:r>
      <w:proofErr w:type="spellEnd"/>
      <w:r>
        <w:t xml:space="preserve"> </w:t>
      </w:r>
      <w:proofErr w:type="spellStart"/>
      <w:r>
        <w:t>pracovníkovi</w:t>
      </w:r>
      <w:proofErr w:type="spellEnd"/>
      <w:r>
        <w:t xml:space="preserve"> </w:t>
      </w:r>
      <w:proofErr w:type="spellStart"/>
      <w:r>
        <w:t>nebo</w:t>
      </w:r>
      <w:proofErr w:type="spellEnd"/>
      <w:r>
        <w:t xml:space="preserve"> </w:t>
      </w:r>
      <w:proofErr w:type="spellStart"/>
      <w:r>
        <w:t>jiné</w:t>
      </w:r>
      <w:proofErr w:type="spellEnd"/>
      <w:r>
        <w:t xml:space="preserve"> </w:t>
      </w:r>
      <w:proofErr w:type="spellStart"/>
      <w:r>
        <w:t>pověřené</w:t>
      </w:r>
      <w:proofErr w:type="spellEnd"/>
      <w:r>
        <w:t xml:space="preserve"> </w:t>
      </w:r>
      <w:proofErr w:type="spellStart"/>
      <w:r>
        <w:t>osobě</w:t>
      </w:r>
      <w:proofErr w:type="spellEnd"/>
      <w:r>
        <w:t xml:space="preserve"> </w:t>
      </w:r>
      <w:proofErr w:type="spellStart"/>
      <w:r>
        <w:t>školy</w:t>
      </w:r>
      <w:proofErr w:type="spellEnd"/>
      <w:r>
        <w:t xml:space="preserve">; do </w:t>
      </w:r>
      <w:proofErr w:type="spellStart"/>
      <w:r>
        <w:t>okamžiku</w:t>
      </w:r>
      <w:proofErr w:type="spellEnd"/>
      <w:r>
        <w:t xml:space="preserve"> </w:t>
      </w:r>
      <w:proofErr w:type="spellStart"/>
      <w:r>
        <w:t>osobního</w:t>
      </w:r>
      <w:proofErr w:type="spellEnd"/>
      <w:r>
        <w:t xml:space="preserve"> </w:t>
      </w:r>
      <w:proofErr w:type="spellStart"/>
      <w:r>
        <w:t>předání</w:t>
      </w:r>
      <w:proofErr w:type="spellEnd"/>
      <w:r w:rsidR="000145AD">
        <w:t xml:space="preserve">, resp. od </w:t>
      </w:r>
      <w:proofErr w:type="spellStart"/>
      <w:r w:rsidR="000145AD">
        <w:t>okamžiku</w:t>
      </w:r>
      <w:proofErr w:type="spellEnd"/>
      <w:r w:rsidR="000145AD">
        <w:t xml:space="preserve"> </w:t>
      </w:r>
      <w:proofErr w:type="spellStart"/>
      <w:r w:rsidR="00B658A9">
        <w:t>osobního</w:t>
      </w:r>
      <w:proofErr w:type="spellEnd"/>
      <w:r w:rsidR="00B658A9">
        <w:t xml:space="preserve"> </w:t>
      </w:r>
      <w:proofErr w:type="spellStart"/>
      <w:r w:rsidR="00B658A9">
        <w:t>převzetí</w:t>
      </w:r>
      <w:proofErr w:type="spellEnd"/>
      <w:r>
        <w:t xml:space="preserve"> </w:t>
      </w:r>
      <w:proofErr w:type="spellStart"/>
      <w:r>
        <w:t>odpovídá</w:t>
      </w:r>
      <w:proofErr w:type="spellEnd"/>
      <w:r>
        <w:t xml:space="preserve"> za </w:t>
      </w:r>
      <w:proofErr w:type="spellStart"/>
      <w:r>
        <w:t>dítě</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nebo</w:t>
      </w:r>
      <w:proofErr w:type="spellEnd"/>
      <w:r>
        <w:t xml:space="preserve"> </w:t>
      </w:r>
      <w:proofErr w:type="spellStart"/>
      <w:r>
        <w:t>pověřená</w:t>
      </w:r>
      <w:proofErr w:type="spellEnd"/>
      <w:r>
        <w:t xml:space="preserve"> </w:t>
      </w:r>
      <w:proofErr w:type="spellStart"/>
      <w:r>
        <w:t>osoba</w:t>
      </w:r>
      <w:proofErr w:type="spellEnd"/>
      <w:r>
        <w:t>,</w:t>
      </w:r>
    </w:p>
    <w:p w14:paraId="4F65FAA8" w14:textId="77777777" w:rsidR="00CB3864" w:rsidRDefault="0074127D" w:rsidP="00351F0A">
      <w:pPr>
        <w:pStyle w:val="Seznamsodrkami"/>
        <w:ind w:left="340"/>
        <w:jc w:val="both"/>
      </w:pPr>
      <w:proofErr w:type="spellStart"/>
      <w:r>
        <w:t>předávat</w:t>
      </w:r>
      <w:proofErr w:type="spellEnd"/>
      <w:r>
        <w:t xml:space="preserve"> do </w:t>
      </w:r>
      <w:proofErr w:type="spellStart"/>
      <w:r>
        <w:t>mateřské</w:t>
      </w:r>
      <w:proofErr w:type="spellEnd"/>
      <w:r>
        <w:t xml:space="preserve"> </w:t>
      </w:r>
      <w:proofErr w:type="spellStart"/>
      <w:r>
        <w:t>školy</w:t>
      </w:r>
      <w:proofErr w:type="spellEnd"/>
      <w:r>
        <w:t xml:space="preserve"> </w:t>
      </w:r>
      <w:proofErr w:type="spellStart"/>
      <w:r>
        <w:t>pouze</w:t>
      </w:r>
      <w:proofErr w:type="spellEnd"/>
      <w:r>
        <w:t xml:space="preserve"> </w:t>
      </w:r>
      <w:proofErr w:type="spellStart"/>
      <w:r>
        <w:t>dítě</w:t>
      </w:r>
      <w:proofErr w:type="spellEnd"/>
      <w:r>
        <w:t xml:space="preserve">, </w:t>
      </w:r>
      <w:proofErr w:type="spellStart"/>
      <w:r>
        <w:t>které</w:t>
      </w:r>
      <w:proofErr w:type="spellEnd"/>
      <w:r>
        <w:t xml:space="preserve"> </w:t>
      </w:r>
      <w:proofErr w:type="spellStart"/>
      <w:r>
        <w:t>nejeví</w:t>
      </w:r>
      <w:proofErr w:type="spellEnd"/>
      <w:r>
        <w:t xml:space="preserve"> </w:t>
      </w:r>
      <w:proofErr w:type="spellStart"/>
      <w:r>
        <w:t>zjevné</w:t>
      </w:r>
      <w:proofErr w:type="spellEnd"/>
      <w:r>
        <w:t xml:space="preserve"> </w:t>
      </w:r>
      <w:proofErr w:type="spellStart"/>
      <w:r>
        <w:t>příznaky</w:t>
      </w:r>
      <w:proofErr w:type="spellEnd"/>
      <w:r>
        <w:t xml:space="preserve"> </w:t>
      </w:r>
      <w:proofErr w:type="spellStart"/>
      <w:r>
        <w:t>akutního</w:t>
      </w:r>
      <w:proofErr w:type="spellEnd"/>
      <w:r>
        <w:t xml:space="preserve"> </w:t>
      </w:r>
      <w:proofErr w:type="spellStart"/>
      <w:r>
        <w:t>infekčního</w:t>
      </w:r>
      <w:proofErr w:type="spellEnd"/>
      <w:r>
        <w:t xml:space="preserve"> </w:t>
      </w:r>
      <w:proofErr w:type="spellStart"/>
      <w:r>
        <w:t>nebo</w:t>
      </w:r>
      <w:proofErr w:type="spellEnd"/>
      <w:r>
        <w:t xml:space="preserve"> </w:t>
      </w:r>
      <w:proofErr w:type="spellStart"/>
      <w:r>
        <w:t>parazitárního</w:t>
      </w:r>
      <w:proofErr w:type="spellEnd"/>
      <w:r>
        <w:t xml:space="preserve"> </w:t>
      </w:r>
      <w:proofErr w:type="spellStart"/>
      <w:r>
        <w:t>onemocnění</w:t>
      </w:r>
      <w:proofErr w:type="spellEnd"/>
      <w:r>
        <w:t>,</w:t>
      </w:r>
    </w:p>
    <w:p w14:paraId="164DCD7C" w14:textId="77777777" w:rsidR="00CB3864" w:rsidRDefault="0074127D" w:rsidP="00351F0A">
      <w:pPr>
        <w:pStyle w:val="Seznamsodrkami"/>
        <w:ind w:left="340"/>
        <w:jc w:val="both"/>
      </w:pPr>
      <w:r>
        <w:t xml:space="preserve">bez </w:t>
      </w:r>
      <w:proofErr w:type="spellStart"/>
      <w:r>
        <w:t>zbytečného</w:t>
      </w:r>
      <w:proofErr w:type="spellEnd"/>
      <w:r>
        <w:t xml:space="preserve"> </w:t>
      </w:r>
      <w:proofErr w:type="spellStart"/>
      <w:r>
        <w:t>odkladu</w:t>
      </w:r>
      <w:proofErr w:type="spellEnd"/>
      <w:r>
        <w:t xml:space="preserve"> </w:t>
      </w:r>
      <w:proofErr w:type="spellStart"/>
      <w:r>
        <w:t>informovat</w:t>
      </w:r>
      <w:proofErr w:type="spellEnd"/>
      <w:r>
        <w:t xml:space="preserve"> </w:t>
      </w:r>
      <w:proofErr w:type="spellStart"/>
      <w:r>
        <w:t>školu</w:t>
      </w:r>
      <w:proofErr w:type="spellEnd"/>
      <w:r>
        <w:t xml:space="preserve"> o </w:t>
      </w:r>
      <w:proofErr w:type="spellStart"/>
      <w:r>
        <w:t>změně</w:t>
      </w:r>
      <w:proofErr w:type="spellEnd"/>
      <w:r>
        <w:t xml:space="preserve"> </w:t>
      </w:r>
      <w:proofErr w:type="spellStart"/>
      <w:r>
        <w:t>zdravotní</w:t>
      </w:r>
      <w:proofErr w:type="spellEnd"/>
      <w:r>
        <w:t xml:space="preserve"> </w:t>
      </w:r>
      <w:proofErr w:type="spellStart"/>
      <w:r>
        <w:t>způsobilosti</w:t>
      </w:r>
      <w:proofErr w:type="spellEnd"/>
      <w:r>
        <w:t xml:space="preserve">, </w:t>
      </w:r>
      <w:proofErr w:type="spellStart"/>
      <w:r>
        <w:t>zdravotních</w:t>
      </w:r>
      <w:proofErr w:type="spellEnd"/>
      <w:r>
        <w:t xml:space="preserve"> </w:t>
      </w:r>
      <w:proofErr w:type="spellStart"/>
      <w:r>
        <w:t>obtížích</w:t>
      </w:r>
      <w:proofErr w:type="spellEnd"/>
      <w:r>
        <w:t xml:space="preserve"> </w:t>
      </w:r>
      <w:proofErr w:type="spellStart"/>
      <w:r>
        <w:t>dítěte</w:t>
      </w:r>
      <w:proofErr w:type="spellEnd"/>
      <w:r>
        <w:t xml:space="preserve">, </w:t>
      </w:r>
      <w:proofErr w:type="spellStart"/>
      <w:r>
        <w:t>výskytu</w:t>
      </w:r>
      <w:proofErr w:type="spellEnd"/>
      <w:r>
        <w:t xml:space="preserve"> </w:t>
      </w:r>
      <w:proofErr w:type="spellStart"/>
      <w:r>
        <w:t>infekčního</w:t>
      </w:r>
      <w:proofErr w:type="spellEnd"/>
      <w:r>
        <w:t xml:space="preserve"> </w:t>
      </w:r>
      <w:proofErr w:type="spellStart"/>
      <w:r>
        <w:t>onemocnění</w:t>
      </w:r>
      <w:proofErr w:type="spellEnd"/>
      <w:r>
        <w:t xml:space="preserve"> </w:t>
      </w:r>
      <w:proofErr w:type="spellStart"/>
      <w:r>
        <w:t>nebo</w:t>
      </w:r>
      <w:proofErr w:type="spellEnd"/>
      <w:r>
        <w:t xml:space="preserve"> </w:t>
      </w:r>
      <w:proofErr w:type="spellStart"/>
      <w:r>
        <w:t>jiných</w:t>
      </w:r>
      <w:proofErr w:type="spellEnd"/>
      <w:r>
        <w:t xml:space="preserve"> </w:t>
      </w:r>
      <w:proofErr w:type="spellStart"/>
      <w:r>
        <w:t>závažných</w:t>
      </w:r>
      <w:proofErr w:type="spellEnd"/>
      <w:r>
        <w:t xml:space="preserve"> </w:t>
      </w:r>
      <w:proofErr w:type="spellStart"/>
      <w:r>
        <w:t>skutečnostech</w:t>
      </w:r>
      <w:proofErr w:type="spellEnd"/>
      <w:r>
        <w:t xml:space="preserve">, </w:t>
      </w:r>
      <w:proofErr w:type="spellStart"/>
      <w:r>
        <w:t>které</w:t>
      </w:r>
      <w:proofErr w:type="spellEnd"/>
      <w:r>
        <w:t xml:space="preserve"> </w:t>
      </w:r>
      <w:proofErr w:type="spellStart"/>
      <w:r>
        <w:t>mohou</w:t>
      </w:r>
      <w:proofErr w:type="spellEnd"/>
      <w:r>
        <w:t xml:space="preserve"> </w:t>
      </w:r>
      <w:proofErr w:type="spellStart"/>
      <w:r>
        <w:t>mít</w:t>
      </w:r>
      <w:proofErr w:type="spellEnd"/>
      <w:r>
        <w:t xml:space="preserve"> </w:t>
      </w:r>
      <w:proofErr w:type="spellStart"/>
      <w:r>
        <w:t>vliv</w:t>
      </w:r>
      <w:proofErr w:type="spellEnd"/>
      <w:r>
        <w:t xml:space="preserve"> </w:t>
      </w:r>
      <w:proofErr w:type="spellStart"/>
      <w:r>
        <w:t>na</w:t>
      </w:r>
      <w:proofErr w:type="spellEnd"/>
      <w:r>
        <w:t xml:space="preserve"> </w:t>
      </w:r>
      <w:proofErr w:type="spellStart"/>
      <w:r>
        <w:t>vzdělávání</w:t>
      </w:r>
      <w:proofErr w:type="spellEnd"/>
      <w:r>
        <w:t xml:space="preserve"> a </w:t>
      </w:r>
      <w:proofErr w:type="spellStart"/>
      <w:r>
        <w:t>bezpečnost</w:t>
      </w:r>
      <w:proofErr w:type="spellEnd"/>
      <w:r>
        <w:t xml:space="preserve"> </w:t>
      </w:r>
      <w:proofErr w:type="spellStart"/>
      <w:r>
        <w:t>dítěte</w:t>
      </w:r>
      <w:proofErr w:type="spellEnd"/>
      <w:r>
        <w:t>,</w:t>
      </w:r>
    </w:p>
    <w:p w14:paraId="41D0C857" w14:textId="77777777" w:rsidR="00CB3864" w:rsidRDefault="0074127D" w:rsidP="00351F0A">
      <w:pPr>
        <w:pStyle w:val="Seznamsodrkami"/>
        <w:ind w:left="340"/>
        <w:jc w:val="both"/>
      </w:pPr>
      <w:proofErr w:type="spellStart"/>
      <w:r>
        <w:t>oznamovat</w:t>
      </w:r>
      <w:proofErr w:type="spellEnd"/>
      <w:r>
        <w:t xml:space="preserve"> </w:t>
      </w:r>
      <w:proofErr w:type="spellStart"/>
      <w:r>
        <w:t>škole</w:t>
      </w:r>
      <w:proofErr w:type="spellEnd"/>
      <w:r>
        <w:t xml:space="preserve"> </w:t>
      </w:r>
      <w:proofErr w:type="spellStart"/>
      <w:r>
        <w:t>údaje</w:t>
      </w:r>
      <w:proofErr w:type="spellEnd"/>
      <w:r>
        <w:t xml:space="preserve"> do </w:t>
      </w:r>
      <w:proofErr w:type="spellStart"/>
      <w:r>
        <w:t>školní</w:t>
      </w:r>
      <w:proofErr w:type="spellEnd"/>
      <w:r>
        <w:t xml:space="preserve"> </w:t>
      </w:r>
      <w:proofErr w:type="spellStart"/>
      <w:r>
        <w:t>matriky</w:t>
      </w:r>
      <w:proofErr w:type="spellEnd"/>
      <w:r>
        <w:t xml:space="preserve"> a </w:t>
      </w:r>
      <w:proofErr w:type="spellStart"/>
      <w:r>
        <w:t>změny</w:t>
      </w:r>
      <w:proofErr w:type="spellEnd"/>
      <w:r>
        <w:t xml:space="preserve"> </w:t>
      </w:r>
      <w:proofErr w:type="spellStart"/>
      <w:r>
        <w:t>těchto</w:t>
      </w:r>
      <w:proofErr w:type="spellEnd"/>
      <w:r>
        <w:t xml:space="preserve"> </w:t>
      </w:r>
      <w:proofErr w:type="spellStart"/>
      <w:r>
        <w:t>údajů</w:t>
      </w:r>
      <w:proofErr w:type="spellEnd"/>
      <w:r>
        <w:t xml:space="preserve">, </w:t>
      </w:r>
      <w:proofErr w:type="spellStart"/>
      <w:r>
        <w:t>zejména</w:t>
      </w:r>
      <w:proofErr w:type="spellEnd"/>
      <w:r>
        <w:t xml:space="preserve"> </w:t>
      </w:r>
      <w:proofErr w:type="spellStart"/>
      <w:r>
        <w:t>adresu</w:t>
      </w:r>
      <w:proofErr w:type="spellEnd"/>
      <w:r>
        <w:t xml:space="preserve">, </w:t>
      </w:r>
      <w:proofErr w:type="spellStart"/>
      <w:r>
        <w:t>kontakty</w:t>
      </w:r>
      <w:proofErr w:type="spellEnd"/>
      <w:r>
        <w:t xml:space="preserve">, </w:t>
      </w:r>
      <w:proofErr w:type="spellStart"/>
      <w:r>
        <w:t>zdravotní</w:t>
      </w:r>
      <w:proofErr w:type="spellEnd"/>
      <w:r>
        <w:t xml:space="preserve"> </w:t>
      </w:r>
      <w:proofErr w:type="spellStart"/>
      <w:r>
        <w:t>pojišťovnu</w:t>
      </w:r>
      <w:proofErr w:type="spellEnd"/>
      <w:r>
        <w:t xml:space="preserve">, </w:t>
      </w:r>
      <w:proofErr w:type="spellStart"/>
      <w:r>
        <w:t>osoby</w:t>
      </w:r>
      <w:proofErr w:type="spellEnd"/>
      <w:r>
        <w:t xml:space="preserve"> </w:t>
      </w:r>
      <w:proofErr w:type="spellStart"/>
      <w:r>
        <w:t>pověřené</w:t>
      </w:r>
      <w:proofErr w:type="spellEnd"/>
      <w:r>
        <w:t xml:space="preserve"> </w:t>
      </w:r>
      <w:proofErr w:type="spellStart"/>
      <w:r>
        <w:t>vyzvedáváním</w:t>
      </w:r>
      <w:proofErr w:type="spellEnd"/>
      <w:r>
        <w:t xml:space="preserve"> a </w:t>
      </w:r>
      <w:proofErr w:type="spellStart"/>
      <w:r>
        <w:t>další</w:t>
      </w:r>
      <w:proofErr w:type="spellEnd"/>
      <w:r>
        <w:t xml:space="preserve"> </w:t>
      </w:r>
      <w:proofErr w:type="spellStart"/>
      <w:r>
        <w:t>údaje</w:t>
      </w:r>
      <w:proofErr w:type="spellEnd"/>
      <w:r>
        <w:t xml:space="preserve"> </w:t>
      </w:r>
      <w:proofErr w:type="spellStart"/>
      <w:r>
        <w:t>podstatné</w:t>
      </w:r>
      <w:proofErr w:type="spellEnd"/>
      <w:r>
        <w:t xml:space="preserve"> pro </w:t>
      </w:r>
      <w:proofErr w:type="spellStart"/>
      <w:r>
        <w:t>bezpečnost</w:t>
      </w:r>
      <w:proofErr w:type="spellEnd"/>
      <w:r>
        <w:t xml:space="preserve"> </w:t>
      </w:r>
      <w:proofErr w:type="spellStart"/>
      <w:r>
        <w:t>dítěte</w:t>
      </w:r>
      <w:proofErr w:type="spellEnd"/>
      <w:r>
        <w:t>,</w:t>
      </w:r>
    </w:p>
    <w:p w14:paraId="7A0EBDA1" w14:textId="77777777" w:rsidR="002B11F8" w:rsidRPr="002B11F8" w:rsidRDefault="002B11F8" w:rsidP="002B11F8">
      <w:pPr>
        <w:pStyle w:val="Seznamsodrkami"/>
      </w:pPr>
      <w:proofErr w:type="spellStart"/>
      <w:r>
        <w:t>omlouvat</w:t>
      </w:r>
      <w:proofErr w:type="spellEnd"/>
      <w:r>
        <w:t xml:space="preserve"> </w:t>
      </w:r>
      <w:proofErr w:type="spellStart"/>
      <w:r>
        <w:t>nepřítomnost</w:t>
      </w:r>
      <w:proofErr w:type="spellEnd"/>
      <w:r>
        <w:t xml:space="preserve"> </w:t>
      </w:r>
      <w:proofErr w:type="spellStart"/>
      <w:r>
        <w:t>dítěte</w:t>
      </w:r>
      <w:proofErr w:type="spellEnd"/>
      <w:r>
        <w:t xml:space="preserve"> </w:t>
      </w:r>
      <w:proofErr w:type="spellStart"/>
      <w:r>
        <w:t>způsobem</w:t>
      </w:r>
      <w:proofErr w:type="spellEnd"/>
      <w:r>
        <w:t xml:space="preserve"> </w:t>
      </w:r>
      <w:proofErr w:type="spellStart"/>
      <w:r>
        <w:t>stanoveným</w:t>
      </w:r>
      <w:proofErr w:type="spellEnd"/>
      <w:r>
        <w:t xml:space="preserve"> </w:t>
      </w:r>
      <w:proofErr w:type="spellStart"/>
      <w:r>
        <w:t>tímto</w:t>
      </w:r>
      <w:proofErr w:type="spellEnd"/>
      <w:r>
        <w:t xml:space="preserve"> </w:t>
      </w:r>
      <w:proofErr w:type="spellStart"/>
      <w:r>
        <w:t>školním</w:t>
      </w:r>
      <w:proofErr w:type="spellEnd"/>
      <w:r>
        <w:t xml:space="preserve"> </w:t>
      </w:r>
      <w:proofErr w:type="spellStart"/>
      <w:r>
        <w:t>řádem</w:t>
      </w:r>
      <w:proofErr w:type="spellEnd"/>
      <w:r>
        <w:t xml:space="preserve">; u </w:t>
      </w:r>
      <w:proofErr w:type="spellStart"/>
      <w:r>
        <w:t>dětí</w:t>
      </w:r>
      <w:proofErr w:type="spellEnd"/>
      <w:r>
        <w:t xml:space="preserve"> v </w:t>
      </w:r>
      <w:proofErr w:type="spellStart"/>
      <w:r>
        <w:t>povinném</w:t>
      </w:r>
      <w:proofErr w:type="spellEnd"/>
      <w:r>
        <w:t xml:space="preserve"> </w:t>
      </w:r>
      <w:proofErr w:type="spellStart"/>
      <w:r>
        <w:t>předškolním</w:t>
      </w:r>
      <w:proofErr w:type="spellEnd"/>
      <w:r>
        <w:t xml:space="preserve"> </w:t>
      </w:r>
      <w:proofErr w:type="spellStart"/>
      <w:r>
        <w:t>vzdělávání</w:t>
      </w:r>
      <w:proofErr w:type="spellEnd"/>
      <w:r>
        <w:t xml:space="preserve"> </w:t>
      </w:r>
      <w:proofErr w:type="spellStart"/>
      <w:r>
        <w:t>doložit</w:t>
      </w:r>
      <w:proofErr w:type="spellEnd"/>
      <w:r>
        <w:t xml:space="preserve"> </w:t>
      </w:r>
      <w:proofErr w:type="spellStart"/>
      <w:r>
        <w:t>důvody</w:t>
      </w:r>
      <w:proofErr w:type="spellEnd"/>
      <w:r>
        <w:t xml:space="preserve"> </w:t>
      </w:r>
      <w:proofErr w:type="spellStart"/>
      <w:r>
        <w:t>nepřítomnosti</w:t>
      </w:r>
      <w:proofErr w:type="spellEnd"/>
      <w:r>
        <w:t xml:space="preserve"> </w:t>
      </w:r>
      <w:proofErr w:type="spellStart"/>
      <w:r>
        <w:t>na</w:t>
      </w:r>
      <w:proofErr w:type="spellEnd"/>
      <w:r>
        <w:t xml:space="preserve"> </w:t>
      </w:r>
      <w:proofErr w:type="spellStart"/>
      <w:r>
        <w:t>výzvu</w:t>
      </w:r>
      <w:proofErr w:type="spellEnd"/>
      <w:r>
        <w:t xml:space="preserve"> </w:t>
      </w:r>
      <w:proofErr w:type="spellStart"/>
      <w:r>
        <w:t>ředitele</w:t>
      </w:r>
      <w:proofErr w:type="spellEnd"/>
      <w:r>
        <w:t xml:space="preserve"> </w:t>
      </w:r>
      <w:proofErr w:type="spellStart"/>
      <w:r>
        <w:t>školy</w:t>
      </w:r>
      <w:proofErr w:type="spellEnd"/>
      <w:r>
        <w:t xml:space="preserve">, </w:t>
      </w:r>
      <w:proofErr w:type="spellStart"/>
      <w:r>
        <w:t>zástupkyně</w:t>
      </w:r>
      <w:proofErr w:type="spellEnd"/>
      <w:r>
        <w:t xml:space="preserve"> </w:t>
      </w:r>
      <w:proofErr w:type="spellStart"/>
      <w:r>
        <w:t>ředitele</w:t>
      </w:r>
      <w:proofErr w:type="spellEnd"/>
      <w:r>
        <w:t xml:space="preserve"> </w:t>
      </w:r>
      <w:proofErr w:type="spellStart"/>
      <w:r>
        <w:t>školy</w:t>
      </w:r>
      <w:proofErr w:type="spellEnd"/>
      <w:r>
        <w:t xml:space="preserve"> </w:t>
      </w:r>
      <w:proofErr w:type="spellStart"/>
      <w:r>
        <w:t>nebo</w:t>
      </w:r>
      <w:proofErr w:type="spellEnd"/>
      <w:r>
        <w:t xml:space="preserve"> </w:t>
      </w:r>
      <w:proofErr w:type="spellStart"/>
      <w:r>
        <w:t>vedoucí</w:t>
      </w:r>
      <w:proofErr w:type="spellEnd"/>
      <w:r>
        <w:t xml:space="preserve"> </w:t>
      </w:r>
      <w:proofErr w:type="spellStart"/>
      <w:r>
        <w:t>učitelky</w:t>
      </w:r>
      <w:proofErr w:type="spellEnd"/>
      <w:r>
        <w:t xml:space="preserve"> </w:t>
      </w:r>
      <w:proofErr w:type="spellStart"/>
      <w:r>
        <w:t>nejpozději</w:t>
      </w:r>
      <w:proofErr w:type="spellEnd"/>
      <w:r>
        <w:t xml:space="preserve"> do 3 </w:t>
      </w:r>
      <w:proofErr w:type="spellStart"/>
      <w:r>
        <w:t>dnů</w:t>
      </w:r>
      <w:proofErr w:type="spellEnd"/>
      <w:r>
        <w:t xml:space="preserve"> ode </w:t>
      </w:r>
      <w:proofErr w:type="spellStart"/>
      <w:r>
        <w:t>dne</w:t>
      </w:r>
      <w:proofErr w:type="spellEnd"/>
      <w:r>
        <w:t xml:space="preserve"> </w:t>
      </w:r>
      <w:proofErr w:type="spellStart"/>
      <w:r>
        <w:t>výzvy</w:t>
      </w:r>
      <w:proofErr w:type="spellEnd"/>
      <w:r>
        <w:t>,</w:t>
      </w:r>
    </w:p>
    <w:p w14:paraId="559E1122" w14:textId="77777777" w:rsidR="00CB3864" w:rsidRDefault="0074127D" w:rsidP="00351F0A">
      <w:pPr>
        <w:pStyle w:val="Seznamsodrkami"/>
        <w:ind w:left="340"/>
        <w:jc w:val="both"/>
      </w:pPr>
      <w:proofErr w:type="spellStart"/>
      <w:r>
        <w:lastRenderedPageBreak/>
        <w:t>hradit</w:t>
      </w:r>
      <w:proofErr w:type="spellEnd"/>
      <w:r>
        <w:t xml:space="preserve"> </w:t>
      </w:r>
      <w:proofErr w:type="spellStart"/>
      <w:r>
        <w:t>úplatu</w:t>
      </w:r>
      <w:proofErr w:type="spellEnd"/>
      <w:r>
        <w:t xml:space="preserve"> za </w:t>
      </w:r>
      <w:proofErr w:type="spellStart"/>
      <w:r>
        <w:t>předškolní</w:t>
      </w:r>
      <w:proofErr w:type="spellEnd"/>
      <w:r>
        <w:t xml:space="preserve"> </w:t>
      </w:r>
      <w:proofErr w:type="spellStart"/>
      <w:r>
        <w:t>vzdělávání</w:t>
      </w:r>
      <w:proofErr w:type="spellEnd"/>
      <w:r>
        <w:t xml:space="preserve"> a </w:t>
      </w:r>
      <w:proofErr w:type="spellStart"/>
      <w:r>
        <w:t>stravné</w:t>
      </w:r>
      <w:proofErr w:type="spellEnd"/>
      <w:r>
        <w:t xml:space="preserve"> </w:t>
      </w:r>
      <w:proofErr w:type="spellStart"/>
      <w:r>
        <w:t>ve</w:t>
      </w:r>
      <w:proofErr w:type="spellEnd"/>
      <w:r>
        <w:t xml:space="preserve"> </w:t>
      </w:r>
      <w:proofErr w:type="spellStart"/>
      <w:r>
        <w:t>stanovených</w:t>
      </w:r>
      <w:proofErr w:type="spellEnd"/>
      <w:r>
        <w:t xml:space="preserve"> </w:t>
      </w:r>
      <w:proofErr w:type="spellStart"/>
      <w:r>
        <w:t>termínech</w:t>
      </w:r>
      <w:proofErr w:type="spellEnd"/>
      <w:r>
        <w:t xml:space="preserve">, </w:t>
      </w:r>
      <w:proofErr w:type="spellStart"/>
      <w:r>
        <w:t>pokud</w:t>
      </w:r>
      <w:proofErr w:type="spellEnd"/>
      <w:r>
        <w:t xml:space="preserve"> se </w:t>
      </w:r>
      <w:proofErr w:type="spellStart"/>
      <w:r>
        <w:t>na</w:t>
      </w:r>
      <w:proofErr w:type="spellEnd"/>
      <w:r>
        <w:t xml:space="preserve"> </w:t>
      </w:r>
      <w:proofErr w:type="spellStart"/>
      <w:r>
        <w:t>dítě</w:t>
      </w:r>
      <w:proofErr w:type="spellEnd"/>
      <w:r>
        <w:t xml:space="preserve"> </w:t>
      </w:r>
      <w:proofErr w:type="spellStart"/>
      <w:r>
        <w:t>úplata</w:t>
      </w:r>
      <w:proofErr w:type="spellEnd"/>
      <w:r>
        <w:t xml:space="preserve"> </w:t>
      </w:r>
      <w:proofErr w:type="spellStart"/>
      <w:r>
        <w:t>vztahuje</w:t>
      </w:r>
      <w:proofErr w:type="spellEnd"/>
      <w:r>
        <w:t>,</w:t>
      </w:r>
    </w:p>
    <w:p w14:paraId="2C0435AC" w14:textId="77777777" w:rsidR="00CB3864" w:rsidRDefault="0074127D" w:rsidP="00351F0A">
      <w:pPr>
        <w:pStyle w:val="Seznamsodrkami"/>
        <w:ind w:left="340"/>
        <w:jc w:val="both"/>
      </w:pPr>
      <w:proofErr w:type="spellStart"/>
      <w:r>
        <w:t>dodržovat</w:t>
      </w:r>
      <w:proofErr w:type="spellEnd"/>
      <w:r>
        <w:t xml:space="preserve"> </w:t>
      </w:r>
      <w:proofErr w:type="spellStart"/>
      <w:r>
        <w:t>pravidla</w:t>
      </w:r>
      <w:proofErr w:type="spellEnd"/>
      <w:r>
        <w:t xml:space="preserve"> </w:t>
      </w:r>
      <w:proofErr w:type="spellStart"/>
      <w:r>
        <w:t>provozu</w:t>
      </w:r>
      <w:proofErr w:type="spellEnd"/>
      <w:r>
        <w:t xml:space="preserve"> </w:t>
      </w:r>
      <w:proofErr w:type="spellStart"/>
      <w:r>
        <w:t>školy</w:t>
      </w:r>
      <w:proofErr w:type="spellEnd"/>
      <w:r>
        <w:t xml:space="preserve">, </w:t>
      </w:r>
      <w:proofErr w:type="spellStart"/>
      <w:r>
        <w:t>bezpečnostní</w:t>
      </w:r>
      <w:proofErr w:type="spellEnd"/>
      <w:r>
        <w:t xml:space="preserve"> </w:t>
      </w:r>
      <w:proofErr w:type="spellStart"/>
      <w:r>
        <w:t>pokyny</w:t>
      </w:r>
      <w:proofErr w:type="spellEnd"/>
      <w:r>
        <w:t xml:space="preserve"> a </w:t>
      </w:r>
      <w:proofErr w:type="spellStart"/>
      <w:r>
        <w:t>pravidla</w:t>
      </w:r>
      <w:proofErr w:type="spellEnd"/>
      <w:r>
        <w:t xml:space="preserve"> </w:t>
      </w:r>
      <w:proofErr w:type="spellStart"/>
      <w:r>
        <w:t>předávání</w:t>
      </w:r>
      <w:proofErr w:type="spellEnd"/>
      <w:r>
        <w:t xml:space="preserve"> a </w:t>
      </w:r>
      <w:proofErr w:type="spellStart"/>
      <w:r>
        <w:t>vyzvedávání</w:t>
      </w:r>
      <w:proofErr w:type="spellEnd"/>
      <w:r>
        <w:t xml:space="preserve"> </w:t>
      </w:r>
      <w:proofErr w:type="spellStart"/>
      <w:r>
        <w:t>dětí</w:t>
      </w:r>
      <w:proofErr w:type="spellEnd"/>
      <w:r>
        <w:t>,</w:t>
      </w:r>
    </w:p>
    <w:p w14:paraId="388BD124" w14:textId="77777777" w:rsidR="00CB3864" w:rsidRDefault="0074127D" w:rsidP="00351F0A">
      <w:pPr>
        <w:pStyle w:val="Seznamsodrkami"/>
        <w:ind w:left="340"/>
        <w:jc w:val="both"/>
      </w:pPr>
      <w:proofErr w:type="spellStart"/>
      <w:r>
        <w:t>chovat</w:t>
      </w:r>
      <w:proofErr w:type="spellEnd"/>
      <w:r>
        <w:t xml:space="preserve"> se k </w:t>
      </w:r>
      <w:proofErr w:type="spellStart"/>
      <w:r>
        <w:t>zaměstnancům</w:t>
      </w:r>
      <w:proofErr w:type="spellEnd"/>
      <w:r>
        <w:t xml:space="preserve"> </w:t>
      </w:r>
      <w:proofErr w:type="spellStart"/>
      <w:r>
        <w:t>školy</w:t>
      </w:r>
      <w:proofErr w:type="spellEnd"/>
      <w:r>
        <w:t xml:space="preserve">, </w:t>
      </w:r>
      <w:proofErr w:type="spellStart"/>
      <w:r>
        <w:t>dětem</w:t>
      </w:r>
      <w:proofErr w:type="spellEnd"/>
      <w:r>
        <w:t xml:space="preserve"> a </w:t>
      </w:r>
      <w:proofErr w:type="spellStart"/>
      <w:r>
        <w:t>dalším</w:t>
      </w:r>
      <w:proofErr w:type="spellEnd"/>
      <w:r>
        <w:t xml:space="preserve"> </w:t>
      </w:r>
      <w:proofErr w:type="spellStart"/>
      <w:r>
        <w:t>zákonným</w:t>
      </w:r>
      <w:proofErr w:type="spellEnd"/>
      <w:r>
        <w:t xml:space="preserve"> </w:t>
      </w:r>
      <w:proofErr w:type="spellStart"/>
      <w:r>
        <w:t>zástupcům</w:t>
      </w:r>
      <w:proofErr w:type="spellEnd"/>
      <w:r>
        <w:t xml:space="preserve"> </w:t>
      </w:r>
      <w:proofErr w:type="spellStart"/>
      <w:r>
        <w:t>zdvořile</w:t>
      </w:r>
      <w:proofErr w:type="spellEnd"/>
      <w:r>
        <w:t xml:space="preserve"> a s </w:t>
      </w:r>
      <w:proofErr w:type="spellStart"/>
      <w:r>
        <w:t>respektem</w:t>
      </w:r>
      <w:proofErr w:type="spellEnd"/>
      <w:r>
        <w:t>.</w:t>
      </w:r>
    </w:p>
    <w:p w14:paraId="66E31AC2" w14:textId="77777777" w:rsidR="00CB3864" w:rsidRDefault="0074127D">
      <w:pPr>
        <w:pStyle w:val="Nadpis2"/>
      </w:pPr>
      <w:proofErr w:type="spellStart"/>
      <w:r>
        <w:rPr>
          <w:rFonts w:ascii="Arial" w:hAnsi="Arial"/>
          <w:b w:val="0"/>
        </w:rPr>
        <w:t>Třídní</w:t>
      </w:r>
      <w:proofErr w:type="spellEnd"/>
      <w:r>
        <w:rPr>
          <w:rFonts w:ascii="Arial" w:hAnsi="Arial"/>
          <w:b w:val="0"/>
        </w:rPr>
        <w:t xml:space="preserve"> </w:t>
      </w:r>
      <w:proofErr w:type="spellStart"/>
      <w:r>
        <w:rPr>
          <w:rFonts w:ascii="Arial" w:hAnsi="Arial"/>
          <w:b w:val="0"/>
        </w:rPr>
        <w:t>schůzky</w:t>
      </w:r>
      <w:proofErr w:type="spellEnd"/>
      <w:r>
        <w:rPr>
          <w:rFonts w:ascii="Arial" w:hAnsi="Arial"/>
          <w:b w:val="0"/>
        </w:rPr>
        <w:t xml:space="preserve"> a </w:t>
      </w:r>
      <w:proofErr w:type="spellStart"/>
      <w:r>
        <w:rPr>
          <w:rFonts w:ascii="Arial" w:hAnsi="Arial"/>
          <w:b w:val="0"/>
        </w:rPr>
        <w:t>konzultace</w:t>
      </w:r>
      <w:proofErr w:type="spellEnd"/>
    </w:p>
    <w:p w14:paraId="318665A9" w14:textId="77777777" w:rsidR="00CB3864" w:rsidRDefault="0074127D" w:rsidP="00351F0A">
      <w:pPr>
        <w:jc w:val="both"/>
      </w:pPr>
      <w:proofErr w:type="spellStart"/>
      <w:r>
        <w:t>Mateřská</w:t>
      </w:r>
      <w:proofErr w:type="spellEnd"/>
      <w:r>
        <w:t xml:space="preserve"> </w:t>
      </w:r>
      <w:proofErr w:type="spellStart"/>
      <w:r>
        <w:t>škola</w:t>
      </w:r>
      <w:proofErr w:type="spellEnd"/>
      <w:r>
        <w:t xml:space="preserve"> </w:t>
      </w:r>
      <w:proofErr w:type="spellStart"/>
      <w:r>
        <w:t>organizuje</w:t>
      </w:r>
      <w:proofErr w:type="spellEnd"/>
      <w:r>
        <w:t xml:space="preserve"> </w:t>
      </w:r>
      <w:proofErr w:type="spellStart"/>
      <w:r>
        <w:t>třídní</w:t>
      </w:r>
      <w:proofErr w:type="spellEnd"/>
      <w:r>
        <w:t xml:space="preserve"> </w:t>
      </w:r>
      <w:proofErr w:type="spellStart"/>
      <w:r>
        <w:t>schůzky</w:t>
      </w:r>
      <w:proofErr w:type="spellEnd"/>
      <w:r>
        <w:t xml:space="preserve"> a </w:t>
      </w:r>
      <w:proofErr w:type="spellStart"/>
      <w:r>
        <w:t>konzultace</w:t>
      </w:r>
      <w:proofErr w:type="spellEnd"/>
      <w:r>
        <w:t xml:space="preserve"> </w:t>
      </w:r>
      <w:proofErr w:type="spellStart"/>
      <w:r>
        <w:t>jako</w:t>
      </w:r>
      <w:proofErr w:type="spellEnd"/>
      <w:r>
        <w:t xml:space="preserve"> </w:t>
      </w:r>
      <w:proofErr w:type="spellStart"/>
      <w:r>
        <w:t>prostředek</w:t>
      </w:r>
      <w:proofErr w:type="spellEnd"/>
      <w:r>
        <w:t xml:space="preserve"> </w:t>
      </w:r>
      <w:proofErr w:type="spellStart"/>
      <w:r>
        <w:t>spolupráce</w:t>
      </w:r>
      <w:proofErr w:type="spellEnd"/>
      <w:r>
        <w:t xml:space="preserve"> </w:t>
      </w:r>
      <w:proofErr w:type="spellStart"/>
      <w:r>
        <w:t>školy</w:t>
      </w:r>
      <w:proofErr w:type="spellEnd"/>
      <w:r>
        <w:t xml:space="preserve"> a </w:t>
      </w:r>
      <w:proofErr w:type="spellStart"/>
      <w:r>
        <w:t>rodiny</w:t>
      </w:r>
      <w:proofErr w:type="spellEnd"/>
      <w:r>
        <w:t xml:space="preserve">. </w:t>
      </w:r>
      <w:proofErr w:type="spellStart"/>
      <w:r>
        <w:t>Účast</w:t>
      </w:r>
      <w:proofErr w:type="spellEnd"/>
      <w:r>
        <w:t xml:space="preserve"> </w:t>
      </w:r>
      <w:proofErr w:type="spellStart"/>
      <w:r>
        <w:t>zákonných</w:t>
      </w:r>
      <w:proofErr w:type="spellEnd"/>
      <w:r>
        <w:t xml:space="preserve"> </w:t>
      </w:r>
      <w:proofErr w:type="spellStart"/>
      <w:r>
        <w:t>zástupců</w:t>
      </w:r>
      <w:proofErr w:type="spellEnd"/>
      <w:r>
        <w:t xml:space="preserve"> je </w:t>
      </w:r>
      <w:proofErr w:type="spellStart"/>
      <w:r>
        <w:t>doporučená</w:t>
      </w:r>
      <w:proofErr w:type="spellEnd"/>
      <w:r>
        <w:t xml:space="preserve">, </w:t>
      </w:r>
      <w:proofErr w:type="spellStart"/>
      <w:r>
        <w:t>nikoli</w:t>
      </w:r>
      <w:proofErr w:type="spellEnd"/>
      <w:r>
        <w:t xml:space="preserve"> </w:t>
      </w:r>
      <w:proofErr w:type="spellStart"/>
      <w:r>
        <w:t>obecně</w:t>
      </w:r>
      <w:proofErr w:type="spellEnd"/>
      <w:r>
        <w:t xml:space="preserve"> </w:t>
      </w:r>
      <w:proofErr w:type="spellStart"/>
      <w:r>
        <w:t>sankčně</w:t>
      </w:r>
      <w:proofErr w:type="spellEnd"/>
      <w:r>
        <w:t xml:space="preserve"> </w:t>
      </w:r>
      <w:proofErr w:type="spellStart"/>
      <w:r>
        <w:t>vymahatelná</w:t>
      </w:r>
      <w:proofErr w:type="spellEnd"/>
      <w:r>
        <w:t xml:space="preserve">. </w:t>
      </w:r>
      <w:proofErr w:type="spellStart"/>
      <w:r>
        <w:t>Pokud</w:t>
      </w:r>
      <w:proofErr w:type="spellEnd"/>
      <w:r>
        <w:t xml:space="preserve"> je </w:t>
      </w:r>
      <w:proofErr w:type="spellStart"/>
      <w:r>
        <w:t>zákonný</w:t>
      </w:r>
      <w:proofErr w:type="spellEnd"/>
      <w:r>
        <w:t xml:space="preserve"> </w:t>
      </w:r>
      <w:proofErr w:type="spellStart"/>
      <w:r>
        <w:t>zástupce</w:t>
      </w:r>
      <w:proofErr w:type="spellEnd"/>
      <w:r>
        <w:t xml:space="preserve"> </w:t>
      </w:r>
      <w:proofErr w:type="spellStart"/>
      <w:r>
        <w:t>školou</w:t>
      </w:r>
      <w:proofErr w:type="spellEnd"/>
      <w:r>
        <w:t xml:space="preserve"> </w:t>
      </w:r>
      <w:proofErr w:type="spellStart"/>
      <w:r>
        <w:t>vyzván</w:t>
      </w:r>
      <w:proofErr w:type="spellEnd"/>
      <w:r>
        <w:t xml:space="preserve"> k </w:t>
      </w:r>
      <w:proofErr w:type="spellStart"/>
      <w:r>
        <w:t>osobnímu</w:t>
      </w:r>
      <w:proofErr w:type="spellEnd"/>
      <w:r>
        <w:t xml:space="preserve"> </w:t>
      </w:r>
      <w:proofErr w:type="spellStart"/>
      <w:r>
        <w:t>projednání</w:t>
      </w:r>
      <w:proofErr w:type="spellEnd"/>
      <w:r>
        <w:t xml:space="preserve"> </w:t>
      </w:r>
      <w:proofErr w:type="spellStart"/>
      <w:r>
        <w:t>závažné</w:t>
      </w:r>
      <w:proofErr w:type="spellEnd"/>
      <w:r>
        <w:t xml:space="preserve"> </w:t>
      </w:r>
      <w:proofErr w:type="spellStart"/>
      <w:r>
        <w:t>otázky</w:t>
      </w:r>
      <w:proofErr w:type="spellEnd"/>
      <w:r>
        <w:t xml:space="preserve"> </w:t>
      </w:r>
      <w:proofErr w:type="spellStart"/>
      <w:r>
        <w:t>týkající</w:t>
      </w:r>
      <w:proofErr w:type="spellEnd"/>
      <w:r>
        <w:t xml:space="preserve"> se </w:t>
      </w:r>
      <w:proofErr w:type="spellStart"/>
      <w:r>
        <w:t>vzdělávání</w:t>
      </w:r>
      <w:proofErr w:type="spellEnd"/>
      <w:r>
        <w:t xml:space="preserve">, </w:t>
      </w:r>
      <w:proofErr w:type="spellStart"/>
      <w:r>
        <w:t>bezpečnosti</w:t>
      </w:r>
      <w:proofErr w:type="spellEnd"/>
      <w:r>
        <w:t xml:space="preserve"> </w:t>
      </w:r>
      <w:proofErr w:type="spellStart"/>
      <w:r>
        <w:t>nebo</w:t>
      </w:r>
      <w:proofErr w:type="spellEnd"/>
      <w:r>
        <w:t xml:space="preserve"> </w:t>
      </w:r>
      <w:proofErr w:type="spellStart"/>
      <w:r>
        <w:t>ochrany</w:t>
      </w:r>
      <w:proofErr w:type="spellEnd"/>
      <w:r>
        <w:t xml:space="preserve"> </w:t>
      </w:r>
      <w:proofErr w:type="spellStart"/>
      <w:r>
        <w:t>dítěte</w:t>
      </w:r>
      <w:proofErr w:type="spellEnd"/>
      <w:r>
        <w:t xml:space="preserve">, je </w:t>
      </w:r>
      <w:proofErr w:type="spellStart"/>
      <w:r>
        <w:t>povinen</w:t>
      </w:r>
      <w:proofErr w:type="spellEnd"/>
      <w:r>
        <w:t xml:space="preserve"> se </w:t>
      </w:r>
      <w:proofErr w:type="spellStart"/>
      <w:r>
        <w:t>projednání</w:t>
      </w:r>
      <w:proofErr w:type="spellEnd"/>
      <w:r>
        <w:t xml:space="preserve"> </w:t>
      </w:r>
      <w:proofErr w:type="spellStart"/>
      <w:r>
        <w:t>zúčastnit</w:t>
      </w:r>
      <w:proofErr w:type="spellEnd"/>
      <w:r>
        <w:t xml:space="preserve"> </w:t>
      </w:r>
      <w:proofErr w:type="spellStart"/>
      <w:r>
        <w:t>nebo</w:t>
      </w:r>
      <w:proofErr w:type="spellEnd"/>
      <w:r>
        <w:t xml:space="preserve"> se </w:t>
      </w:r>
      <w:proofErr w:type="spellStart"/>
      <w:r>
        <w:t>se</w:t>
      </w:r>
      <w:proofErr w:type="spellEnd"/>
      <w:r>
        <w:t xml:space="preserve"> </w:t>
      </w:r>
      <w:proofErr w:type="spellStart"/>
      <w:r>
        <w:t>školou</w:t>
      </w:r>
      <w:proofErr w:type="spellEnd"/>
      <w:r>
        <w:t xml:space="preserve"> </w:t>
      </w:r>
      <w:proofErr w:type="spellStart"/>
      <w:r>
        <w:t>bezodkladně</w:t>
      </w:r>
      <w:proofErr w:type="spellEnd"/>
      <w:r>
        <w:t xml:space="preserve"> </w:t>
      </w:r>
      <w:proofErr w:type="spellStart"/>
      <w:r>
        <w:t>dohodnout</w:t>
      </w:r>
      <w:proofErr w:type="spellEnd"/>
      <w:r>
        <w:t xml:space="preserve"> </w:t>
      </w:r>
      <w:proofErr w:type="spellStart"/>
      <w:r>
        <w:t>na</w:t>
      </w:r>
      <w:proofErr w:type="spellEnd"/>
      <w:r>
        <w:t xml:space="preserve"> </w:t>
      </w:r>
      <w:proofErr w:type="spellStart"/>
      <w:r>
        <w:t>náhradním</w:t>
      </w:r>
      <w:proofErr w:type="spellEnd"/>
      <w:r>
        <w:t xml:space="preserve"> </w:t>
      </w:r>
      <w:proofErr w:type="spellStart"/>
      <w:r>
        <w:t>termínu</w:t>
      </w:r>
      <w:proofErr w:type="spellEnd"/>
      <w:r>
        <w:t>.</w:t>
      </w:r>
    </w:p>
    <w:p w14:paraId="57AA2E33" w14:textId="09FFD855" w:rsidR="002A30A8" w:rsidRDefault="007151CF" w:rsidP="002A30A8">
      <w:pPr>
        <w:pStyle w:val="Nadpis2"/>
        <w:rPr>
          <w:rFonts w:ascii="Arial" w:hAnsi="Arial"/>
          <w:b w:val="0"/>
        </w:rPr>
      </w:pPr>
      <w:proofErr w:type="spellStart"/>
      <w:r>
        <w:rPr>
          <w:rFonts w:ascii="Arial" w:hAnsi="Arial"/>
          <w:b w:val="0"/>
        </w:rPr>
        <w:t>Elektronická</w:t>
      </w:r>
      <w:proofErr w:type="spellEnd"/>
      <w:r>
        <w:rPr>
          <w:rFonts w:ascii="Arial" w:hAnsi="Arial"/>
          <w:b w:val="0"/>
        </w:rPr>
        <w:t xml:space="preserve"> </w:t>
      </w:r>
      <w:proofErr w:type="spellStart"/>
      <w:r>
        <w:rPr>
          <w:rFonts w:ascii="Arial" w:hAnsi="Arial"/>
          <w:b w:val="0"/>
        </w:rPr>
        <w:t>komunikace</w:t>
      </w:r>
      <w:proofErr w:type="spellEnd"/>
    </w:p>
    <w:p w14:paraId="20EF8C8A" w14:textId="77777777" w:rsidR="007151CF" w:rsidRPr="007151CF" w:rsidRDefault="007151CF" w:rsidP="007151CF">
      <w:pPr>
        <w:jc w:val="both"/>
        <w:rPr>
          <w:lang w:val="cs-CZ"/>
        </w:rPr>
      </w:pPr>
      <w:r w:rsidRPr="007151CF">
        <w:rPr>
          <w:lang w:val="cs-CZ"/>
        </w:rPr>
        <w:t>Škola může pro komunikaci se zákonnými zástupci využívat elektronické komunikační systémy, elektronickou poštu, webové stránky školy a další komunikační nástroje určené školou. Zákonný zástupce odpovídá za aktuálnost poskytnutých kontaktních údajů a za pravidelné sledování důležitých sdělení školy.</w:t>
      </w:r>
    </w:p>
    <w:p w14:paraId="0BF6CE6D" w14:textId="77777777" w:rsidR="00CB3864" w:rsidRDefault="0074127D">
      <w:pPr>
        <w:pStyle w:val="Nadpis1"/>
      </w:pPr>
      <w:r>
        <w:rPr>
          <w:rFonts w:ascii="Arial" w:hAnsi="Arial"/>
          <w:b w:val="0"/>
        </w:rPr>
        <w:t xml:space="preserve">5. </w:t>
      </w:r>
      <w:proofErr w:type="spellStart"/>
      <w:r>
        <w:rPr>
          <w:rFonts w:ascii="Arial" w:hAnsi="Arial"/>
          <w:b w:val="0"/>
        </w:rPr>
        <w:t>Práva</w:t>
      </w:r>
      <w:proofErr w:type="spellEnd"/>
      <w:r>
        <w:rPr>
          <w:rFonts w:ascii="Arial" w:hAnsi="Arial"/>
          <w:b w:val="0"/>
        </w:rPr>
        <w:t xml:space="preserve"> a </w:t>
      </w:r>
      <w:proofErr w:type="spellStart"/>
      <w:r>
        <w:rPr>
          <w:rFonts w:ascii="Arial" w:hAnsi="Arial"/>
          <w:b w:val="0"/>
        </w:rPr>
        <w:t>povinnosti</w:t>
      </w:r>
      <w:proofErr w:type="spellEnd"/>
      <w:r>
        <w:rPr>
          <w:rFonts w:ascii="Arial" w:hAnsi="Arial"/>
          <w:b w:val="0"/>
        </w:rPr>
        <w:t xml:space="preserve"> </w:t>
      </w:r>
      <w:proofErr w:type="spellStart"/>
      <w:r>
        <w:rPr>
          <w:rFonts w:ascii="Arial" w:hAnsi="Arial"/>
          <w:b w:val="0"/>
        </w:rPr>
        <w:t>pedagogických</w:t>
      </w:r>
      <w:proofErr w:type="spellEnd"/>
      <w:r>
        <w:rPr>
          <w:rFonts w:ascii="Arial" w:hAnsi="Arial"/>
          <w:b w:val="0"/>
        </w:rPr>
        <w:t xml:space="preserve"> </w:t>
      </w:r>
      <w:proofErr w:type="spellStart"/>
      <w:r>
        <w:rPr>
          <w:rFonts w:ascii="Arial" w:hAnsi="Arial"/>
          <w:b w:val="0"/>
        </w:rPr>
        <w:t>pracovníků</w:t>
      </w:r>
      <w:proofErr w:type="spellEnd"/>
      <w:r>
        <w:rPr>
          <w:rFonts w:ascii="Arial" w:hAnsi="Arial"/>
          <w:b w:val="0"/>
        </w:rPr>
        <w:t xml:space="preserve"> a </w:t>
      </w:r>
      <w:proofErr w:type="spellStart"/>
      <w:r>
        <w:rPr>
          <w:rFonts w:ascii="Arial" w:hAnsi="Arial"/>
          <w:b w:val="0"/>
        </w:rPr>
        <w:t>pravidla</w:t>
      </w:r>
      <w:proofErr w:type="spellEnd"/>
      <w:r>
        <w:rPr>
          <w:rFonts w:ascii="Arial" w:hAnsi="Arial"/>
          <w:b w:val="0"/>
        </w:rPr>
        <w:t xml:space="preserve"> </w:t>
      </w:r>
      <w:proofErr w:type="spellStart"/>
      <w:r>
        <w:rPr>
          <w:rFonts w:ascii="Arial" w:hAnsi="Arial"/>
          <w:b w:val="0"/>
        </w:rPr>
        <w:t>vzájemných</w:t>
      </w:r>
      <w:proofErr w:type="spellEnd"/>
      <w:r>
        <w:rPr>
          <w:rFonts w:ascii="Arial" w:hAnsi="Arial"/>
          <w:b w:val="0"/>
        </w:rPr>
        <w:t xml:space="preserve"> </w:t>
      </w:r>
      <w:proofErr w:type="spellStart"/>
      <w:r>
        <w:rPr>
          <w:rFonts w:ascii="Arial" w:hAnsi="Arial"/>
          <w:b w:val="0"/>
        </w:rPr>
        <w:t>vztahů</w:t>
      </w:r>
      <w:proofErr w:type="spellEnd"/>
    </w:p>
    <w:p w14:paraId="1659F0C2" w14:textId="77777777" w:rsidR="00CB3864" w:rsidRDefault="0074127D" w:rsidP="00351F0A">
      <w:pPr>
        <w:jc w:val="both"/>
      </w:pPr>
      <w:proofErr w:type="spellStart"/>
      <w:r>
        <w:t>Pedagogičtí</w:t>
      </w:r>
      <w:proofErr w:type="spellEnd"/>
      <w:r>
        <w:t xml:space="preserve"> </w:t>
      </w:r>
      <w:proofErr w:type="spellStart"/>
      <w:r>
        <w:t>pracovníci</w:t>
      </w:r>
      <w:proofErr w:type="spellEnd"/>
      <w:r>
        <w:t xml:space="preserve"> </w:t>
      </w:r>
      <w:proofErr w:type="spellStart"/>
      <w:r>
        <w:t>mají</w:t>
      </w:r>
      <w:proofErr w:type="spellEnd"/>
      <w:r>
        <w:t xml:space="preserve"> </w:t>
      </w:r>
      <w:proofErr w:type="spellStart"/>
      <w:r>
        <w:t>právo</w:t>
      </w:r>
      <w:proofErr w:type="spellEnd"/>
      <w:r>
        <w:t xml:space="preserve"> </w:t>
      </w:r>
      <w:proofErr w:type="spellStart"/>
      <w:r>
        <w:t>na</w:t>
      </w:r>
      <w:proofErr w:type="spellEnd"/>
      <w:r>
        <w:t xml:space="preserve"> </w:t>
      </w:r>
      <w:proofErr w:type="spellStart"/>
      <w:r>
        <w:t>důstojné</w:t>
      </w:r>
      <w:proofErr w:type="spellEnd"/>
      <w:r>
        <w:t xml:space="preserve"> </w:t>
      </w:r>
      <w:proofErr w:type="spellStart"/>
      <w:r>
        <w:t>pracovní</w:t>
      </w:r>
      <w:proofErr w:type="spellEnd"/>
      <w:r>
        <w:t xml:space="preserve"> </w:t>
      </w:r>
      <w:proofErr w:type="spellStart"/>
      <w:r>
        <w:t>prostředí</w:t>
      </w:r>
      <w:proofErr w:type="spellEnd"/>
      <w:r>
        <w:t xml:space="preserve">, </w:t>
      </w:r>
      <w:proofErr w:type="spellStart"/>
      <w:r>
        <w:t>na</w:t>
      </w:r>
      <w:proofErr w:type="spellEnd"/>
      <w:r>
        <w:t xml:space="preserve"> </w:t>
      </w:r>
      <w:proofErr w:type="spellStart"/>
      <w:r>
        <w:t>podporu</w:t>
      </w:r>
      <w:proofErr w:type="spellEnd"/>
      <w:r>
        <w:t xml:space="preserve"> </w:t>
      </w:r>
      <w:proofErr w:type="spellStart"/>
      <w:r>
        <w:t>vedení</w:t>
      </w:r>
      <w:proofErr w:type="spellEnd"/>
      <w:r>
        <w:t xml:space="preserve"> </w:t>
      </w:r>
      <w:proofErr w:type="spellStart"/>
      <w:r>
        <w:t>školy</w:t>
      </w:r>
      <w:proofErr w:type="spellEnd"/>
      <w:r>
        <w:t xml:space="preserve"> </w:t>
      </w:r>
      <w:proofErr w:type="spellStart"/>
      <w:r>
        <w:t>při</w:t>
      </w:r>
      <w:proofErr w:type="spellEnd"/>
      <w:r>
        <w:t xml:space="preserve"> </w:t>
      </w:r>
      <w:proofErr w:type="spellStart"/>
      <w:r>
        <w:t>zajišťování</w:t>
      </w:r>
      <w:proofErr w:type="spellEnd"/>
      <w:r>
        <w:t xml:space="preserve"> </w:t>
      </w:r>
      <w:proofErr w:type="spellStart"/>
      <w:r>
        <w:t>bezpečnosti</w:t>
      </w:r>
      <w:proofErr w:type="spellEnd"/>
      <w:r>
        <w:t xml:space="preserve"> a </w:t>
      </w:r>
      <w:proofErr w:type="spellStart"/>
      <w:r>
        <w:t>na</w:t>
      </w:r>
      <w:proofErr w:type="spellEnd"/>
      <w:r>
        <w:t xml:space="preserve"> </w:t>
      </w:r>
      <w:proofErr w:type="spellStart"/>
      <w:r>
        <w:t>respekt</w:t>
      </w:r>
      <w:proofErr w:type="spellEnd"/>
      <w:r>
        <w:t xml:space="preserve"> ze </w:t>
      </w:r>
      <w:proofErr w:type="spellStart"/>
      <w:r>
        <w:t>strany</w:t>
      </w:r>
      <w:proofErr w:type="spellEnd"/>
      <w:r>
        <w:t xml:space="preserve"> </w:t>
      </w:r>
      <w:proofErr w:type="spellStart"/>
      <w:r>
        <w:t>zákonných</w:t>
      </w:r>
      <w:proofErr w:type="spellEnd"/>
      <w:r>
        <w:t xml:space="preserve"> </w:t>
      </w:r>
      <w:proofErr w:type="spellStart"/>
      <w:r>
        <w:t>zástupců</w:t>
      </w:r>
      <w:proofErr w:type="spellEnd"/>
      <w:r>
        <w:t xml:space="preserve">. </w:t>
      </w:r>
      <w:proofErr w:type="spellStart"/>
      <w:r>
        <w:t>Mají</w:t>
      </w:r>
      <w:proofErr w:type="spellEnd"/>
      <w:r>
        <w:t xml:space="preserve"> </w:t>
      </w:r>
      <w:proofErr w:type="spellStart"/>
      <w:r>
        <w:t>právo</w:t>
      </w:r>
      <w:proofErr w:type="spellEnd"/>
      <w:r>
        <w:t xml:space="preserve"> </w:t>
      </w:r>
      <w:proofErr w:type="spellStart"/>
      <w:r>
        <w:t>volit</w:t>
      </w:r>
      <w:proofErr w:type="spellEnd"/>
      <w:r>
        <w:t xml:space="preserve"> </w:t>
      </w:r>
      <w:proofErr w:type="spellStart"/>
      <w:r>
        <w:t>odborně</w:t>
      </w:r>
      <w:proofErr w:type="spellEnd"/>
      <w:r>
        <w:t xml:space="preserve"> </w:t>
      </w:r>
      <w:proofErr w:type="spellStart"/>
      <w:r>
        <w:t>přiměřené</w:t>
      </w:r>
      <w:proofErr w:type="spellEnd"/>
      <w:r>
        <w:t xml:space="preserve"> </w:t>
      </w:r>
      <w:proofErr w:type="spellStart"/>
      <w:r>
        <w:t>metody</w:t>
      </w:r>
      <w:proofErr w:type="spellEnd"/>
      <w:r>
        <w:t xml:space="preserve"> a </w:t>
      </w:r>
      <w:proofErr w:type="spellStart"/>
      <w:r>
        <w:t>formy</w:t>
      </w:r>
      <w:proofErr w:type="spellEnd"/>
      <w:r>
        <w:t xml:space="preserve"> </w:t>
      </w:r>
      <w:proofErr w:type="spellStart"/>
      <w:r>
        <w:t>vzdělávací</w:t>
      </w:r>
      <w:proofErr w:type="spellEnd"/>
      <w:r>
        <w:t xml:space="preserve"> </w:t>
      </w:r>
      <w:proofErr w:type="spellStart"/>
      <w:r>
        <w:t>práce</w:t>
      </w:r>
      <w:proofErr w:type="spellEnd"/>
      <w:r>
        <w:t xml:space="preserve"> v </w:t>
      </w:r>
      <w:proofErr w:type="spellStart"/>
      <w:r>
        <w:t>souladu</w:t>
      </w:r>
      <w:proofErr w:type="spellEnd"/>
      <w:r>
        <w:t xml:space="preserve"> s </w:t>
      </w:r>
      <w:proofErr w:type="spellStart"/>
      <w:r>
        <w:t>právními</w:t>
      </w:r>
      <w:proofErr w:type="spellEnd"/>
      <w:r>
        <w:t xml:space="preserve"> </w:t>
      </w:r>
      <w:proofErr w:type="spellStart"/>
      <w:r>
        <w:t>předpisy</w:t>
      </w:r>
      <w:proofErr w:type="spellEnd"/>
      <w:r>
        <w:t xml:space="preserve">, RVP PV, ŠVP PV a </w:t>
      </w:r>
      <w:proofErr w:type="spellStart"/>
      <w:r>
        <w:t>potřebami</w:t>
      </w:r>
      <w:proofErr w:type="spellEnd"/>
      <w:r>
        <w:t xml:space="preserve"> </w:t>
      </w:r>
      <w:proofErr w:type="spellStart"/>
      <w:r>
        <w:t>dětí</w:t>
      </w:r>
      <w:proofErr w:type="spellEnd"/>
      <w:r>
        <w:t>.</w:t>
      </w:r>
    </w:p>
    <w:p w14:paraId="13760F0E" w14:textId="77777777" w:rsidR="00CB3864" w:rsidRDefault="0074127D" w:rsidP="00351F0A">
      <w:pPr>
        <w:jc w:val="both"/>
      </w:pPr>
      <w:proofErr w:type="spellStart"/>
      <w:r>
        <w:t>Pedagogičtí</w:t>
      </w:r>
      <w:proofErr w:type="spellEnd"/>
      <w:r>
        <w:t xml:space="preserve"> </w:t>
      </w:r>
      <w:proofErr w:type="spellStart"/>
      <w:r>
        <w:t>pracovníci</w:t>
      </w:r>
      <w:proofErr w:type="spellEnd"/>
      <w:r>
        <w:t xml:space="preserve"> </w:t>
      </w:r>
      <w:proofErr w:type="spellStart"/>
      <w:r>
        <w:t>jsou</w:t>
      </w:r>
      <w:proofErr w:type="spellEnd"/>
      <w:r>
        <w:t xml:space="preserve"> </w:t>
      </w:r>
      <w:proofErr w:type="spellStart"/>
      <w:r>
        <w:t>povinni</w:t>
      </w:r>
      <w:proofErr w:type="spellEnd"/>
      <w:r>
        <w:t xml:space="preserve"> </w:t>
      </w:r>
      <w:proofErr w:type="spellStart"/>
      <w:r>
        <w:t>zejména</w:t>
      </w:r>
      <w:proofErr w:type="spellEnd"/>
      <w:r>
        <w:t xml:space="preserve"> </w:t>
      </w:r>
      <w:proofErr w:type="spellStart"/>
      <w:r>
        <w:t>chránit</w:t>
      </w:r>
      <w:proofErr w:type="spellEnd"/>
      <w:r>
        <w:t xml:space="preserve"> </w:t>
      </w:r>
      <w:proofErr w:type="spellStart"/>
      <w:r>
        <w:t>bezpečnost</w:t>
      </w:r>
      <w:proofErr w:type="spellEnd"/>
      <w:r>
        <w:t xml:space="preserve"> a </w:t>
      </w:r>
      <w:proofErr w:type="spellStart"/>
      <w:r>
        <w:t>zdraví</w:t>
      </w:r>
      <w:proofErr w:type="spellEnd"/>
      <w:r>
        <w:t xml:space="preserve"> </w:t>
      </w:r>
      <w:proofErr w:type="spellStart"/>
      <w:r>
        <w:t>dětí</w:t>
      </w:r>
      <w:proofErr w:type="spellEnd"/>
      <w:r>
        <w:t xml:space="preserve">, </w:t>
      </w:r>
      <w:proofErr w:type="spellStart"/>
      <w:r>
        <w:t>respektovat</w:t>
      </w:r>
      <w:proofErr w:type="spellEnd"/>
      <w:r>
        <w:t xml:space="preserve"> </w:t>
      </w:r>
      <w:proofErr w:type="spellStart"/>
      <w:r>
        <w:t>důstojnost</w:t>
      </w:r>
      <w:proofErr w:type="spellEnd"/>
      <w:r>
        <w:t xml:space="preserve"> </w:t>
      </w:r>
      <w:proofErr w:type="spellStart"/>
      <w:r>
        <w:t>dítěte</w:t>
      </w:r>
      <w:proofErr w:type="spellEnd"/>
      <w:r>
        <w:t xml:space="preserve">, </w:t>
      </w:r>
      <w:proofErr w:type="spellStart"/>
      <w:r>
        <w:t>uplatňovat</w:t>
      </w:r>
      <w:proofErr w:type="spellEnd"/>
      <w:r>
        <w:t xml:space="preserve"> </w:t>
      </w:r>
      <w:proofErr w:type="spellStart"/>
      <w:r>
        <w:t>pedagogické</w:t>
      </w:r>
      <w:proofErr w:type="spellEnd"/>
      <w:r>
        <w:t xml:space="preserve"> </w:t>
      </w:r>
      <w:proofErr w:type="spellStart"/>
      <w:r>
        <w:t>metody</w:t>
      </w:r>
      <w:proofErr w:type="spellEnd"/>
      <w:r>
        <w:t xml:space="preserve"> bez </w:t>
      </w:r>
      <w:proofErr w:type="spellStart"/>
      <w:r>
        <w:t>tělesných</w:t>
      </w:r>
      <w:proofErr w:type="spellEnd"/>
      <w:r>
        <w:t xml:space="preserve"> </w:t>
      </w:r>
      <w:proofErr w:type="spellStart"/>
      <w:r>
        <w:t>trestů</w:t>
      </w:r>
      <w:proofErr w:type="spellEnd"/>
      <w:r>
        <w:t xml:space="preserve">, </w:t>
      </w:r>
      <w:proofErr w:type="spellStart"/>
      <w:r>
        <w:t>psychického</w:t>
      </w:r>
      <w:proofErr w:type="spellEnd"/>
      <w:r>
        <w:t xml:space="preserve"> </w:t>
      </w:r>
      <w:proofErr w:type="spellStart"/>
      <w:r>
        <w:t>nátlaku</w:t>
      </w:r>
      <w:proofErr w:type="spellEnd"/>
      <w:r>
        <w:t xml:space="preserve"> a </w:t>
      </w:r>
      <w:proofErr w:type="spellStart"/>
      <w:r>
        <w:t>ponižování</w:t>
      </w:r>
      <w:proofErr w:type="spellEnd"/>
      <w:r>
        <w:t xml:space="preserve">, </w:t>
      </w:r>
      <w:proofErr w:type="spellStart"/>
      <w:r>
        <w:t>poskytovat</w:t>
      </w:r>
      <w:proofErr w:type="spellEnd"/>
      <w:r>
        <w:t xml:space="preserve"> </w:t>
      </w:r>
      <w:proofErr w:type="spellStart"/>
      <w:r>
        <w:t>zákonným</w:t>
      </w:r>
      <w:proofErr w:type="spellEnd"/>
      <w:r>
        <w:t xml:space="preserve"> </w:t>
      </w:r>
      <w:proofErr w:type="spellStart"/>
      <w:r>
        <w:t>zástupcům</w:t>
      </w:r>
      <w:proofErr w:type="spellEnd"/>
      <w:r>
        <w:t xml:space="preserve"> </w:t>
      </w:r>
      <w:proofErr w:type="spellStart"/>
      <w:r>
        <w:t>přiměřené</w:t>
      </w:r>
      <w:proofErr w:type="spellEnd"/>
      <w:r>
        <w:t xml:space="preserve"> </w:t>
      </w:r>
      <w:proofErr w:type="spellStart"/>
      <w:r>
        <w:t>informace</w:t>
      </w:r>
      <w:proofErr w:type="spellEnd"/>
      <w:r>
        <w:t xml:space="preserve"> o </w:t>
      </w:r>
      <w:proofErr w:type="spellStart"/>
      <w:r>
        <w:t>průběhu</w:t>
      </w:r>
      <w:proofErr w:type="spellEnd"/>
      <w:r>
        <w:t xml:space="preserve"> a </w:t>
      </w:r>
      <w:proofErr w:type="spellStart"/>
      <w:r>
        <w:t>výsledcích</w:t>
      </w:r>
      <w:proofErr w:type="spellEnd"/>
      <w:r>
        <w:t xml:space="preserve"> </w:t>
      </w:r>
      <w:proofErr w:type="spellStart"/>
      <w:r>
        <w:t>vzdělávání</w:t>
      </w:r>
      <w:proofErr w:type="spellEnd"/>
      <w:r>
        <w:t xml:space="preserve"> </w:t>
      </w:r>
      <w:proofErr w:type="spellStart"/>
      <w:r>
        <w:t>dítěte</w:t>
      </w:r>
      <w:proofErr w:type="spellEnd"/>
      <w:r>
        <w:t xml:space="preserve">, </w:t>
      </w:r>
      <w:proofErr w:type="spellStart"/>
      <w:r>
        <w:t>zachovávat</w:t>
      </w:r>
      <w:proofErr w:type="spellEnd"/>
      <w:r>
        <w:t xml:space="preserve"> </w:t>
      </w:r>
      <w:proofErr w:type="spellStart"/>
      <w:r>
        <w:t>mlčenlivost</w:t>
      </w:r>
      <w:proofErr w:type="spellEnd"/>
      <w:r>
        <w:t xml:space="preserve"> o </w:t>
      </w:r>
      <w:proofErr w:type="spellStart"/>
      <w:r>
        <w:t>důvěrných</w:t>
      </w:r>
      <w:proofErr w:type="spellEnd"/>
      <w:r>
        <w:t xml:space="preserve"> </w:t>
      </w:r>
      <w:proofErr w:type="spellStart"/>
      <w:r>
        <w:t>skutečnostech</w:t>
      </w:r>
      <w:proofErr w:type="spellEnd"/>
      <w:r>
        <w:t xml:space="preserve"> a </w:t>
      </w:r>
      <w:proofErr w:type="spellStart"/>
      <w:r>
        <w:t>spolupracovat</w:t>
      </w:r>
      <w:proofErr w:type="spellEnd"/>
      <w:r>
        <w:t xml:space="preserve"> s </w:t>
      </w:r>
      <w:proofErr w:type="spellStart"/>
      <w:r>
        <w:t>rodinou</w:t>
      </w:r>
      <w:proofErr w:type="spellEnd"/>
      <w:r>
        <w:t xml:space="preserve"> </w:t>
      </w:r>
      <w:proofErr w:type="spellStart"/>
      <w:r>
        <w:t>ve</w:t>
      </w:r>
      <w:proofErr w:type="spellEnd"/>
      <w:r>
        <w:t xml:space="preserve"> </w:t>
      </w:r>
      <w:proofErr w:type="spellStart"/>
      <w:r>
        <w:t>prospěch</w:t>
      </w:r>
      <w:proofErr w:type="spellEnd"/>
      <w:r>
        <w:t xml:space="preserve"> </w:t>
      </w:r>
      <w:proofErr w:type="spellStart"/>
      <w:r>
        <w:t>dítěte</w:t>
      </w:r>
      <w:proofErr w:type="spellEnd"/>
      <w:r>
        <w:t>.</w:t>
      </w:r>
    </w:p>
    <w:p w14:paraId="332C57FD" w14:textId="77777777" w:rsidR="00CB3864" w:rsidRDefault="0074127D" w:rsidP="00351F0A">
      <w:pPr>
        <w:jc w:val="both"/>
      </w:pPr>
      <w:r>
        <w:t xml:space="preserve">Ve </w:t>
      </w:r>
      <w:proofErr w:type="spellStart"/>
      <w:r>
        <w:t>vzájemných</w:t>
      </w:r>
      <w:proofErr w:type="spellEnd"/>
      <w:r>
        <w:t xml:space="preserve"> </w:t>
      </w:r>
      <w:proofErr w:type="spellStart"/>
      <w:r>
        <w:t>vztazích</w:t>
      </w:r>
      <w:proofErr w:type="spellEnd"/>
      <w:r>
        <w:t xml:space="preserve"> </w:t>
      </w:r>
      <w:proofErr w:type="spellStart"/>
      <w:r>
        <w:t>mezi</w:t>
      </w:r>
      <w:proofErr w:type="spellEnd"/>
      <w:r>
        <w:t xml:space="preserve"> </w:t>
      </w:r>
      <w:proofErr w:type="spellStart"/>
      <w:r>
        <w:t>zaměstnanci</w:t>
      </w:r>
      <w:proofErr w:type="spellEnd"/>
      <w:r>
        <w:t xml:space="preserve"> </w:t>
      </w:r>
      <w:proofErr w:type="spellStart"/>
      <w:r>
        <w:t>školy</w:t>
      </w:r>
      <w:proofErr w:type="spellEnd"/>
      <w:r>
        <w:t xml:space="preserve"> a </w:t>
      </w:r>
      <w:proofErr w:type="spellStart"/>
      <w:r>
        <w:t>zákonnými</w:t>
      </w:r>
      <w:proofErr w:type="spellEnd"/>
      <w:r>
        <w:t xml:space="preserve"> </w:t>
      </w:r>
      <w:proofErr w:type="spellStart"/>
      <w:r>
        <w:t>zástupci</w:t>
      </w:r>
      <w:proofErr w:type="spellEnd"/>
      <w:r>
        <w:t xml:space="preserve"> se </w:t>
      </w:r>
      <w:proofErr w:type="spellStart"/>
      <w:r>
        <w:t>vyžaduje</w:t>
      </w:r>
      <w:proofErr w:type="spellEnd"/>
      <w:r>
        <w:t xml:space="preserve"> </w:t>
      </w:r>
      <w:proofErr w:type="spellStart"/>
      <w:r>
        <w:t>korektní</w:t>
      </w:r>
      <w:proofErr w:type="spellEnd"/>
      <w:r>
        <w:t xml:space="preserve">, </w:t>
      </w:r>
      <w:proofErr w:type="spellStart"/>
      <w:r>
        <w:t>věcná</w:t>
      </w:r>
      <w:proofErr w:type="spellEnd"/>
      <w:r>
        <w:t xml:space="preserve"> a </w:t>
      </w:r>
      <w:proofErr w:type="spellStart"/>
      <w:r>
        <w:t>respektující</w:t>
      </w:r>
      <w:proofErr w:type="spellEnd"/>
      <w:r>
        <w:t xml:space="preserve"> </w:t>
      </w:r>
      <w:proofErr w:type="spellStart"/>
      <w:r>
        <w:t>komunikace</w:t>
      </w:r>
      <w:proofErr w:type="spellEnd"/>
      <w:r>
        <w:t xml:space="preserve">. </w:t>
      </w:r>
      <w:proofErr w:type="spellStart"/>
      <w:r>
        <w:t>Konfliktní</w:t>
      </w:r>
      <w:proofErr w:type="spellEnd"/>
      <w:r>
        <w:t xml:space="preserve"> </w:t>
      </w:r>
      <w:proofErr w:type="spellStart"/>
      <w:r>
        <w:t>situace</w:t>
      </w:r>
      <w:proofErr w:type="spellEnd"/>
      <w:r>
        <w:t xml:space="preserve"> se </w:t>
      </w:r>
      <w:proofErr w:type="spellStart"/>
      <w:r>
        <w:t>řeší</w:t>
      </w:r>
      <w:proofErr w:type="spellEnd"/>
      <w:r>
        <w:t xml:space="preserve"> </w:t>
      </w:r>
      <w:proofErr w:type="spellStart"/>
      <w:r>
        <w:t>klidně</w:t>
      </w:r>
      <w:proofErr w:type="spellEnd"/>
      <w:r>
        <w:t xml:space="preserve">, bez </w:t>
      </w:r>
      <w:proofErr w:type="spellStart"/>
      <w:r>
        <w:t>přítomnosti</w:t>
      </w:r>
      <w:proofErr w:type="spellEnd"/>
      <w:r>
        <w:t xml:space="preserve"> </w:t>
      </w:r>
      <w:proofErr w:type="spellStart"/>
      <w:r>
        <w:t>dětí</w:t>
      </w:r>
      <w:proofErr w:type="spellEnd"/>
      <w:r>
        <w:t xml:space="preserve">, </w:t>
      </w:r>
      <w:proofErr w:type="spellStart"/>
      <w:r>
        <w:t>pokud</w:t>
      </w:r>
      <w:proofErr w:type="spellEnd"/>
      <w:r>
        <w:t xml:space="preserve"> to </w:t>
      </w:r>
      <w:proofErr w:type="spellStart"/>
      <w:r>
        <w:t>situace</w:t>
      </w:r>
      <w:proofErr w:type="spellEnd"/>
      <w:r>
        <w:t xml:space="preserve"> </w:t>
      </w:r>
      <w:proofErr w:type="spellStart"/>
      <w:r>
        <w:t>umožňuje</w:t>
      </w:r>
      <w:proofErr w:type="spellEnd"/>
      <w:r>
        <w:t xml:space="preserve">. </w:t>
      </w:r>
      <w:proofErr w:type="spellStart"/>
      <w:r>
        <w:t>Nevhodné</w:t>
      </w:r>
      <w:proofErr w:type="spellEnd"/>
      <w:r>
        <w:t xml:space="preserve">, </w:t>
      </w:r>
      <w:proofErr w:type="spellStart"/>
      <w:r>
        <w:t>agresivní</w:t>
      </w:r>
      <w:proofErr w:type="spellEnd"/>
      <w:r>
        <w:t xml:space="preserve">, </w:t>
      </w:r>
      <w:proofErr w:type="spellStart"/>
      <w:r>
        <w:t>ponižující</w:t>
      </w:r>
      <w:proofErr w:type="spellEnd"/>
      <w:r>
        <w:t xml:space="preserve"> </w:t>
      </w:r>
      <w:proofErr w:type="spellStart"/>
      <w:r>
        <w:t>nebo</w:t>
      </w:r>
      <w:proofErr w:type="spellEnd"/>
      <w:r>
        <w:t xml:space="preserve"> </w:t>
      </w:r>
      <w:proofErr w:type="spellStart"/>
      <w:r>
        <w:t>ohrožující</w:t>
      </w:r>
      <w:proofErr w:type="spellEnd"/>
      <w:r>
        <w:t xml:space="preserve"> </w:t>
      </w:r>
      <w:proofErr w:type="spellStart"/>
      <w:r>
        <w:t>chování</w:t>
      </w:r>
      <w:proofErr w:type="spellEnd"/>
      <w:r>
        <w:t xml:space="preserve"> </w:t>
      </w:r>
      <w:proofErr w:type="spellStart"/>
      <w:r>
        <w:t>vůči</w:t>
      </w:r>
      <w:proofErr w:type="spellEnd"/>
      <w:r>
        <w:t xml:space="preserve"> </w:t>
      </w:r>
      <w:proofErr w:type="spellStart"/>
      <w:r>
        <w:t>dětem</w:t>
      </w:r>
      <w:proofErr w:type="spellEnd"/>
      <w:r>
        <w:t xml:space="preserve">, </w:t>
      </w:r>
      <w:proofErr w:type="spellStart"/>
      <w:r>
        <w:t>zákonným</w:t>
      </w:r>
      <w:proofErr w:type="spellEnd"/>
      <w:r>
        <w:t xml:space="preserve"> </w:t>
      </w:r>
      <w:proofErr w:type="spellStart"/>
      <w:r>
        <w:t>zástupcům</w:t>
      </w:r>
      <w:proofErr w:type="spellEnd"/>
      <w:r>
        <w:t xml:space="preserve"> </w:t>
      </w:r>
      <w:proofErr w:type="spellStart"/>
      <w:r>
        <w:t>nebo</w:t>
      </w:r>
      <w:proofErr w:type="spellEnd"/>
      <w:r>
        <w:t xml:space="preserve"> </w:t>
      </w:r>
      <w:proofErr w:type="spellStart"/>
      <w:r>
        <w:t>zaměstnancům</w:t>
      </w:r>
      <w:proofErr w:type="spellEnd"/>
      <w:r>
        <w:t xml:space="preserve"> </w:t>
      </w:r>
      <w:proofErr w:type="spellStart"/>
      <w:r>
        <w:t>školy</w:t>
      </w:r>
      <w:proofErr w:type="spellEnd"/>
      <w:r>
        <w:t xml:space="preserve"> </w:t>
      </w:r>
      <w:proofErr w:type="spellStart"/>
      <w:r>
        <w:t>není</w:t>
      </w:r>
      <w:proofErr w:type="spellEnd"/>
      <w:r>
        <w:t xml:space="preserve"> </w:t>
      </w:r>
      <w:proofErr w:type="spellStart"/>
      <w:r>
        <w:t>přípustné</w:t>
      </w:r>
      <w:proofErr w:type="spellEnd"/>
      <w:r>
        <w:t>.</w:t>
      </w:r>
    </w:p>
    <w:p w14:paraId="47385ED3" w14:textId="77777777" w:rsidR="00CB3864" w:rsidRDefault="0074127D">
      <w:pPr>
        <w:pStyle w:val="Nadpis1"/>
      </w:pPr>
      <w:r>
        <w:rPr>
          <w:rFonts w:ascii="Arial" w:hAnsi="Arial"/>
          <w:b w:val="0"/>
        </w:rPr>
        <w:t xml:space="preserve">6. </w:t>
      </w:r>
      <w:proofErr w:type="spellStart"/>
      <w:r>
        <w:rPr>
          <w:rFonts w:ascii="Arial" w:hAnsi="Arial"/>
          <w:b w:val="0"/>
        </w:rPr>
        <w:t>Pravomoci</w:t>
      </w:r>
      <w:proofErr w:type="spellEnd"/>
      <w:r>
        <w:rPr>
          <w:rFonts w:ascii="Arial" w:hAnsi="Arial"/>
          <w:b w:val="0"/>
        </w:rPr>
        <w:t xml:space="preserve"> </w:t>
      </w:r>
      <w:proofErr w:type="spellStart"/>
      <w:r>
        <w:rPr>
          <w:rFonts w:ascii="Arial" w:hAnsi="Arial"/>
          <w:b w:val="0"/>
        </w:rPr>
        <w:t>ředitele</w:t>
      </w:r>
      <w:proofErr w:type="spellEnd"/>
      <w:r>
        <w:rPr>
          <w:rFonts w:ascii="Arial" w:hAnsi="Arial"/>
          <w:b w:val="0"/>
        </w:rPr>
        <w:t xml:space="preserve"> </w:t>
      </w:r>
      <w:proofErr w:type="spellStart"/>
      <w:r>
        <w:rPr>
          <w:rFonts w:ascii="Arial" w:hAnsi="Arial"/>
          <w:b w:val="0"/>
        </w:rPr>
        <w:t>školy</w:t>
      </w:r>
      <w:proofErr w:type="spellEnd"/>
    </w:p>
    <w:p w14:paraId="589A9D4B" w14:textId="77777777" w:rsidR="00CB3864" w:rsidRDefault="0074127D">
      <w:pPr>
        <w:pStyle w:val="Nadpis2"/>
      </w:pPr>
      <w:proofErr w:type="spellStart"/>
      <w:r>
        <w:rPr>
          <w:rFonts w:ascii="Arial" w:hAnsi="Arial"/>
          <w:b w:val="0"/>
        </w:rPr>
        <w:t>Ředitel</w:t>
      </w:r>
      <w:proofErr w:type="spellEnd"/>
      <w:r>
        <w:rPr>
          <w:rFonts w:ascii="Arial" w:hAnsi="Arial"/>
          <w:b w:val="0"/>
        </w:rPr>
        <w:t xml:space="preserve"> </w:t>
      </w:r>
      <w:proofErr w:type="spellStart"/>
      <w:r>
        <w:rPr>
          <w:rFonts w:ascii="Arial" w:hAnsi="Arial"/>
          <w:b w:val="0"/>
        </w:rPr>
        <w:t>školy</w:t>
      </w:r>
      <w:proofErr w:type="spellEnd"/>
      <w:r>
        <w:rPr>
          <w:rFonts w:ascii="Arial" w:hAnsi="Arial"/>
          <w:b w:val="0"/>
        </w:rPr>
        <w:t xml:space="preserve"> </w:t>
      </w:r>
      <w:proofErr w:type="spellStart"/>
      <w:r>
        <w:rPr>
          <w:rFonts w:ascii="Arial" w:hAnsi="Arial"/>
          <w:b w:val="0"/>
        </w:rPr>
        <w:t>zejména</w:t>
      </w:r>
      <w:proofErr w:type="spellEnd"/>
      <w:r>
        <w:rPr>
          <w:rFonts w:ascii="Arial" w:hAnsi="Arial"/>
          <w:b w:val="0"/>
        </w:rPr>
        <w:t>:</w:t>
      </w:r>
    </w:p>
    <w:p w14:paraId="3E911B84" w14:textId="77777777" w:rsidR="00CB3864" w:rsidRDefault="0074127D" w:rsidP="0018746B">
      <w:pPr>
        <w:pStyle w:val="Seznamsodrkami"/>
        <w:ind w:left="340"/>
        <w:jc w:val="both"/>
      </w:pPr>
      <w:proofErr w:type="spellStart"/>
      <w:r>
        <w:t>vydává</w:t>
      </w:r>
      <w:proofErr w:type="spellEnd"/>
      <w:r>
        <w:t xml:space="preserve"> </w:t>
      </w:r>
      <w:proofErr w:type="spellStart"/>
      <w:r>
        <w:t>školní</w:t>
      </w:r>
      <w:proofErr w:type="spellEnd"/>
      <w:r>
        <w:t xml:space="preserve"> </w:t>
      </w:r>
      <w:proofErr w:type="spellStart"/>
      <w:r>
        <w:t>řád</w:t>
      </w:r>
      <w:proofErr w:type="spellEnd"/>
      <w:r>
        <w:t xml:space="preserve"> a </w:t>
      </w:r>
      <w:proofErr w:type="spellStart"/>
      <w:r>
        <w:t>odpovídá</w:t>
      </w:r>
      <w:proofErr w:type="spellEnd"/>
      <w:r>
        <w:t xml:space="preserve"> za </w:t>
      </w:r>
      <w:proofErr w:type="spellStart"/>
      <w:r>
        <w:t>jeho</w:t>
      </w:r>
      <w:proofErr w:type="spellEnd"/>
      <w:r>
        <w:t xml:space="preserve"> </w:t>
      </w:r>
      <w:proofErr w:type="spellStart"/>
      <w:r>
        <w:t>zveřejnění</w:t>
      </w:r>
      <w:proofErr w:type="spellEnd"/>
      <w:r>
        <w:t xml:space="preserve"> a </w:t>
      </w:r>
      <w:proofErr w:type="spellStart"/>
      <w:r>
        <w:t>seznámení</w:t>
      </w:r>
      <w:proofErr w:type="spellEnd"/>
      <w:r>
        <w:t xml:space="preserve"> </w:t>
      </w:r>
      <w:proofErr w:type="spellStart"/>
      <w:r>
        <w:t>zaměstnanců</w:t>
      </w:r>
      <w:proofErr w:type="spellEnd"/>
      <w:r>
        <w:t xml:space="preserve"> a </w:t>
      </w:r>
      <w:proofErr w:type="spellStart"/>
      <w:r>
        <w:t>zákonných</w:t>
      </w:r>
      <w:proofErr w:type="spellEnd"/>
      <w:r>
        <w:t xml:space="preserve"> </w:t>
      </w:r>
      <w:proofErr w:type="spellStart"/>
      <w:r>
        <w:t>zástupců</w:t>
      </w:r>
      <w:proofErr w:type="spellEnd"/>
      <w:r>
        <w:t xml:space="preserve"> s </w:t>
      </w:r>
      <w:proofErr w:type="spellStart"/>
      <w:r>
        <w:t>jeho</w:t>
      </w:r>
      <w:proofErr w:type="spellEnd"/>
      <w:r>
        <w:t xml:space="preserve"> </w:t>
      </w:r>
      <w:proofErr w:type="spellStart"/>
      <w:r>
        <w:t>obsahem</w:t>
      </w:r>
      <w:proofErr w:type="spellEnd"/>
      <w:r>
        <w:t>,</w:t>
      </w:r>
    </w:p>
    <w:p w14:paraId="5FD9658D" w14:textId="77777777" w:rsidR="00CB3864" w:rsidRDefault="0074127D" w:rsidP="0018746B">
      <w:pPr>
        <w:pStyle w:val="Seznamsodrkami"/>
        <w:ind w:left="340"/>
        <w:jc w:val="both"/>
      </w:pPr>
      <w:proofErr w:type="spellStart"/>
      <w:r>
        <w:t>rozhoduje</w:t>
      </w:r>
      <w:proofErr w:type="spellEnd"/>
      <w:r>
        <w:t xml:space="preserve"> o </w:t>
      </w:r>
      <w:proofErr w:type="spellStart"/>
      <w:r>
        <w:t>přijetí</w:t>
      </w:r>
      <w:proofErr w:type="spellEnd"/>
      <w:r>
        <w:t xml:space="preserve"> </w:t>
      </w:r>
      <w:proofErr w:type="spellStart"/>
      <w:r>
        <w:t>dítěte</w:t>
      </w:r>
      <w:proofErr w:type="spellEnd"/>
      <w:r>
        <w:t xml:space="preserve"> k </w:t>
      </w:r>
      <w:proofErr w:type="spellStart"/>
      <w:r>
        <w:t>předškolnímu</w:t>
      </w:r>
      <w:proofErr w:type="spellEnd"/>
      <w:r>
        <w:t xml:space="preserve"> </w:t>
      </w:r>
      <w:proofErr w:type="spellStart"/>
      <w:r>
        <w:t>vzdělávání</w:t>
      </w:r>
      <w:proofErr w:type="spellEnd"/>
      <w:r>
        <w:t xml:space="preserve">, </w:t>
      </w:r>
      <w:proofErr w:type="spellStart"/>
      <w:r>
        <w:t>popřípadě</w:t>
      </w:r>
      <w:proofErr w:type="spellEnd"/>
      <w:r>
        <w:t xml:space="preserve"> </w:t>
      </w:r>
      <w:proofErr w:type="spellStart"/>
      <w:r>
        <w:t>stanoví</w:t>
      </w:r>
      <w:proofErr w:type="spellEnd"/>
      <w:r>
        <w:t xml:space="preserve"> </w:t>
      </w:r>
      <w:proofErr w:type="spellStart"/>
      <w:r>
        <w:t>zkušební</w:t>
      </w:r>
      <w:proofErr w:type="spellEnd"/>
      <w:r>
        <w:t xml:space="preserve"> </w:t>
      </w:r>
      <w:proofErr w:type="spellStart"/>
      <w:r>
        <w:t>pobyt</w:t>
      </w:r>
      <w:proofErr w:type="spellEnd"/>
      <w:r>
        <w:t xml:space="preserve"> </w:t>
      </w:r>
      <w:proofErr w:type="spellStart"/>
      <w:r>
        <w:t>nejdéle</w:t>
      </w:r>
      <w:proofErr w:type="spellEnd"/>
      <w:r>
        <w:t xml:space="preserve"> </w:t>
      </w:r>
      <w:proofErr w:type="spellStart"/>
      <w:r>
        <w:t>na</w:t>
      </w:r>
      <w:proofErr w:type="spellEnd"/>
      <w:r>
        <w:t xml:space="preserve"> 3 </w:t>
      </w:r>
      <w:proofErr w:type="spellStart"/>
      <w:r>
        <w:t>měsíce</w:t>
      </w:r>
      <w:proofErr w:type="spellEnd"/>
      <w:r>
        <w:t>,</w:t>
      </w:r>
    </w:p>
    <w:p w14:paraId="3219C0D1" w14:textId="77777777" w:rsidR="00CB3864" w:rsidRDefault="0074127D" w:rsidP="0018746B">
      <w:pPr>
        <w:pStyle w:val="Seznamsodrkami"/>
        <w:ind w:left="340"/>
        <w:jc w:val="both"/>
      </w:pPr>
      <w:proofErr w:type="spellStart"/>
      <w:r>
        <w:t>rozhoduje</w:t>
      </w:r>
      <w:proofErr w:type="spellEnd"/>
      <w:r>
        <w:t xml:space="preserve"> o </w:t>
      </w:r>
      <w:proofErr w:type="spellStart"/>
      <w:r>
        <w:t>ukončení</w:t>
      </w:r>
      <w:proofErr w:type="spellEnd"/>
      <w:r>
        <w:t xml:space="preserve"> </w:t>
      </w:r>
      <w:proofErr w:type="spellStart"/>
      <w:r>
        <w:t>předškolního</w:t>
      </w:r>
      <w:proofErr w:type="spellEnd"/>
      <w:r>
        <w:t xml:space="preserve"> </w:t>
      </w:r>
      <w:proofErr w:type="spellStart"/>
      <w:r>
        <w:t>vzdělávání</w:t>
      </w:r>
      <w:proofErr w:type="spellEnd"/>
      <w:r>
        <w:t xml:space="preserve"> </w:t>
      </w:r>
      <w:proofErr w:type="spellStart"/>
      <w:r>
        <w:t>pouze</w:t>
      </w:r>
      <w:proofErr w:type="spellEnd"/>
      <w:r>
        <w:t xml:space="preserve"> z </w:t>
      </w:r>
      <w:proofErr w:type="spellStart"/>
      <w:r>
        <w:t>důvodů</w:t>
      </w:r>
      <w:proofErr w:type="spellEnd"/>
      <w:r>
        <w:t xml:space="preserve"> </w:t>
      </w:r>
      <w:proofErr w:type="spellStart"/>
      <w:r>
        <w:t>uvedených</w:t>
      </w:r>
      <w:proofErr w:type="spellEnd"/>
      <w:r>
        <w:t xml:space="preserve"> </w:t>
      </w:r>
      <w:proofErr w:type="spellStart"/>
      <w:r>
        <w:t>ve</w:t>
      </w:r>
      <w:proofErr w:type="spellEnd"/>
      <w:r>
        <w:t xml:space="preserve"> </w:t>
      </w:r>
      <w:proofErr w:type="spellStart"/>
      <w:r>
        <w:t>školském</w:t>
      </w:r>
      <w:proofErr w:type="spellEnd"/>
      <w:r>
        <w:t xml:space="preserve"> </w:t>
      </w:r>
      <w:proofErr w:type="spellStart"/>
      <w:r>
        <w:t>zákoně</w:t>
      </w:r>
      <w:proofErr w:type="spellEnd"/>
      <w:r>
        <w:t xml:space="preserve">; u </w:t>
      </w:r>
      <w:proofErr w:type="spellStart"/>
      <w:r>
        <w:t>dítěte</w:t>
      </w:r>
      <w:proofErr w:type="spellEnd"/>
      <w:r>
        <w:t xml:space="preserve">, pro </w:t>
      </w:r>
      <w:proofErr w:type="spellStart"/>
      <w:r>
        <w:t>které</w:t>
      </w:r>
      <w:proofErr w:type="spellEnd"/>
      <w:r>
        <w:t xml:space="preserve"> je </w:t>
      </w:r>
      <w:proofErr w:type="spellStart"/>
      <w:r>
        <w:t>předškolní</w:t>
      </w:r>
      <w:proofErr w:type="spellEnd"/>
      <w:r>
        <w:t xml:space="preserve"> </w:t>
      </w:r>
      <w:proofErr w:type="spellStart"/>
      <w:r>
        <w:t>vzdělávání</w:t>
      </w:r>
      <w:proofErr w:type="spellEnd"/>
      <w:r>
        <w:t xml:space="preserve"> </w:t>
      </w:r>
      <w:proofErr w:type="spellStart"/>
      <w:r>
        <w:t>povinné</w:t>
      </w:r>
      <w:proofErr w:type="spellEnd"/>
      <w:r>
        <w:t xml:space="preserve">, </w:t>
      </w:r>
      <w:proofErr w:type="spellStart"/>
      <w:r>
        <w:t>předškolní</w:t>
      </w:r>
      <w:proofErr w:type="spellEnd"/>
      <w:r>
        <w:t xml:space="preserve"> </w:t>
      </w:r>
      <w:proofErr w:type="spellStart"/>
      <w:r>
        <w:t>vzdělávání</w:t>
      </w:r>
      <w:proofErr w:type="spellEnd"/>
      <w:r>
        <w:t xml:space="preserve"> </w:t>
      </w:r>
      <w:proofErr w:type="spellStart"/>
      <w:r>
        <w:t>ukončit</w:t>
      </w:r>
      <w:proofErr w:type="spellEnd"/>
      <w:r>
        <w:t xml:space="preserve"> </w:t>
      </w:r>
      <w:proofErr w:type="spellStart"/>
      <w:r>
        <w:t>nelze</w:t>
      </w:r>
      <w:proofErr w:type="spellEnd"/>
      <w:r>
        <w:t>,</w:t>
      </w:r>
    </w:p>
    <w:p w14:paraId="4561DC52" w14:textId="77777777" w:rsidR="00CB3864" w:rsidRDefault="00C8631C" w:rsidP="0018746B">
      <w:pPr>
        <w:pStyle w:val="Seznamsodrkami"/>
        <w:jc w:val="both"/>
      </w:pPr>
      <w:proofErr w:type="spellStart"/>
      <w:r w:rsidRPr="00C8631C">
        <w:t>zajišťuje</w:t>
      </w:r>
      <w:proofErr w:type="spellEnd"/>
      <w:r w:rsidRPr="00C8631C">
        <w:t xml:space="preserve"> </w:t>
      </w:r>
      <w:proofErr w:type="spellStart"/>
      <w:r w:rsidRPr="00C8631C">
        <w:t>zveřejnění</w:t>
      </w:r>
      <w:proofErr w:type="spellEnd"/>
      <w:r w:rsidRPr="00C8631C">
        <w:t xml:space="preserve"> </w:t>
      </w:r>
      <w:proofErr w:type="spellStart"/>
      <w:r w:rsidRPr="00C8631C">
        <w:t>výše</w:t>
      </w:r>
      <w:proofErr w:type="spellEnd"/>
      <w:r w:rsidRPr="00C8631C">
        <w:t xml:space="preserve"> </w:t>
      </w:r>
      <w:proofErr w:type="spellStart"/>
      <w:r w:rsidRPr="00C8631C">
        <w:t>úplaty</w:t>
      </w:r>
      <w:proofErr w:type="spellEnd"/>
      <w:r w:rsidRPr="00C8631C">
        <w:t xml:space="preserve"> za </w:t>
      </w:r>
      <w:proofErr w:type="spellStart"/>
      <w:r w:rsidRPr="00C8631C">
        <w:t>předškolní</w:t>
      </w:r>
      <w:proofErr w:type="spellEnd"/>
      <w:r w:rsidRPr="00C8631C">
        <w:t xml:space="preserve"> </w:t>
      </w:r>
      <w:proofErr w:type="spellStart"/>
      <w:r w:rsidRPr="00C8631C">
        <w:t>vzdělávání</w:t>
      </w:r>
      <w:proofErr w:type="spellEnd"/>
      <w:r w:rsidRPr="00C8631C">
        <w:t xml:space="preserve"> </w:t>
      </w:r>
      <w:proofErr w:type="spellStart"/>
      <w:r w:rsidRPr="00C8631C">
        <w:t>stanovené</w:t>
      </w:r>
      <w:proofErr w:type="spellEnd"/>
      <w:r w:rsidRPr="00C8631C">
        <w:t xml:space="preserve"> </w:t>
      </w:r>
      <w:proofErr w:type="spellStart"/>
      <w:r w:rsidRPr="00C8631C">
        <w:t>zřizovatelem</w:t>
      </w:r>
      <w:proofErr w:type="spellEnd"/>
      <w:r w:rsidRPr="00C8631C">
        <w:t xml:space="preserve">, </w:t>
      </w:r>
      <w:proofErr w:type="spellStart"/>
      <w:r w:rsidRPr="00C8631C">
        <w:t>popřípadě</w:t>
      </w:r>
      <w:proofErr w:type="spellEnd"/>
      <w:r w:rsidRPr="00C8631C">
        <w:t xml:space="preserve"> </w:t>
      </w:r>
      <w:proofErr w:type="spellStart"/>
      <w:r w:rsidRPr="00C8631C">
        <w:t>postupuje</w:t>
      </w:r>
      <w:proofErr w:type="spellEnd"/>
      <w:r w:rsidRPr="00C8631C">
        <w:t xml:space="preserve"> </w:t>
      </w:r>
      <w:proofErr w:type="spellStart"/>
      <w:r w:rsidRPr="00C8631C">
        <w:t>podle</w:t>
      </w:r>
      <w:proofErr w:type="spellEnd"/>
      <w:r w:rsidRPr="00C8631C">
        <w:t xml:space="preserve"> </w:t>
      </w:r>
      <w:proofErr w:type="spellStart"/>
      <w:r w:rsidRPr="00C8631C">
        <w:t>aktuálně</w:t>
      </w:r>
      <w:proofErr w:type="spellEnd"/>
      <w:r w:rsidRPr="00C8631C">
        <w:t xml:space="preserve"> </w:t>
      </w:r>
      <w:proofErr w:type="spellStart"/>
      <w:r w:rsidRPr="00C8631C">
        <w:t>účinné</w:t>
      </w:r>
      <w:proofErr w:type="spellEnd"/>
      <w:r w:rsidRPr="00C8631C">
        <w:t xml:space="preserve"> </w:t>
      </w:r>
      <w:proofErr w:type="spellStart"/>
      <w:r w:rsidRPr="00C8631C">
        <w:t>právní</w:t>
      </w:r>
      <w:proofErr w:type="spellEnd"/>
      <w:r w:rsidRPr="00C8631C">
        <w:t xml:space="preserve"> </w:t>
      </w:r>
      <w:proofErr w:type="spellStart"/>
      <w:r w:rsidRPr="00C8631C">
        <w:t>úpravy</w:t>
      </w:r>
      <w:proofErr w:type="spellEnd"/>
      <w:r w:rsidRPr="00C8631C">
        <w:t xml:space="preserve"> a </w:t>
      </w:r>
      <w:proofErr w:type="spellStart"/>
      <w:r w:rsidRPr="00C8631C">
        <w:t>pravidel</w:t>
      </w:r>
      <w:proofErr w:type="spellEnd"/>
      <w:r w:rsidRPr="00C8631C">
        <w:t xml:space="preserve"> </w:t>
      </w:r>
      <w:proofErr w:type="spellStart"/>
      <w:r w:rsidRPr="00C8631C">
        <w:t>stanovených</w:t>
      </w:r>
      <w:proofErr w:type="spellEnd"/>
      <w:r w:rsidRPr="00C8631C">
        <w:t xml:space="preserve"> </w:t>
      </w:r>
      <w:proofErr w:type="spellStart"/>
      <w:r w:rsidRPr="00C8631C">
        <w:t>vyhláškou</w:t>
      </w:r>
      <w:proofErr w:type="spellEnd"/>
      <w:r w:rsidRPr="00C8631C">
        <w:t xml:space="preserve"> o </w:t>
      </w:r>
      <w:proofErr w:type="spellStart"/>
      <w:r w:rsidRPr="00C8631C">
        <w:t>předškolním</w:t>
      </w:r>
      <w:proofErr w:type="spellEnd"/>
      <w:r w:rsidRPr="00C8631C">
        <w:t xml:space="preserve"> </w:t>
      </w:r>
      <w:proofErr w:type="spellStart"/>
      <w:r w:rsidRPr="00C8631C">
        <w:t>vzdělávání</w:t>
      </w:r>
      <w:proofErr w:type="spellEnd"/>
      <w:r w:rsidRPr="00C8631C">
        <w:t>,</w:t>
      </w:r>
    </w:p>
    <w:p w14:paraId="22250927" w14:textId="77777777" w:rsidR="00CB3864" w:rsidRDefault="0074127D" w:rsidP="0018746B">
      <w:pPr>
        <w:pStyle w:val="Seznamsodrkami"/>
        <w:ind w:left="340"/>
        <w:jc w:val="both"/>
      </w:pPr>
      <w:proofErr w:type="spellStart"/>
      <w:r>
        <w:t>rozhoduje</w:t>
      </w:r>
      <w:proofErr w:type="spellEnd"/>
      <w:r>
        <w:t xml:space="preserve"> o </w:t>
      </w:r>
      <w:proofErr w:type="spellStart"/>
      <w:r>
        <w:t>omezení</w:t>
      </w:r>
      <w:proofErr w:type="spellEnd"/>
      <w:r>
        <w:t xml:space="preserve"> </w:t>
      </w:r>
      <w:proofErr w:type="spellStart"/>
      <w:r>
        <w:t>nebo</w:t>
      </w:r>
      <w:proofErr w:type="spellEnd"/>
      <w:r>
        <w:t xml:space="preserve"> </w:t>
      </w:r>
      <w:proofErr w:type="spellStart"/>
      <w:r>
        <w:t>přerušení</w:t>
      </w:r>
      <w:proofErr w:type="spellEnd"/>
      <w:r>
        <w:t xml:space="preserve"> </w:t>
      </w:r>
      <w:proofErr w:type="spellStart"/>
      <w:r>
        <w:t>provozu</w:t>
      </w:r>
      <w:proofErr w:type="spellEnd"/>
      <w:r>
        <w:t xml:space="preserve"> </w:t>
      </w:r>
      <w:proofErr w:type="spellStart"/>
      <w:r>
        <w:t>mateřské</w:t>
      </w:r>
      <w:proofErr w:type="spellEnd"/>
      <w:r>
        <w:t xml:space="preserve"> </w:t>
      </w:r>
      <w:proofErr w:type="spellStart"/>
      <w:r>
        <w:t>školy</w:t>
      </w:r>
      <w:proofErr w:type="spellEnd"/>
      <w:r>
        <w:t xml:space="preserve"> v </w:t>
      </w:r>
      <w:proofErr w:type="spellStart"/>
      <w:r>
        <w:t>souladu</w:t>
      </w:r>
      <w:proofErr w:type="spellEnd"/>
      <w:r>
        <w:t xml:space="preserve"> s </w:t>
      </w:r>
      <w:proofErr w:type="spellStart"/>
      <w:r>
        <w:t>právními</w:t>
      </w:r>
      <w:proofErr w:type="spellEnd"/>
      <w:r>
        <w:t xml:space="preserve"> </w:t>
      </w:r>
      <w:proofErr w:type="spellStart"/>
      <w:r>
        <w:t>předpisy</w:t>
      </w:r>
      <w:proofErr w:type="spellEnd"/>
      <w:r>
        <w:t xml:space="preserve"> a po </w:t>
      </w:r>
      <w:proofErr w:type="spellStart"/>
      <w:r>
        <w:t>projednání</w:t>
      </w:r>
      <w:proofErr w:type="spellEnd"/>
      <w:r>
        <w:t xml:space="preserve"> se </w:t>
      </w:r>
      <w:proofErr w:type="spellStart"/>
      <w:r>
        <w:t>zřizovatelem</w:t>
      </w:r>
      <w:proofErr w:type="spellEnd"/>
      <w:r>
        <w:t>,</w:t>
      </w:r>
    </w:p>
    <w:p w14:paraId="01DCE015" w14:textId="77777777" w:rsidR="00CB3864" w:rsidRDefault="0074127D" w:rsidP="0018746B">
      <w:pPr>
        <w:pStyle w:val="Seznamsodrkami"/>
        <w:ind w:left="340"/>
        <w:jc w:val="both"/>
      </w:pPr>
      <w:proofErr w:type="spellStart"/>
      <w:r>
        <w:t>zajišťuje</w:t>
      </w:r>
      <w:proofErr w:type="spellEnd"/>
      <w:r>
        <w:t xml:space="preserve"> </w:t>
      </w:r>
      <w:proofErr w:type="spellStart"/>
      <w:r>
        <w:t>podmínky</w:t>
      </w:r>
      <w:proofErr w:type="spellEnd"/>
      <w:r>
        <w:t xml:space="preserve"> </w:t>
      </w:r>
      <w:proofErr w:type="spellStart"/>
      <w:r>
        <w:t>bezpečnosti</w:t>
      </w:r>
      <w:proofErr w:type="spellEnd"/>
      <w:r>
        <w:t xml:space="preserve">, </w:t>
      </w:r>
      <w:proofErr w:type="spellStart"/>
      <w:r>
        <w:t>ochrany</w:t>
      </w:r>
      <w:proofErr w:type="spellEnd"/>
      <w:r>
        <w:t xml:space="preserve"> </w:t>
      </w:r>
      <w:proofErr w:type="spellStart"/>
      <w:r>
        <w:t>zdraví</w:t>
      </w:r>
      <w:proofErr w:type="spellEnd"/>
      <w:r>
        <w:t xml:space="preserve">, </w:t>
      </w:r>
      <w:proofErr w:type="spellStart"/>
      <w:r>
        <w:t>ochrany</w:t>
      </w:r>
      <w:proofErr w:type="spellEnd"/>
      <w:r>
        <w:t xml:space="preserve"> </w:t>
      </w:r>
      <w:proofErr w:type="spellStart"/>
      <w:r>
        <w:t>osobních</w:t>
      </w:r>
      <w:proofErr w:type="spellEnd"/>
      <w:r>
        <w:t xml:space="preserve"> </w:t>
      </w:r>
      <w:proofErr w:type="spellStart"/>
      <w:r>
        <w:t>údajů</w:t>
      </w:r>
      <w:proofErr w:type="spellEnd"/>
      <w:r>
        <w:t xml:space="preserve"> a </w:t>
      </w:r>
      <w:proofErr w:type="spellStart"/>
      <w:r>
        <w:t>plnění</w:t>
      </w:r>
      <w:proofErr w:type="spellEnd"/>
      <w:r>
        <w:t xml:space="preserve"> ŠVP PV.</w:t>
      </w:r>
    </w:p>
    <w:p w14:paraId="118D40FA" w14:textId="77777777" w:rsidR="00CB3864" w:rsidRDefault="0074127D">
      <w:pPr>
        <w:pStyle w:val="Nadpis2"/>
      </w:pPr>
      <w:proofErr w:type="spellStart"/>
      <w:r>
        <w:rPr>
          <w:rFonts w:ascii="Arial" w:hAnsi="Arial"/>
          <w:b w:val="0"/>
        </w:rPr>
        <w:lastRenderedPageBreak/>
        <w:t>Ukončení</w:t>
      </w:r>
      <w:proofErr w:type="spellEnd"/>
      <w:r>
        <w:rPr>
          <w:rFonts w:ascii="Arial" w:hAnsi="Arial"/>
          <w:b w:val="0"/>
        </w:rPr>
        <w:t xml:space="preserve"> </w:t>
      </w:r>
      <w:proofErr w:type="spellStart"/>
      <w:r>
        <w:rPr>
          <w:rFonts w:ascii="Arial" w:hAnsi="Arial"/>
          <w:b w:val="0"/>
        </w:rPr>
        <w:t>předškolního</w:t>
      </w:r>
      <w:proofErr w:type="spellEnd"/>
      <w:r>
        <w:rPr>
          <w:rFonts w:ascii="Arial" w:hAnsi="Arial"/>
          <w:b w:val="0"/>
        </w:rPr>
        <w:t xml:space="preserve"> </w:t>
      </w:r>
      <w:proofErr w:type="spellStart"/>
      <w:r>
        <w:rPr>
          <w:rFonts w:ascii="Arial" w:hAnsi="Arial"/>
          <w:b w:val="0"/>
        </w:rPr>
        <w:t>vzdělávání</w:t>
      </w:r>
      <w:proofErr w:type="spellEnd"/>
    </w:p>
    <w:p w14:paraId="730264E7" w14:textId="77777777" w:rsidR="00CB3864" w:rsidRDefault="0074127D" w:rsidP="00351F0A">
      <w:pPr>
        <w:jc w:val="both"/>
      </w:pPr>
      <w:proofErr w:type="spellStart"/>
      <w:r>
        <w:t>Ředitel</w:t>
      </w:r>
      <w:proofErr w:type="spellEnd"/>
      <w:r>
        <w:t xml:space="preserve"> </w:t>
      </w:r>
      <w:proofErr w:type="spellStart"/>
      <w:r>
        <w:t>školy</w:t>
      </w:r>
      <w:proofErr w:type="spellEnd"/>
      <w:r>
        <w:t xml:space="preserve"> </w:t>
      </w:r>
      <w:proofErr w:type="spellStart"/>
      <w:r>
        <w:t>může</w:t>
      </w:r>
      <w:proofErr w:type="spellEnd"/>
      <w:r>
        <w:t xml:space="preserve"> po </w:t>
      </w:r>
      <w:proofErr w:type="spellStart"/>
      <w:r>
        <w:t>předchozím</w:t>
      </w:r>
      <w:proofErr w:type="spellEnd"/>
      <w:r>
        <w:t xml:space="preserve"> </w:t>
      </w:r>
      <w:proofErr w:type="spellStart"/>
      <w:r>
        <w:t>písemném</w:t>
      </w:r>
      <w:proofErr w:type="spellEnd"/>
      <w:r>
        <w:t xml:space="preserve"> </w:t>
      </w:r>
      <w:proofErr w:type="spellStart"/>
      <w:r>
        <w:t>upozornění</w:t>
      </w:r>
      <w:proofErr w:type="spellEnd"/>
      <w:r>
        <w:t xml:space="preserve"> </w:t>
      </w:r>
      <w:proofErr w:type="spellStart"/>
      <w:r>
        <w:t>oznámeném</w:t>
      </w:r>
      <w:proofErr w:type="spellEnd"/>
      <w:r>
        <w:t xml:space="preserve"> </w:t>
      </w:r>
      <w:proofErr w:type="spellStart"/>
      <w:r>
        <w:t>zákonnému</w:t>
      </w:r>
      <w:proofErr w:type="spellEnd"/>
      <w:r>
        <w:t xml:space="preserve"> </w:t>
      </w:r>
      <w:proofErr w:type="spellStart"/>
      <w:r>
        <w:t>zástupci</w:t>
      </w:r>
      <w:proofErr w:type="spellEnd"/>
      <w:r>
        <w:t xml:space="preserve"> </w:t>
      </w:r>
      <w:proofErr w:type="spellStart"/>
      <w:r>
        <w:t>rozhodnout</w:t>
      </w:r>
      <w:proofErr w:type="spellEnd"/>
      <w:r>
        <w:t xml:space="preserve"> o </w:t>
      </w:r>
      <w:proofErr w:type="spellStart"/>
      <w:r>
        <w:t>ukončení</w:t>
      </w:r>
      <w:proofErr w:type="spellEnd"/>
      <w:r>
        <w:t xml:space="preserve"> </w:t>
      </w:r>
      <w:proofErr w:type="spellStart"/>
      <w:r>
        <w:t>předškolního</w:t>
      </w:r>
      <w:proofErr w:type="spellEnd"/>
      <w:r>
        <w:t xml:space="preserve"> </w:t>
      </w:r>
      <w:proofErr w:type="spellStart"/>
      <w:r>
        <w:t>vzdělávání</w:t>
      </w:r>
      <w:proofErr w:type="spellEnd"/>
      <w:r>
        <w:t xml:space="preserve"> </w:t>
      </w:r>
      <w:proofErr w:type="spellStart"/>
      <w:r>
        <w:t>dítěte</w:t>
      </w:r>
      <w:proofErr w:type="spellEnd"/>
      <w:r>
        <w:t xml:space="preserve">, </w:t>
      </w:r>
      <w:proofErr w:type="spellStart"/>
      <w:r>
        <w:t>pouze</w:t>
      </w:r>
      <w:proofErr w:type="spellEnd"/>
      <w:r>
        <w:t xml:space="preserve"> </w:t>
      </w:r>
      <w:proofErr w:type="spellStart"/>
      <w:r>
        <w:t>pokud</w:t>
      </w:r>
      <w:proofErr w:type="spellEnd"/>
      <w:r>
        <w:t xml:space="preserve"> </w:t>
      </w:r>
      <w:proofErr w:type="spellStart"/>
      <w:r>
        <w:t>nastane</w:t>
      </w:r>
      <w:proofErr w:type="spellEnd"/>
      <w:r>
        <w:t xml:space="preserve"> </w:t>
      </w:r>
      <w:proofErr w:type="spellStart"/>
      <w:r>
        <w:t>některý</w:t>
      </w:r>
      <w:proofErr w:type="spellEnd"/>
      <w:r>
        <w:t xml:space="preserve"> ze </w:t>
      </w:r>
      <w:proofErr w:type="spellStart"/>
      <w:r>
        <w:t>zákonných</w:t>
      </w:r>
      <w:proofErr w:type="spellEnd"/>
      <w:r>
        <w:t xml:space="preserve"> </w:t>
      </w:r>
      <w:proofErr w:type="spellStart"/>
      <w:r>
        <w:t>důvodů</w:t>
      </w:r>
      <w:proofErr w:type="spellEnd"/>
      <w:r>
        <w:t xml:space="preserve">: </w:t>
      </w:r>
      <w:proofErr w:type="spellStart"/>
      <w:r>
        <w:t>dítě</w:t>
      </w:r>
      <w:proofErr w:type="spellEnd"/>
      <w:r>
        <w:t xml:space="preserve"> se bez </w:t>
      </w:r>
      <w:proofErr w:type="spellStart"/>
      <w:r>
        <w:t>omluvy</w:t>
      </w:r>
      <w:proofErr w:type="spellEnd"/>
      <w:r>
        <w:t xml:space="preserve"> </w:t>
      </w:r>
      <w:proofErr w:type="spellStart"/>
      <w:r>
        <w:t>zákonného</w:t>
      </w:r>
      <w:proofErr w:type="spellEnd"/>
      <w:r>
        <w:t xml:space="preserve"> </w:t>
      </w:r>
      <w:proofErr w:type="spellStart"/>
      <w:r>
        <w:t>zástupce</w:t>
      </w:r>
      <w:proofErr w:type="spellEnd"/>
      <w:r>
        <w:t xml:space="preserve"> </w:t>
      </w:r>
      <w:proofErr w:type="spellStart"/>
      <w:r>
        <w:t>nepřetržitě</w:t>
      </w:r>
      <w:proofErr w:type="spellEnd"/>
      <w:r>
        <w:t xml:space="preserve"> </w:t>
      </w:r>
      <w:proofErr w:type="spellStart"/>
      <w:r>
        <w:t>neúčastní</w:t>
      </w:r>
      <w:proofErr w:type="spellEnd"/>
      <w:r>
        <w:t xml:space="preserve"> </w:t>
      </w:r>
      <w:proofErr w:type="spellStart"/>
      <w:r>
        <w:t>předškolního</w:t>
      </w:r>
      <w:proofErr w:type="spellEnd"/>
      <w:r>
        <w:t xml:space="preserve"> </w:t>
      </w:r>
      <w:proofErr w:type="spellStart"/>
      <w:r>
        <w:t>vzdělávání</w:t>
      </w:r>
      <w:proofErr w:type="spellEnd"/>
      <w:r>
        <w:t xml:space="preserve"> po </w:t>
      </w:r>
      <w:proofErr w:type="spellStart"/>
      <w:r>
        <w:t>dobu</w:t>
      </w:r>
      <w:proofErr w:type="spellEnd"/>
      <w:r>
        <w:t xml:space="preserve"> </w:t>
      </w:r>
      <w:proofErr w:type="spellStart"/>
      <w:r>
        <w:t>delší</w:t>
      </w:r>
      <w:proofErr w:type="spellEnd"/>
      <w:r>
        <w:t xml:space="preserve"> </w:t>
      </w:r>
      <w:proofErr w:type="spellStart"/>
      <w:r>
        <w:t>než</w:t>
      </w:r>
      <w:proofErr w:type="spellEnd"/>
      <w:r>
        <w:t xml:space="preserve"> </w:t>
      </w:r>
      <w:proofErr w:type="spellStart"/>
      <w:r>
        <w:t>dva</w:t>
      </w:r>
      <w:proofErr w:type="spellEnd"/>
      <w:r>
        <w:t xml:space="preserve"> </w:t>
      </w:r>
      <w:proofErr w:type="spellStart"/>
      <w:r>
        <w:t>týdny</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závažným</w:t>
      </w:r>
      <w:proofErr w:type="spellEnd"/>
      <w:r>
        <w:t xml:space="preserve"> </w:t>
      </w:r>
      <w:proofErr w:type="spellStart"/>
      <w:r>
        <w:t>způsobem</w:t>
      </w:r>
      <w:proofErr w:type="spellEnd"/>
      <w:r>
        <w:t xml:space="preserve"> </w:t>
      </w:r>
      <w:proofErr w:type="spellStart"/>
      <w:r>
        <w:t>opakovaně</w:t>
      </w:r>
      <w:proofErr w:type="spellEnd"/>
      <w:r>
        <w:t xml:space="preserve"> </w:t>
      </w:r>
      <w:proofErr w:type="spellStart"/>
      <w:r>
        <w:t>narušuje</w:t>
      </w:r>
      <w:proofErr w:type="spellEnd"/>
      <w:r>
        <w:t xml:space="preserve"> </w:t>
      </w:r>
      <w:proofErr w:type="spellStart"/>
      <w:r>
        <w:t>provoz</w:t>
      </w:r>
      <w:proofErr w:type="spellEnd"/>
      <w:r>
        <w:t xml:space="preserve"> </w:t>
      </w:r>
      <w:proofErr w:type="spellStart"/>
      <w:r>
        <w:t>mateřské</w:t>
      </w:r>
      <w:proofErr w:type="spellEnd"/>
      <w:r>
        <w:t xml:space="preserve"> </w:t>
      </w:r>
      <w:proofErr w:type="spellStart"/>
      <w:r>
        <w:t>školy</w:t>
      </w:r>
      <w:proofErr w:type="spellEnd"/>
      <w:r>
        <w:t xml:space="preserve">; </w:t>
      </w:r>
      <w:proofErr w:type="spellStart"/>
      <w:r>
        <w:t>ukončení</w:t>
      </w:r>
      <w:proofErr w:type="spellEnd"/>
      <w:r>
        <w:t xml:space="preserve"> </w:t>
      </w:r>
      <w:proofErr w:type="spellStart"/>
      <w:r>
        <w:t>doporučí</w:t>
      </w:r>
      <w:proofErr w:type="spellEnd"/>
      <w:r>
        <w:t xml:space="preserve"> v </w:t>
      </w:r>
      <w:proofErr w:type="spellStart"/>
      <w:r>
        <w:t>průběhu</w:t>
      </w:r>
      <w:proofErr w:type="spellEnd"/>
      <w:r>
        <w:t xml:space="preserve"> </w:t>
      </w:r>
      <w:proofErr w:type="spellStart"/>
      <w:r>
        <w:t>zkušebního</w:t>
      </w:r>
      <w:proofErr w:type="spellEnd"/>
      <w:r>
        <w:t xml:space="preserve"> </w:t>
      </w:r>
      <w:proofErr w:type="spellStart"/>
      <w:r>
        <w:t>pobytu</w:t>
      </w:r>
      <w:proofErr w:type="spellEnd"/>
      <w:r>
        <w:t xml:space="preserve"> </w:t>
      </w:r>
      <w:proofErr w:type="spellStart"/>
      <w:r>
        <w:t>lékař</w:t>
      </w:r>
      <w:proofErr w:type="spellEnd"/>
      <w:r>
        <w:t xml:space="preserve"> </w:t>
      </w:r>
      <w:proofErr w:type="spellStart"/>
      <w:r>
        <w:t>nebo</w:t>
      </w:r>
      <w:proofErr w:type="spellEnd"/>
      <w:r>
        <w:t xml:space="preserve"> </w:t>
      </w:r>
      <w:proofErr w:type="spellStart"/>
      <w:r>
        <w:t>školské</w:t>
      </w:r>
      <w:proofErr w:type="spellEnd"/>
      <w:r>
        <w:t xml:space="preserve"> </w:t>
      </w:r>
      <w:proofErr w:type="spellStart"/>
      <w:r>
        <w:t>poradenské</w:t>
      </w:r>
      <w:proofErr w:type="spellEnd"/>
      <w:r>
        <w:t xml:space="preserve"> </w:t>
      </w:r>
      <w:proofErr w:type="spellStart"/>
      <w:r>
        <w:t>zařízení</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opakovaně</w:t>
      </w:r>
      <w:proofErr w:type="spellEnd"/>
      <w:r>
        <w:t xml:space="preserve"> </w:t>
      </w:r>
      <w:proofErr w:type="spellStart"/>
      <w:r>
        <w:t>neuhradí</w:t>
      </w:r>
      <w:proofErr w:type="spellEnd"/>
      <w:r>
        <w:t xml:space="preserve"> </w:t>
      </w:r>
      <w:proofErr w:type="spellStart"/>
      <w:r>
        <w:t>úplatu</w:t>
      </w:r>
      <w:proofErr w:type="spellEnd"/>
      <w:r>
        <w:t xml:space="preserve"> za </w:t>
      </w:r>
      <w:proofErr w:type="spellStart"/>
      <w:r>
        <w:t>vzdělávání</w:t>
      </w:r>
      <w:proofErr w:type="spellEnd"/>
      <w:r>
        <w:t xml:space="preserve"> </w:t>
      </w:r>
      <w:proofErr w:type="spellStart"/>
      <w:r>
        <w:t>nebo</w:t>
      </w:r>
      <w:proofErr w:type="spellEnd"/>
      <w:r>
        <w:t xml:space="preserve"> </w:t>
      </w:r>
      <w:proofErr w:type="spellStart"/>
      <w:r>
        <w:t>úplatu</w:t>
      </w:r>
      <w:proofErr w:type="spellEnd"/>
      <w:r>
        <w:t xml:space="preserve"> za </w:t>
      </w:r>
      <w:proofErr w:type="spellStart"/>
      <w:r>
        <w:t>školní</w:t>
      </w:r>
      <w:proofErr w:type="spellEnd"/>
      <w:r>
        <w:t xml:space="preserve"> </w:t>
      </w:r>
      <w:proofErr w:type="spellStart"/>
      <w:r>
        <w:t>stravování</w:t>
      </w:r>
      <w:proofErr w:type="spellEnd"/>
      <w:r>
        <w:t xml:space="preserve"> </w:t>
      </w:r>
      <w:proofErr w:type="spellStart"/>
      <w:r>
        <w:t>ve</w:t>
      </w:r>
      <w:proofErr w:type="spellEnd"/>
      <w:r>
        <w:t xml:space="preserve"> </w:t>
      </w:r>
      <w:proofErr w:type="spellStart"/>
      <w:r>
        <w:t>stanoveném</w:t>
      </w:r>
      <w:proofErr w:type="spellEnd"/>
      <w:r>
        <w:t xml:space="preserve"> </w:t>
      </w:r>
      <w:proofErr w:type="spellStart"/>
      <w:r>
        <w:t>termínu</w:t>
      </w:r>
      <w:proofErr w:type="spellEnd"/>
      <w:r>
        <w:t xml:space="preserve"> a </w:t>
      </w:r>
      <w:proofErr w:type="spellStart"/>
      <w:r>
        <w:t>nedohodne</w:t>
      </w:r>
      <w:proofErr w:type="spellEnd"/>
      <w:r>
        <w:t xml:space="preserve"> s </w:t>
      </w:r>
      <w:proofErr w:type="spellStart"/>
      <w:r>
        <w:t>ředitelem</w:t>
      </w:r>
      <w:proofErr w:type="spellEnd"/>
      <w:r>
        <w:t xml:space="preserve"> </w:t>
      </w:r>
      <w:proofErr w:type="spellStart"/>
      <w:r>
        <w:t>školy</w:t>
      </w:r>
      <w:proofErr w:type="spellEnd"/>
      <w:r>
        <w:t xml:space="preserve"> </w:t>
      </w:r>
      <w:proofErr w:type="spellStart"/>
      <w:r>
        <w:t>jiný</w:t>
      </w:r>
      <w:proofErr w:type="spellEnd"/>
      <w:r>
        <w:t xml:space="preserve"> </w:t>
      </w:r>
      <w:proofErr w:type="spellStart"/>
      <w:r>
        <w:t>termín</w:t>
      </w:r>
      <w:proofErr w:type="spellEnd"/>
      <w:r>
        <w:t xml:space="preserve"> </w:t>
      </w:r>
      <w:proofErr w:type="spellStart"/>
      <w:r>
        <w:t>úhrady</w:t>
      </w:r>
      <w:proofErr w:type="spellEnd"/>
      <w:r>
        <w:t xml:space="preserve">. U </w:t>
      </w:r>
      <w:proofErr w:type="spellStart"/>
      <w:r>
        <w:t>dítěte</w:t>
      </w:r>
      <w:proofErr w:type="spellEnd"/>
      <w:r>
        <w:t xml:space="preserve"> v </w:t>
      </w:r>
      <w:proofErr w:type="spellStart"/>
      <w:r>
        <w:t>povinném</w:t>
      </w:r>
      <w:proofErr w:type="spellEnd"/>
      <w:r>
        <w:t xml:space="preserve"> </w:t>
      </w:r>
      <w:proofErr w:type="spellStart"/>
      <w:r>
        <w:t>předškolním</w:t>
      </w:r>
      <w:proofErr w:type="spellEnd"/>
      <w:r>
        <w:t xml:space="preserve"> </w:t>
      </w:r>
      <w:proofErr w:type="spellStart"/>
      <w:r>
        <w:t>vzdělávání</w:t>
      </w:r>
      <w:proofErr w:type="spellEnd"/>
      <w:r>
        <w:t xml:space="preserve"> </w:t>
      </w:r>
      <w:proofErr w:type="spellStart"/>
      <w:r>
        <w:t>nelze</w:t>
      </w:r>
      <w:proofErr w:type="spellEnd"/>
      <w:r>
        <w:t xml:space="preserve"> </w:t>
      </w:r>
      <w:proofErr w:type="spellStart"/>
      <w:r>
        <w:t>předškolní</w:t>
      </w:r>
      <w:proofErr w:type="spellEnd"/>
      <w:r>
        <w:t xml:space="preserve"> </w:t>
      </w:r>
      <w:proofErr w:type="spellStart"/>
      <w:r>
        <w:t>vzdělávání</w:t>
      </w:r>
      <w:proofErr w:type="spellEnd"/>
      <w:r>
        <w:t xml:space="preserve"> </w:t>
      </w:r>
      <w:proofErr w:type="spellStart"/>
      <w:r>
        <w:t>ukončit</w:t>
      </w:r>
      <w:proofErr w:type="spellEnd"/>
      <w:r>
        <w:t>.</w:t>
      </w:r>
    </w:p>
    <w:p w14:paraId="3DE5D799" w14:textId="77777777" w:rsidR="00CB3864" w:rsidRDefault="0074127D">
      <w:pPr>
        <w:pStyle w:val="Nadpis1"/>
      </w:pPr>
      <w:r>
        <w:rPr>
          <w:rFonts w:ascii="Arial" w:hAnsi="Arial"/>
          <w:b w:val="0"/>
        </w:rPr>
        <w:t xml:space="preserve">7. </w:t>
      </w:r>
      <w:proofErr w:type="spellStart"/>
      <w:r>
        <w:rPr>
          <w:rFonts w:ascii="Arial" w:hAnsi="Arial"/>
          <w:b w:val="0"/>
        </w:rPr>
        <w:t>Přijímání</w:t>
      </w:r>
      <w:proofErr w:type="spellEnd"/>
      <w:r>
        <w:rPr>
          <w:rFonts w:ascii="Arial" w:hAnsi="Arial"/>
          <w:b w:val="0"/>
        </w:rPr>
        <w:t xml:space="preserve"> </w:t>
      </w:r>
      <w:proofErr w:type="spellStart"/>
      <w:r>
        <w:rPr>
          <w:rFonts w:ascii="Arial" w:hAnsi="Arial"/>
          <w:b w:val="0"/>
        </w:rPr>
        <w:t>dětí</w:t>
      </w:r>
      <w:proofErr w:type="spellEnd"/>
      <w:r>
        <w:rPr>
          <w:rFonts w:ascii="Arial" w:hAnsi="Arial"/>
          <w:b w:val="0"/>
        </w:rPr>
        <w:t xml:space="preserve">, </w:t>
      </w:r>
      <w:proofErr w:type="spellStart"/>
      <w:r>
        <w:rPr>
          <w:rFonts w:ascii="Arial" w:hAnsi="Arial"/>
          <w:b w:val="0"/>
        </w:rPr>
        <w:t>zápis</w:t>
      </w:r>
      <w:proofErr w:type="spellEnd"/>
      <w:r>
        <w:rPr>
          <w:rFonts w:ascii="Arial" w:hAnsi="Arial"/>
          <w:b w:val="0"/>
        </w:rPr>
        <w:t xml:space="preserve">, </w:t>
      </w:r>
      <w:proofErr w:type="spellStart"/>
      <w:r>
        <w:rPr>
          <w:rFonts w:ascii="Arial" w:hAnsi="Arial"/>
          <w:b w:val="0"/>
        </w:rPr>
        <w:t>povinné</w:t>
      </w:r>
      <w:proofErr w:type="spellEnd"/>
      <w:r>
        <w:rPr>
          <w:rFonts w:ascii="Arial" w:hAnsi="Arial"/>
          <w:b w:val="0"/>
        </w:rPr>
        <w:t xml:space="preserve"> </w:t>
      </w:r>
      <w:proofErr w:type="spellStart"/>
      <w:r>
        <w:rPr>
          <w:rFonts w:ascii="Arial" w:hAnsi="Arial"/>
          <w:b w:val="0"/>
        </w:rPr>
        <w:t>předškolní</w:t>
      </w:r>
      <w:proofErr w:type="spellEnd"/>
      <w:r>
        <w:rPr>
          <w:rFonts w:ascii="Arial" w:hAnsi="Arial"/>
          <w:b w:val="0"/>
        </w:rPr>
        <w:t xml:space="preserve"> </w:t>
      </w:r>
      <w:proofErr w:type="spellStart"/>
      <w:r>
        <w:rPr>
          <w:rFonts w:ascii="Arial" w:hAnsi="Arial"/>
          <w:b w:val="0"/>
        </w:rPr>
        <w:t>vzdělávání</w:t>
      </w:r>
      <w:proofErr w:type="spellEnd"/>
      <w:r>
        <w:rPr>
          <w:rFonts w:ascii="Arial" w:hAnsi="Arial"/>
          <w:b w:val="0"/>
        </w:rPr>
        <w:t xml:space="preserve"> a </w:t>
      </w:r>
      <w:proofErr w:type="spellStart"/>
      <w:r>
        <w:rPr>
          <w:rFonts w:ascii="Arial" w:hAnsi="Arial"/>
          <w:b w:val="0"/>
        </w:rPr>
        <w:t>individuální</w:t>
      </w:r>
      <w:proofErr w:type="spellEnd"/>
      <w:r>
        <w:rPr>
          <w:rFonts w:ascii="Arial" w:hAnsi="Arial"/>
          <w:b w:val="0"/>
        </w:rPr>
        <w:t xml:space="preserve"> </w:t>
      </w:r>
      <w:proofErr w:type="spellStart"/>
      <w:r>
        <w:rPr>
          <w:rFonts w:ascii="Arial" w:hAnsi="Arial"/>
          <w:b w:val="0"/>
        </w:rPr>
        <w:t>vzdělávání</w:t>
      </w:r>
      <w:proofErr w:type="spellEnd"/>
    </w:p>
    <w:p w14:paraId="358CCECA" w14:textId="77777777" w:rsidR="00CB3864" w:rsidRDefault="0074127D" w:rsidP="00351F0A">
      <w:pPr>
        <w:jc w:val="both"/>
      </w:pPr>
      <w:proofErr w:type="spellStart"/>
      <w:r>
        <w:t>Předškolní</w:t>
      </w:r>
      <w:proofErr w:type="spellEnd"/>
      <w:r>
        <w:t xml:space="preserve"> </w:t>
      </w:r>
      <w:proofErr w:type="spellStart"/>
      <w:r>
        <w:t>vzdělávání</w:t>
      </w:r>
      <w:proofErr w:type="spellEnd"/>
      <w:r>
        <w:t xml:space="preserve"> se </w:t>
      </w:r>
      <w:proofErr w:type="spellStart"/>
      <w:r>
        <w:t>organizuje</w:t>
      </w:r>
      <w:proofErr w:type="spellEnd"/>
      <w:r>
        <w:t xml:space="preserve"> </w:t>
      </w:r>
      <w:proofErr w:type="spellStart"/>
      <w:r>
        <w:t>zpravidla</w:t>
      </w:r>
      <w:proofErr w:type="spellEnd"/>
      <w:r>
        <w:t xml:space="preserve"> pro </w:t>
      </w:r>
      <w:proofErr w:type="spellStart"/>
      <w:r>
        <w:t>děti</w:t>
      </w:r>
      <w:proofErr w:type="spellEnd"/>
      <w:r>
        <w:t xml:space="preserve"> od 3 do 6 let </w:t>
      </w:r>
      <w:proofErr w:type="spellStart"/>
      <w:r>
        <w:t>věku</w:t>
      </w:r>
      <w:proofErr w:type="spellEnd"/>
      <w:r>
        <w:t xml:space="preserve">, </w:t>
      </w:r>
      <w:proofErr w:type="spellStart"/>
      <w:r>
        <w:t>nejdříve</w:t>
      </w:r>
      <w:proofErr w:type="spellEnd"/>
      <w:r>
        <w:t xml:space="preserve"> </w:t>
      </w:r>
      <w:proofErr w:type="spellStart"/>
      <w:r>
        <w:t>však</w:t>
      </w:r>
      <w:proofErr w:type="spellEnd"/>
      <w:r>
        <w:t xml:space="preserve"> pro </w:t>
      </w:r>
      <w:proofErr w:type="spellStart"/>
      <w:r>
        <w:t>děti</w:t>
      </w:r>
      <w:proofErr w:type="spellEnd"/>
      <w:r>
        <w:t xml:space="preserve"> od 2 let. O </w:t>
      </w:r>
      <w:proofErr w:type="spellStart"/>
      <w:r>
        <w:t>přijetí</w:t>
      </w:r>
      <w:proofErr w:type="spellEnd"/>
      <w:r>
        <w:t xml:space="preserve"> </w:t>
      </w:r>
      <w:proofErr w:type="spellStart"/>
      <w:r>
        <w:t>dítěte</w:t>
      </w:r>
      <w:proofErr w:type="spellEnd"/>
      <w:r>
        <w:t xml:space="preserve"> </w:t>
      </w:r>
      <w:proofErr w:type="spellStart"/>
      <w:r>
        <w:t>rozhoduje</w:t>
      </w:r>
      <w:proofErr w:type="spellEnd"/>
      <w:r>
        <w:t xml:space="preserve"> </w:t>
      </w:r>
      <w:proofErr w:type="spellStart"/>
      <w:r>
        <w:t>ředitel</w:t>
      </w:r>
      <w:proofErr w:type="spellEnd"/>
      <w:r>
        <w:t xml:space="preserve"> </w:t>
      </w:r>
      <w:proofErr w:type="spellStart"/>
      <w:r>
        <w:t>školy</w:t>
      </w:r>
      <w:proofErr w:type="spellEnd"/>
      <w:r>
        <w:t xml:space="preserve"> </w:t>
      </w:r>
      <w:proofErr w:type="spellStart"/>
      <w:r>
        <w:t>ve</w:t>
      </w:r>
      <w:proofErr w:type="spellEnd"/>
      <w:r>
        <w:t xml:space="preserve"> </w:t>
      </w:r>
      <w:proofErr w:type="spellStart"/>
      <w:r>
        <w:t>správním</w:t>
      </w:r>
      <w:proofErr w:type="spellEnd"/>
      <w:r>
        <w:t xml:space="preserve"> </w:t>
      </w:r>
      <w:proofErr w:type="spellStart"/>
      <w:r>
        <w:t>řízení</w:t>
      </w:r>
      <w:proofErr w:type="spellEnd"/>
      <w:r>
        <w:t xml:space="preserve"> </w:t>
      </w:r>
      <w:proofErr w:type="spellStart"/>
      <w:r>
        <w:t>na</w:t>
      </w:r>
      <w:proofErr w:type="spellEnd"/>
      <w:r>
        <w:t xml:space="preserve"> </w:t>
      </w:r>
      <w:proofErr w:type="spellStart"/>
      <w:r>
        <w:t>základě</w:t>
      </w:r>
      <w:proofErr w:type="spellEnd"/>
      <w:r>
        <w:t xml:space="preserve"> </w:t>
      </w:r>
      <w:proofErr w:type="spellStart"/>
      <w:r>
        <w:t>žádosti</w:t>
      </w:r>
      <w:proofErr w:type="spellEnd"/>
      <w:r>
        <w:t xml:space="preserve"> </w:t>
      </w:r>
      <w:proofErr w:type="spellStart"/>
      <w:r>
        <w:t>zákonného</w:t>
      </w:r>
      <w:proofErr w:type="spellEnd"/>
      <w:r>
        <w:t xml:space="preserve"> </w:t>
      </w:r>
      <w:proofErr w:type="spellStart"/>
      <w:r>
        <w:t>zástupce</w:t>
      </w:r>
      <w:proofErr w:type="spellEnd"/>
      <w:r>
        <w:t xml:space="preserve"> a </w:t>
      </w:r>
      <w:proofErr w:type="spellStart"/>
      <w:r>
        <w:t>zveřejněných</w:t>
      </w:r>
      <w:proofErr w:type="spellEnd"/>
      <w:r>
        <w:t xml:space="preserve"> </w:t>
      </w:r>
      <w:proofErr w:type="spellStart"/>
      <w:r>
        <w:t>kritérií</w:t>
      </w:r>
      <w:proofErr w:type="spellEnd"/>
      <w:r>
        <w:t xml:space="preserve"> </w:t>
      </w:r>
      <w:proofErr w:type="spellStart"/>
      <w:r>
        <w:t>přijímání</w:t>
      </w:r>
      <w:proofErr w:type="spellEnd"/>
      <w:r>
        <w:t xml:space="preserve">. </w:t>
      </w:r>
      <w:proofErr w:type="spellStart"/>
      <w:r>
        <w:t>Kritéria</w:t>
      </w:r>
      <w:proofErr w:type="spellEnd"/>
      <w:r>
        <w:t xml:space="preserve"> </w:t>
      </w:r>
      <w:proofErr w:type="spellStart"/>
      <w:r>
        <w:t>přijímání</w:t>
      </w:r>
      <w:proofErr w:type="spellEnd"/>
      <w:r>
        <w:t xml:space="preserve"> </w:t>
      </w:r>
      <w:proofErr w:type="spellStart"/>
      <w:r>
        <w:t>jsou</w:t>
      </w:r>
      <w:proofErr w:type="spellEnd"/>
      <w:r>
        <w:t xml:space="preserve"> </w:t>
      </w:r>
      <w:proofErr w:type="spellStart"/>
      <w:r>
        <w:t>zveřejněna</w:t>
      </w:r>
      <w:proofErr w:type="spellEnd"/>
      <w:r>
        <w:t xml:space="preserve"> </w:t>
      </w:r>
      <w:proofErr w:type="spellStart"/>
      <w:r>
        <w:t>způsobem</w:t>
      </w:r>
      <w:proofErr w:type="spellEnd"/>
      <w:r>
        <w:t xml:space="preserve"> </w:t>
      </w:r>
      <w:proofErr w:type="spellStart"/>
      <w:r>
        <w:t>umožňujícím</w:t>
      </w:r>
      <w:proofErr w:type="spellEnd"/>
      <w:r>
        <w:t xml:space="preserve"> </w:t>
      </w:r>
      <w:proofErr w:type="spellStart"/>
      <w:r>
        <w:t>dálkový</w:t>
      </w:r>
      <w:proofErr w:type="spellEnd"/>
      <w:r>
        <w:t xml:space="preserve"> </w:t>
      </w:r>
      <w:proofErr w:type="spellStart"/>
      <w:r>
        <w:t>přístup</w:t>
      </w:r>
      <w:proofErr w:type="spellEnd"/>
      <w:r>
        <w:t xml:space="preserve"> a </w:t>
      </w:r>
      <w:proofErr w:type="spellStart"/>
      <w:r>
        <w:t>na</w:t>
      </w:r>
      <w:proofErr w:type="spellEnd"/>
      <w:r>
        <w:t xml:space="preserve"> </w:t>
      </w:r>
      <w:proofErr w:type="spellStart"/>
      <w:r>
        <w:t>obvyklých</w:t>
      </w:r>
      <w:proofErr w:type="spellEnd"/>
      <w:r>
        <w:t xml:space="preserve"> </w:t>
      </w:r>
      <w:proofErr w:type="spellStart"/>
      <w:r>
        <w:t>informačních</w:t>
      </w:r>
      <w:proofErr w:type="spellEnd"/>
      <w:r>
        <w:t xml:space="preserve"> </w:t>
      </w:r>
      <w:proofErr w:type="spellStart"/>
      <w:r>
        <w:t>místech</w:t>
      </w:r>
      <w:proofErr w:type="spellEnd"/>
      <w:r>
        <w:t xml:space="preserve"> </w:t>
      </w:r>
      <w:proofErr w:type="spellStart"/>
      <w:r>
        <w:t>školy</w:t>
      </w:r>
      <w:proofErr w:type="spellEnd"/>
      <w:r>
        <w:t>.</w:t>
      </w:r>
    </w:p>
    <w:p w14:paraId="75E5FCC9" w14:textId="77777777" w:rsidR="00CB3864" w:rsidRDefault="0074127D" w:rsidP="00351F0A">
      <w:pPr>
        <w:jc w:val="both"/>
      </w:pPr>
      <w:proofErr w:type="spellStart"/>
      <w:r>
        <w:t>Zápis</w:t>
      </w:r>
      <w:proofErr w:type="spellEnd"/>
      <w:r>
        <w:t xml:space="preserve"> k </w:t>
      </w:r>
      <w:proofErr w:type="spellStart"/>
      <w:r>
        <w:t>předškolnímu</w:t>
      </w:r>
      <w:proofErr w:type="spellEnd"/>
      <w:r>
        <w:t xml:space="preserve"> </w:t>
      </w:r>
      <w:proofErr w:type="spellStart"/>
      <w:r>
        <w:t>vzdělávání</w:t>
      </w:r>
      <w:proofErr w:type="spellEnd"/>
      <w:r>
        <w:t xml:space="preserve"> se </w:t>
      </w:r>
      <w:proofErr w:type="spellStart"/>
      <w:r>
        <w:t>koná</w:t>
      </w:r>
      <w:proofErr w:type="spellEnd"/>
      <w:r>
        <w:t xml:space="preserve"> v </w:t>
      </w:r>
      <w:proofErr w:type="spellStart"/>
      <w:r>
        <w:t>období</w:t>
      </w:r>
      <w:proofErr w:type="spellEnd"/>
      <w:r>
        <w:t xml:space="preserve"> </w:t>
      </w:r>
      <w:proofErr w:type="spellStart"/>
      <w:r>
        <w:t>stanoveném</w:t>
      </w:r>
      <w:proofErr w:type="spellEnd"/>
      <w:r>
        <w:t xml:space="preserve"> </w:t>
      </w:r>
      <w:proofErr w:type="spellStart"/>
      <w:r>
        <w:t>školským</w:t>
      </w:r>
      <w:proofErr w:type="spellEnd"/>
      <w:r>
        <w:t xml:space="preserve"> </w:t>
      </w:r>
      <w:proofErr w:type="spellStart"/>
      <w:r>
        <w:t>zákonem</w:t>
      </w:r>
      <w:proofErr w:type="spellEnd"/>
      <w:r>
        <w:t xml:space="preserve">. </w:t>
      </w:r>
      <w:proofErr w:type="spellStart"/>
      <w:r>
        <w:t>Přesný</w:t>
      </w:r>
      <w:proofErr w:type="spellEnd"/>
      <w:r>
        <w:t xml:space="preserve"> </w:t>
      </w:r>
      <w:proofErr w:type="spellStart"/>
      <w:r>
        <w:t>termín</w:t>
      </w:r>
      <w:proofErr w:type="spellEnd"/>
      <w:r>
        <w:t xml:space="preserve"> a </w:t>
      </w:r>
      <w:proofErr w:type="spellStart"/>
      <w:r>
        <w:t>místo</w:t>
      </w:r>
      <w:proofErr w:type="spellEnd"/>
      <w:r>
        <w:t xml:space="preserve"> </w:t>
      </w:r>
      <w:proofErr w:type="spellStart"/>
      <w:r>
        <w:t>zápisu</w:t>
      </w:r>
      <w:proofErr w:type="spellEnd"/>
      <w:r>
        <w:t xml:space="preserve"> </w:t>
      </w:r>
      <w:proofErr w:type="spellStart"/>
      <w:r>
        <w:t>stanoví</w:t>
      </w:r>
      <w:proofErr w:type="spellEnd"/>
      <w:r>
        <w:t xml:space="preserve"> </w:t>
      </w:r>
      <w:proofErr w:type="spellStart"/>
      <w:r>
        <w:t>ředitel</w:t>
      </w:r>
      <w:proofErr w:type="spellEnd"/>
      <w:r>
        <w:t xml:space="preserve"> </w:t>
      </w:r>
      <w:proofErr w:type="spellStart"/>
      <w:r>
        <w:t>školy</w:t>
      </w:r>
      <w:proofErr w:type="spellEnd"/>
      <w:r>
        <w:t xml:space="preserve"> po </w:t>
      </w:r>
      <w:proofErr w:type="spellStart"/>
      <w:r>
        <w:t>dohodě</w:t>
      </w:r>
      <w:proofErr w:type="spellEnd"/>
      <w:r>
        <w:t xml:space="preserve"> se </w:t>
      </w:r>
      <w:proofErr w:type="spellStart"/>
      <w:r>
        <w:t>zřizovatelem</w:t>
      </w:r>
      <w:proofErr w:type="spellEnd"/>
      <w:r>
        <w:t xml:space="preserve"> a </w:t>
      </w:r>
      <w:proofErr w:type="spellStart"/>
      <w:r>
        <w:t>zveřejní</w:t>
      </w:r>
      <w:proofErr w:type="spellEnd"/>
      <w:r>
        <w:t xml:space="preserve"> je </w:t>
      </w:r>
      <w:proofErr w:type="spellStart"/>
      <w:r>
        <w:t>obvyklým</w:t>
      </w:r>
      <w:proofErr w:type="spellEnd"/>
      <w:r>
        <w:t xml:space="preserve"> </w:t>
      </w:r>
      <w:proofErr w:type="spellStart"/>
      <w:r>
        <w:t>způsobem</w:t>
      </w:r>
      <w:proofErr w:type="spellEnd"/>
      <w:r>
        <w:t xml:space="preserve">. </w:t>
      </w:r>
      <w:proofErr w:type="spellStart"/>
      <w:r>
        <w:t>Děti</w:t>
      </w:r>
      <w:proofErr w:type="spellEnd"/>
      <w:r>
        <w:t xml:space="preserve"> </w:t>
      </w:r>
      <w:proofErr w:type="spellStart"/>
      <w:r>
        <w:t>mohou</w:t>
      </w:r>
      <w:proofErr w:type="spellEnd"/>
      <w:r>
        <w:t xml:space="preserve"> </w:t>
      </w:r>
      <w:proofErr w:type="spellStart"/>
      <w:r>
        <w:t>být</w:t>
      </w:r>
      <w:proofErr w:type="spellEnd"/>
      <w:r>
        <w:t xml:space="preserve"> </w:t>
      </w:r>
      <w:proofErr w:type="spellStart"/>
      <w:r>
        <w:t>přijímány</w:t>
      </w:r>
      <w:proofErr w:type="spellEnd"/>
      <w:r>
        <w:t xml:space="preserve"> </w:t>
      </w:r>
      <w:proofErr w:type="spellStart"/>
      <w:r>
        <w:t>i</w:t>
      </w:r>
      <w:proofErr w:type="spellEnd"/>
      <w:r>
        <w:t xml:space="preserve"> v </w:t>
      </w:r>
      <w:proofErr w:type="spellStart"/>
      <w:r>
        <w:t>průběhu</w:t>
      </w:r>
      <w:proofErr w:type="spellEnd"/>
      <w:r>
        <w:t xml:space="preserve"> </w:t>
      </w:r>
      <w:proofErr w:type="spellStart"/>
      <w:r>
        <w:t>školního</w:t>
      </w:r>
      <w:proofErr w:type="spellEnd"/>
      <w:r>
        <w:t xml:space="preserve"> </w:t>
      </w:r>
      <w:proofErr w:type="spellStart"/>
      <w:r>
        <w:t>roku</w:t>
      </w:r>
      <w:proofErr w:type="spellEnd"/>
      <w:r>
        <w:t xml:space="preserve">, </w:t>
      </w:r>
      <w:proofErr w:type="spellStart"/>
      <w:r>
        <w:t>pokud</w:t>
      </w:r>
      <w:proofErr w:type="spellEnd"/>
      <w:r>
        <w:t xml:space="preserve"> to </w:t>
      </w:r>
      <w:proofErr w:type="spellStart"/>
      <w:r>
        <w:t>umožňuje</w:t>
      </w:r>
      <w:proofErr w:type="spellEnd"/>
      <w:r>
        <w:t xml:space="preserve"> </w:t>
      </w:r>
      <w:proofErr w:type="spellStart"/>
      <w:r>
        <w:t>kapacita</w:t>
      </w:r>
      <w:proofErr w:type="spellEnd"/>
      <w:r>
        <w:t xml:space="preserve"> </w:t>
      </w:r>
      <w:proofErr w:type="spellStart"/>
      <w:r>
        <w:t>školy</w:t>
      </w:r>
      <w:proofErr w:type="spellEnd"/>
      <w:r>
        <w:t>.</w:t>
      </w:r>
    </w:p>
    <w:p w14:paraId="58689F53" w14:textId="77777777" w:rsidR="000F1524" w:rsidRDefault="000F1524">
      <w:pPr>
        <w:pStyle w:val="Normln1"/>
        <w:jc w:val="both"/>
      </w:pPr>
      <w:proofErr w:type="spellStart"/>
      <w:r>
        <w:rPr>
          <w:lang w:val="en-US"/>
        </w:rPr>
        <w:t>Zákonný</w:t>
      </w:r>
      <w:proofErr w:type="spellEnd"/>
      <w:r>
        <w:rPr>
          <w:lang w:val="en-US"/>
        </w:rPr>
        <w:t xml:space="preserve"> </w:t>
      </w:r>
      <w:proofErr w:type="spellStart"/>
      <w:r>
        <w:rPr>
          <w:lang w:val="en-US"/>
        </w:rPr>
        <w:t>zástupce</w:t>
      </w:r>
      <w:proofErr w:type="spellEnd"/>
      <w:r>
        <w:rPr>
          <w:lang w:val="en-US"/>
        </w:rPr>
        <w:t xml:space="preserve"> je </w:t>
      </w:r>
      <w:proofErr w:type="spellStart"/>
      <w:r>
        <w:rPr>
          <w:lang w:val="en-US"/>
        </w:rPr>
        <w:t>při</w:t>
      </w:r>
      <w:proofErr w:type="spellEnd"/>
      <w:r>
        <w:rPr>
          <w:lang w:val="en-US"/>
        </w:rPr>
        <w:t xml:space="preserve"> </w:t>
      </w:r>
      <w:proofErr w:type="spellStart"/>
      <w:r>
        <w:rPr>
          <w:lang w:val="en-US"/>
        </w:rPr>
        <w:t>zápisu</w:t>
      </w:r>
      <w:proofErr w:type="spellEnd"/>
      <w:r>
        <w:rPr>
          <w:lang w:val="en-US"/>
        </w:rPr>
        <w:t xml:space="preserve"> </w:t>
      </w:r>
      <w:proofErr w:type="spellStart"/>
      <w:r>
        <w:rPr>
          <w:lang w:val="en-US"/>
        </w:rPr>
        <w:t>povinen</w:t>
      </w:r>
      <w:proofErr w:type="spellEnd"/>
      <w:r>
        <w:rPr>
          <w:lang w:val="en-US"/>
        </w:rPr>
        <w:t xml:space="preserve"> </w:t>
      </w:r>
      <w:proofErr w:type="spellStart"/>
      <w:r>
        <w:rPr>
          <w:lang w:val="en-US"/>
        </w:rPr>
        <w:t>uvést</w:t>
      </w:r>
      <w:proofErr w:type="spellEnd"/>
      <w:r>
        <w:rPr>
          <w:lang w:val="en-US"/>
        </w:rPr>
        <w:t xml:space="preserve"> </w:t>
      </w:r>
      <w:proofErr w:type="spellStart"/>
      <w:r>
        <w:rPr>
          <w:lang w:val="en-US"/>
        </w:rPr>
        <w:t>pravdivé</w:t>
      </w:r>
      <w:proofErr w:type="spellEnd"/>
      <w:r>
        <w:rPr>
          <w:lang w:val="en-US"/>
        </w:rPr>
        <w:t xml:space="preserve"> a </w:t>
      </w:r>
      <w:proofErr w:type="spellStart"/>
      <w:r>
        <w:rPr>
          <w:lang w:val="en-US"/>
        </w:rPr>
        <w:t>úplné</w:t>
      </w:r>
      <w:proofErr w:type="spellEnd"/>
      <w:r>
        <w:rPr>
          <w:lang w:val="en-US"/>
        </w:rPr>
        <w:t xml:space="preserve"> </w:t>
      </w:r>
      <w:proofErr w:type="spellStart"/>
      <w:r>
        <w:rPr>
          <w:lang w:val="en-US"/>
        </w:rPr>
        <w:t>údaje</w:t>
      </w:r>
      <w:proofErr w:type="spellEnd"/>
      <w:r>
        <w:rPr>
          <w:lang w:val="en-US"/>
        </w:rPr>
        <w:t xml:space="preserve"> </w:t>
      </w:r>
      <w:proofErr w:type="spellStart"/>
      <w:r>
        <w:rPr>
          <w:lang w:val="en-US"/>
        </w:rPr>
        <w:t>podstatné</w:t>
      </w:r>
      <w:proofErr w:type="spellEnd"/>
      <w:r>
        <w:rPr>
          <w:lang w:val="en-US"/>
        </w:rPr>
        <w:t xml:space="preserve"> pro </w:t>
      </w:r>
      <w:proofErr w:type="spellStart"/>
      <w:r>
        <w:rPr>
          <w:lang w:val="en-US"/>
        </w:rPr>
        <w:t>rozhodování</w:t>
      </w:r>
      <w:proofErr w:type="spellEnd"/>
      <w:r>
        <w:rPr>
          <w:lang w:val="en-US"/>
        </w:rPr>
        <w:t xml:space="preserve"> o </w:t>
      </w:r>
      <w:proofErr w:type="spellStart"/>
      <w:r>
        <w:rPr>
          <w:lang w:val="en-US"/>
        </w:rPr>
        <w:t>přijetí</w:t>
      </w:r>
      <w:proofErr w:type="spellEnd"/>
      <w:r>
        <w:rPr>
          <w:lang w:val="en-US"/>
        </w:rPr>
        <w:t xml:space="preserve"> a pro </w:t>
      </w:r>
      <w:proofErr w:type="spellStart"/>
      <w:r>
        <w:rPr>
          <w:lang w:val="en-US"/>
        </w:rPr>
        <w:t>vedení</w:t>
      </w:r>
      <w:proofErr w:type="spellEnd"/>
      <w:r>
        <w:rPr>
          <w:lang w:val="en-US"/>
        </w:rPr>
        <w:t xml:space="preserve"> </w:t>
      </w:r>
      <w:proofErr w:type="spellStart"/>
      <w:r>
        <w:rPr>
          <w:lang w:val="en-US"/>
        </w:rPr>
        <w:t>školní</w:t>
      </w:r>
      <w:proofErr w:type="spellEnd"/>
      <w:r>
        <w:rPr>
          <w:lang w:val="en-US"/>
        </w:rPr>
        <w:t xml:space="preserve"> </w:t>
      </w:r>
      <w:proofErr w:type="spellStart"/>
      <w:r>
        <w:rPr>
          <w:lang w:val="en-US"/>
        </w:rPr>
        <w:t>matriky</w:t>
      </w:r>
      <w:proofErr w:type="spellEnd"/>
      <w:r>
        <w:rPr>
          <w:lang w:val="en-US"/>
        </w:rPr>
        <w:t xml:space="preserve">, </w:t>
      </w:r>
      <w:proofErr w:type="spellStart"/>
      <w:r>
        <w:rPr>
          <w:lang w:val="en-US"/>
        </w:rPr>
        <w:t>včetně</w:t>
      </w:r>
      <w:proofErr w:type="spellEnd"/>
      <w:r>
        <w:rPr>
          <w:lang w:val="en-US"/>
        </w:rPr>
        <w:t xml:space="preserve"> </w:t>
      </w:r>
      <w:proofErr w:type="spellStart"/>
      <w:r>
        <w:rPr>
          <w:lang w:val="en-US"/>
        </w:rPr>
        <w:t>informace</w:t>
      </w:r>
      <w:proofErr w:type="spellEnd"/>
      <w:r>
        <w:rPr>
          <w:lang w:val="en-US"/>
        </w:rPr>
        <w:t xml:space="preserve">, </w:t>
      </w:r>
      <w:proofErr w:type="spellStart"/>
      <w:r>
        <w:rPr>
          <w:lang w:val="en-US"/>
        </w:rPr>
        <w:t>zda</w:t>
      </w:r>
      <w:proofErr w:type="spellEnd"/>
      <w:r>
        <w:rPr>
          <w:lang w:val="en-US"/>
        </w:rPr>
        <w:t xml:space="preserve"> </w:t>
      </w:r>
      <w:proofErr w:type="spellStart"/>
      <w:r>
        <w:rPr>
          <w:lang w:val="en-US"/>
        </w:rPr>
        <w:t>dítě</w:t>
      </w:r>
      <w:proofErr w:type="spellEnd"/>
      <w:r>
        <w:rPr>
          <w:lang w:val="en-US"/>
        </w:rPr>
        <w:t xml:space="preserve"> </w:t>
      </w:r>
      <w:proofErr w:type="spellStart"/>
      <w:r>
        <w:rPr>
          <w:lang w:val="en-US"/>
        </w:rPr>
        <w:t>již</w:t>
      </w:r>
      <w:proofErr w:type="spellEnd"/>
      <w:r>
        <w:rPr>
          <w:lang w:val="en-US"/>
        </w:rPr>
        <w:t xml:space="preserve"> </w:t>
      </w:r>
      <w:proofErr w:type="spellStart"/>
      <w:r>
        <w:rPr>
          <w:lang w:val="en-US"/>
        </w:rPr>
        <w:t>navštěvovalo</w:t>
      </w:r>
      <w:proofErr w:type="spellEnd"/>
      <w:r>
        <w:rPr>
          <w:lang w:val="en-US"/>
        </w:rPr>
        <w:t xml:space="preserve"> </w:t>
      </w:r>
      <w:proofErr w:type="spellStart"/>
      <w:r>
        <w:rPr>
          <w:lang w:val="en-US"/>
        </w:rPr>
        <w:t>nebo</w:t>
      </w:r>
      <w:proofErr w:type="spellEnd"/>
      <w:r>
        <w:rPr>
          <w:lang w:val="en-US"/>
        </w:rPr>
        <w:t xml:space="preserve"> </w:t>
      </w:r>
      <w:proofErr w:type="spellStart"/>
      <w:r>
        <w:rPr>
          <w:lang w:val="en-US"/>
        </w:rPr>
        <w:t>navštěvuje</w:t>
      </w:r>
      <w:proofErr w:type="spellEnd"/>
      <w:r>
        <w:rPr>
          <w:lang w:val="en-US"/>
        </w:rPr>
        <w:t xml:space="preserve"> </w:t>
      </w:r>
      <w:proofErr w:type="spellStart"/>
      <w:r>
        <w:rPr>
          <w:lang w:val="en-US"/>
        </w:rPr>
        <w:t>jinou</w:t>
      </w:r>
      <w:proofErr w:type="spellEnd"/>
      <w:r>
        <w:rPr>
          <w:lang w:val="en-US"/>
        </w:rPr>
        <w:t xml:space="preserve"> </w:t>
      </w:r>
      <w:proofErr w:type="spellStart"/>
      <w:r>
        <w:rPr>
          <w:lang w:val="en-US"/>
        </w:rPr>
        <w:t>mateřskou</w:t>
      </w:r>
      <w:proofErr w:type="spellEnd"/>
      <w:r>
        <w:rPr>
          <w:lang w:val="en-US"/>
        </w:rPr>
        <w:t xml:space="preserve"> </w:t>
      </w:r>
      <w:proofErr w:type="spellStart"/>
      <w:r>
        <w:rPr>
          <w:lang w:val="en-US"/>
        </w:rPr>
        <w:t>školu</w:t>
      </w:r>
      <w:proofErr w:type="spellEnd"/>
      <w:r>
        <w:rPr>
          <w:lang w:val="en-US"/>
        </w:rPr>
        <w:t xml:space="preserve">, </w:t>
      </w:r>
      <w:proofErr w:type="spellStart"/>
      <w:r>
        <w:rPr>
          <w:lang w:val="en-US"/>
        </w:rPr>
        <w:t>zda</w:t>
      </w:r>
      <w:proofErr w:type="spellEnd"/>
      <w:r>
        <w:rPr>
          <w:lang w:val="en-US"/>
        </w:rPr>
        <w:t xml:space="preserve"> </w:t>
      </w:r>
      <w:proofErr w:type="spellStart"/>
      <w:r>
        <w:rPr>
          <w:lang w:val="en-US"/>
        </w:rPr>
        <w:t>bylo</w:t>
      </w:r>
      <w:proofErr w:type="spellEnd"/>
      <w:r>
        <w:rPr>
          <w:lang w:val="en-US"/>
        </w:rPr>
        <w:t xml:space="preserve"> </w:t>
      </w:r>
      <w:proofErr w:type="spellStart"/>
      <w:r>
        <w:rPr>
          <w:lang w:val="en-US"/>
        </w:rPr>
        <w:t>nebo</w:t>
      </w:r>
      <w:proofErr w:type="spellEnd"/>
      <w:r>
        <w:rPr>
          <w:lang w:val="en-US"/>
        </w:rPr>
        <w:t xml:space="preserve"> je </w:t>
      </w:r>
      <w:proofErr w:type="spellStart"/>
      <w:r>
        <w:rPr>
          <w:lang w:val="en-US"/>
        </w:rPr>
        <w:t>individuálně</w:t>
      </w:r>
      <w:proofErr w:type="spellEnd"/>
      <w:r>
        <w:rPr>
          <w:lang w:val="en-US"/>
        </w:rPr>
        <w:t xml:space="preserve"> </w:t>
      </w:r>
      <w:proofErr w:type="spellStart"/>
      <w:r>
        <w:rPr>
          <w:lang w:val="en-US"/>
        </w:rPr>
        <w:t>vzděláváno</w:t>
      </w:r>
      <w:proofErr w:type="spellEnd"/>
      <w:r>
        <w:rPr>
          <w:lang w:val="en-US"/>
        </w:rPr>
        <w:t xml:space="preserve">, </w:t>
      </w:r>
      <w:proofErr w:type="spellStart"/>
      <w:r>
        <w:rPr>
          <w:lang w:val="en-US"/>
        </w:rPr>
        <w:t>případně</w:t>
      </w:r>
      <w:proofErr w:type="spellEnd"/>
      <w:r>
        <w:rPr>
          <w:lang w:val="en-US"/>
        </w:rPr>
        <w:t xml:space="preserve"> </w:t>
      </w:r>
      <w:proofErr w:type="spellStart"/>
      <w:r>
        <w:rPr>
          <w:lang w:val="en-US"/>
        </w:rPr>
        <w:t>zda</w:t>
      </w:r>
      <w:proofErr w:type="spellEnd"/>
      <w:r>
        <w:rPr>
          <w:lang w:val="en-US"/>
        </w:rPr>
        <w:t xml:space="preserve"> </w:t>
      </w:r>
      <w:proofErr w:type="spellStart"/>
      <w:r>
        <w:rPr>
          <w:lang w:val="en-US"/>
        </w:rPr>
        <w:t>plní</w:t>
      </w:r>
      <w:proofErr w:type="spellEnd"/>
      <w:r>
        <w:rPr>
          <w:lang w:val="en-US"/>
        </w:rPr>
        <w:t xml:space="preserve"> </w:t>
      </w:r>
      <w:proofErr w:type="spellStart"/>
      <w:r>
        <w:rPr>
          <w:lang w:val="en-US"/>
        </w:rPr>
        <w:t>povinné</w:t>
      </w:r>
      <w:proofErr w:type="spellEnd"/>
      <w:r>
        <w:rPr>
          <w:lang w:val="en-US"/>
        </w:rPr>
        <w:t xml:space="preserve"> </w:t>
      </w:r>
      <w:proofErr w:type="spellStart"/>
      <w:r>
        <w:rPr>
          <w:lang w:val="en-US"/>
        </w:rPr>
        <w:t>předškolní</w:t>
      </w:r>
      <w:proofErr w:type="spellEnd"/>
      <w:r>
        <w:rPr>
          <w:lang w:val="en-US"/>
        </w:rPr>
        <w:t xml:space="preserve"> </w:t>
      </w:r>
      <w:proofErr w:type="spellStart"/>
      <w:r>
        <w:rPr>
          <w:lang w:val="en-US"/>
        </w:rPr>
        <w:t>vzdělávání</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dvou</w:t>
      </w:r>
      <w:proofErr w:type="spellEnd"/>
      <w:r>
        <w:rPr>
          <w:lang w:val="en-US"/>
        </w:rPr>
        <w:t xml:space="preserve"> </w:t>
      </w:r>
      <w:proofErr w:type="spellStart"/>
      <w:r>
        <w:rPr>
          <w:lang w:val="en-US"/>
        </w:rPr>
        <w:t>mateřských</w:t>
      </w:r>
      <w:proofErr w:type="spellEnd"/>
      <w:r>
        <w:rPr>
          <w:lang w:val="en-US"/>
        </w:rPr>
        <w:t xml:space="preserve"> </w:t>
      </w:r>
      <w:proofErr w:type="spellStart"/>
      <w:r>
        <w:rPr>
          <w:lang w:val="en-US"/>
        </w:rPr>
        <w:t>školách</w:t>
      </w:r>
      <w:proofErr w:type="spellEnd"/>
      <w:r>
        <w:rPr>
          <w:lang w:val="en-US"/>
        </w:rPr>
        <w:t xml:space="preserve">. Tyto </w:t>
      </w:r>
      <w:proofErr w:type="spellStart"/>
      <w:r>
        <w:rPr>
          <w:lang w:val="en-US"/>
        </w:rPr>
        <w:t>údaje</w:t>
      </w:r>
      <w:proofErr w:type="spellEnd"/>
      <w:r>
        <w:rPr>
          <w:lang w:val="en-US"/>
        </w:rPr>
        <w:t xml:space="preserve"> </w:t>
      </w:r>
      <w:proofErr w:type="spellStart"/>
      <w:r>
        <w:rPr>
          <w:lang w:val="en-US"/>
        </w:rPr>
        <w:t>slouží</w:t>
      </w:r>
      <w:proofErr w:type="spellEnd"/>
      <w:r>
        <w:rPr>
          <w:lang w:val="en-US"/>
        </w:rPr>
        <w:t xml:space="preserve"> </w:t>
      </w:r>
      <w:proofErr w:type="spellStart"/>
      <w:r>
        <w:rPr>
          <w:lang w:val="en-US"/>
        </w:rPr>
        <w:t>škole</w:t>
      </w:r>
      <w:proofErr w:type="spellEnd"/>
      <w:r>
        <w:rPr>
          <w:lang w:val="en-US"/>
        </w:rPr>
        <w:t xml:space="preserve"> k </w:t>
      </w:r>
      <w:proofErr w:type="spellStart"/>
      <w:r>
        <w:rPr>
          <w:lang w:val="en-US"/>
        </w:rPr>
        <w:t>posouzení</w:t>
      </w:r>
      <w:proofErr w:type="spellEnd"/>
      <w:r>
        <w:rPr>
          <w:lang w:val="en-US"/>
        </w:rPr>
        <w:t xml:space="preserve"> </w:t>
      </w:r>
      <w:proofErr w:type="spellStart"/>
      <w:r>
        <w:rPr>
          <w:lang w:val="en-US"/>
        </w:rPr>
        <w:t>návaznosti</w:t>
      </w:r>
      <w:proofErr w:type="spellEnd"/>
      <w:r>
        <w:rPr>
          <w:lang w:val="en-US"/>
        </w:rPr>
        <w:t xml:space="preserve"> </w:t>
      </w:r>
      <w:proofErr w:type="spellStart"/>
      <w:r>
        <w:rPr>
          <w:lang w:val="en-US"/>
        </w:rPr>
        <w:t>vzdělávání</w:t>
      </w:r>
      <w:proofErr w:type="spellEnd"/>
      <w:r>
        <w:rPr>
          <w:lang w:val="en-US"/>
        </w:rPr>
        <w:t xml:space="preserve">, </w:t>
      </w:r>
      <w:proofErr w:type="spellStart"/>
      <w:r>
        <w:rPr>
          <w:lang w:val="en-US"/>
        </w:rPr>
        <w:t>omlouvání</w:t>
      </w:r>
      <w:proofErr w:type="spellEnd"/>
      <w:r>
        <w:rPr>
          <w:lang w:val="en-US"/>
        </w:rPr>
        <w:t xml:space="preserve"> </w:t>
      </w:r>
      <w:proofErr w:type="spellStart"/>
      <w:r>
        <w:rPr>
          <w:lang w:val="en-US"/>
        </w:rPr>
        <w:t>povinného</w:t>
      </w:r>
      <w:proofErr w:type="spellEnd"/>
      <w:r>
        <w:rPr>
          <w:lang w:val="en-US"/>
        </w:rPr>
        <w:t xml:space="preserve"> </w:t>
      </w:r>
      <w:proofErr w:type="spellStart"/>
      <w:r>
        <w:rPr>
          <w:lang w:val="en-US"/>
        </w:rPr>
        <w:t>předškolního</w:t>
      </w:r>
      <w:proofErr w:type="spellEnd"/>
      <w:r>
        <w:rPr>
          <w:lang w:val="en-US"/>
        </w:rPr>
        <w:t xml:space="preserve"> </w:t>
      </w:r>
      <w:proofErr w:type="spellStart"/>
      <w:r>
        <w:rPr>
          <w:lang w:val="en-US"/>
        </w:rPr>
        <w:t>vzdělávání</w:t>
      </w:r>
      <w:proofErr w:type="spellEnd"/>
      <w:r>
        <w:rPr>
          <w:lang w:val="en-US"/>
        </w:rPr>
        <w:t xml:space="preserve"> a </w:t>
      </w:r>
      <w:proofErr w:type="spellStart"/>
      <w:r>
        <w:rPr>
          <w:lang w:val="en-US"/>
        </w:rPr>
        <w:t>případné</w:t>
      </w:r>
      <w:proofErr w:type="spellEnd"/>
      <w:r>
        <w:rPr>
          <w:lang w:val="en-US"/>
        </w:rPr>
        <w:t xml:space="preserve"> </w:t>
      </w:r>
      <w:proofErr w:type="spellStart"/>
      <w:r>
        <w:rPr>
          <w:lang w:val="en-US"/>
        </w:rPr>
        <w:t>spolupráce</w:t>
      </w:r>
      <w:proofErr w:type="spellEnd"/>
      <w:r>
        <w:rPr>
          <w:lang w:val="en-US"/>
        </w:rPr>
        <w:t xml:space="preserve"> s </w:t>
      </w:r>
      <w:proofErr w:type="spellStart"/>
      <w:r>
        <w:rPr>
          <w:lang w:val="en-US"/>
        </w:rPr>
        <w:t>další</w:t>
      </w:r>
      <w:proofErr w:type="spellEnd"/>
      <w:r>
        <w:rPr>
          <w:lang w:val="en-US"/>
        </w:rPr>
        <w:t xml:space="preserve"> </w:t>
      </w:r>
      <w:proofErr w:type="spellStart"/>
      <w:r>
        <w:rPr>
          <w:lang w:val="en-US"/>
        </w:rPr>
        <w:t>mateřskou</w:t>
      </w:r>
      <w:proofErr w:type="spellEnd"/>
      <w:r>
        <w:rPr>
          <w:lang w:val="en-US"/>
        </w:rPr>
        <w:t xml:space="preserve"> </w:t>
      </w:r>
      <w:proofErr w:type="spellStart"/>
      <w:r>
        <w:rPr>
          <w:lang w:val="en-US"/>
        </w:rPr>
        <w:t>školou</w:t>
      </w:r>
      <w:proofErr w:type="spellEnd"/>
      <w:r>
        <w:rPr>
          <w:lang w:val="en-US"/>
        </w:rPr>
        <w:t>.</w:t>
      </w:r>
    </w:p>
    <w:p w14:paraId="131FB052" w14:textId="77777777" w:rsidR="00CB3864" w:rsidRDefault="0074127D" w:rsidP="00351F0A">
      <w:pPr>
        <w:jc w:val="both"/>
      </w:pPr>
      <w:r>
        <w:t xml:space="preserve">U </w:t>
      </w:r>
      <w:proofErr w:type="spellStart"/>
      <w:r>
        <w:t>dítěte</w:t>
      </w:r>
      <w:proofErr w:type="spellEnd"/>
      <w:r>
        <w:t xml:space="preserve">, pro </w:t>
      </w:r>
      <w:proofErr w:type="spellStart"/>
      <w:r>
        <w:t>které</w:t>
      </w:r>
      <w:proofErr w:type="spellEnd"/>
      <w:r>
        <w:t xml:space="preserve"> </w:t>
      </w:r>
      <w:proofErr w:type="spellStart"/>
      <w:r>
        <w:t>ještě</w:t>
      </w:r>
      <w:proofErr w:type="spellEnd"/>
      <w:r>
        <w:t xml:space="preserve"> </w:t>
      </w:r>
      <w:proofErr w:type="spellStart"/>
      <w:r>
        <w:t>není</w:t>
      </w:r>
      <w:proofErr w:type="spellEnd"/>
      <w:r>
        <w:t xml:space="preserve"> </w:t>
      </w:r>
      <w:proofErr w:type="spellStart"/>
      <w:r>
        <w:t>předškolní</w:t>
      </w:r>
      <w:proofErr w:type="spellEnd"/>
      <w:r>
        <w:t xml:space="preserve"> </w:t>
      </w:r>
      <w:proofErr w:type="spellStart"/>
      <w:r>
        <w:t>vzdělávání</w:t>
      </w:r>
      <w:proofErr w:type="spellEnd"/>
      <w:r>
        <w:t xml:space="preserve"> </w:t>
      </w:r>
      <w:proofErr w:type="spellStart"/>
      <w:r>
        <w:t>povinné</w:t>
      </w:r>
      <w:proofErr w:type="spellEnd"/>
      <w:r>
        <w:t xml:space="preserve">, </w:t>
      </w:r>
      <w:proofErr w:type="spellStart"/>
      <w:r>
        <w:t>škola</w:t>
      </w:r>
      <w:proofErr w:type="spellEnd"/>
      <w:r>
        <w:t xml:space="preserve"> v </w:t>
      </w:r>
      <w:proofErr w:type="spellStart"/>
      <w:r>
        <w:t>souladu</w:t>
      </w:r>
      <w:proofErr w:type="spellEnd"/>
      <w:r>
        <w:t xml:space="preserve"> se </w:t>
      </w:r>
      <w:proofErr w:type="spellStart"/>
      <w:r>
        <w:t>zákonem</w:t>
      </w:r>
      <w:proofErr w:type="spellEnd"/>
      <w:r>
        <w:t xml:space="preserve"> o </w:t>
      </w:r>
      <w:proofErr w:type="spellStart"/>
      <w:r>
        <w:t>ochraně</w:t>
      </w:r>
      <w:proofErr w:type="spellEnd"/>
      <w:r>
        <w:t xml:space="preserve"> </w:t>
      </w:r>
      <w:proofErr w:type="spellStart"/>
      <w:r>
        <w:t>veřejného</w:t>
      </w:r>
      <w:proofErr w:type="spellEnd"/>
      <w:r>
        <w:t xml:space="preserve"> </w:t>
      </w:r>
      <w:proofErr w:type="spellStart"/>
      <w:r>
        <w:t>zdraví</w:t>
      </w:r>
      <w:proofErr w:type="spellEnd"/>
      <w:r>
        <w:t xml:space="preserve"> </w:t>
      </w:r>
      <w:proofErr w:type="spellStart"/>
      <w:r>
        <w:t>vyžaduje</w:t>
      </w:r>
      <w:proofErr w:type="spellEnd"/>
      <w:r>
        <w:t xml:space="preserve"> </w:t>
      </w:r>
      <w:proofErr w:type="spellStart"/>
      <w:r>
        <w:t>doklad</w:t>
      </w:r>
      <w:proofErr w:type="spellEnd"/>
      <w:r>
        <w:t xml:space="preserve"> o </w:t>
      </w:r>
      <w:proofErr w:type="spellStart"/>
      <w:r>
        <w:t>pravidelném</w:t>
      </w:r>
      <w:proofErr w:type="spellEnd"/>
      <w:r>
        <w:t xml:space="preserve"> </w:t>
      </w:r>
      <w:proofErr w:type="spellStart"/>
      <w:r>
        <w:t>očkování</w:t>
      </w:r>
      <w:proofErr w:type="spellEnd"/>
      <w:r>
        <w:t xml:space="preserve">, </w:t>
      </w:r>
      <w:proofErr w:type="spellStart"/>
      <w:r>
        <w:t>doklad</w:t>
      </w:r>
      <w:proofErr w:type="spellEnd"/>
      <w:r>
        <w:t xml:space="preserve"> o </w:t>
      </w:r>
      <w:proofErr w:type="spellStart"/>
      <w:r>
        <w:t>imunitě</w:t>
      </w:r>
      <w:proofErr w:type="spellEnd"/>
      <w:r>
        <w:t xml:space="preserve"> </w:t>
      </w:r>
      <w:proofErr w:type="spellStart"/>
      <w:r>
        <w:t>proti</w:t>
      </w:r>
      <w:proofErr w:type="spellEnd"/>
      <w:r>
        <w:t xml:space="preserve"> </w:t>
      </w:r>
      <w:proofErr w:type="spellStart"/>
      <w:r>
        <w:t>nákaze</w:t>
      </w:r>
      <w:proofErr w:type="spellEnd"/>
      <w:r>
        <w:t xml:space="preserve"> </w:t>
      </w:r>
      <w:proofErr w:type="spellStart"/>
      <w:r>
        <w:t>nebo</w:t>
      </w:r>
      <w:proofErr w:type="spellEnd"/>
      <w:r>
        <w:t xml:space="preserve"> </w:t>
      </w:r>
      <w:proofErr w:type="spellStart"/>
      <w:r>
        <w:t>doklad</w:t>
      </w:r>
      <w:proofErr w:type="spellEnd"/>
      <w:r>
        <w:t xml:space="preserve"> o </w:t>
      </w:r>
      <w:proofErr w:type="spellStart"/>
      <w:r>
        <w:t>trvalé</w:t>
      </w:r>
      <w:proofErr w:type="spellEnd"/>
      <w:r>
        <w:t xml:space="preserve"> </w:t>
      </w:r>
      <w:proofErr w:type="spellStart"/>
      <w:r>
        <w:t>kontraindikaci</w:t>
      </w:r>
      <w:proofErr w:type="spellEnd"/>
      <w:r>
        <w:t xml:space="preserve"> </w:t>
      </w:r>
      <w:proofErr w:type="spellStart"/>
      <w:r>
        <w:t>očkování</w:t>
      </w:r>
      <w:proofErr w:type="spellEnd"/>
      <w:r>
        <w:t xml:space="preserve">. Tato </w:t>
      </w:r>
      <w:proofErr w:type="spellStart"/>
      <w:r>
        <w:t>podmínka</w:t>
      </w:r>
      <w:proofErr w:type="spellEnd"/>
      <w:r>
        <w:t xml:space="preserve"> se </w:t>
      </w:r>
      <w:proofErr w:type="spellStart"/>
      <w:r>
        <w:t>neuplatní</w:t>
      </w:r>
      <w:proofErr w:type="spellEnd"/>
      <w:r>
        <w:t xml:space="preserve"> u </w:t>
      </w:r>
      <w:proofErr w:type="spellStart"/>
      <w:r>
        <w:t>dítěte</w:t>
      </w:r>
      <w:proofErr w:type="spellEnd"/>
      <w:r>
        <w:t xml:space="preserve">, pro </w:t>
      </w:r>
      <w:proofErr w:type="spellStart"/>
      <w:r>
        <w:t>které</w:t>
      </w:r>
      <w:proofErr w:type="spellEnd"/>
      <w:r>
        <w:t xml:space="preserve"> je </w:t>
      </w:r>
      <w:proofErr w:type="spellStart"/>
      <w:r>
        <w:t>předškolní</w:t>
      </w:r>
      <w:proofErr w:type="spellEnd"/>
      <w:r>
        <w:t xml:space="preserve"> </w:t>
      </w:r>
      <w:proofErr w:type="spellStart"/>
      <w:r>
        <w:t>vzdělávání</w:t>
      </w:r>
      <w:proofErr w:type="spellEnd"/>
      <w:r>
        <w:t xml:space="preserve"> </w:t>
      </w:r>
      <w:proofErr w:type="spellStart"/>
      <w:r>
        <w:t>povinné</w:t>
      </w:r>
      <w:proofErr w:type="spellEnd"/>
      <w:r>
        <w:t>.</w:t>
      </w:r>
    </w:p>
    <w:p w14:paraId="41BBF2A9" w14:textId="77777777" w:rsidR="00CB3864" w:rsidRDefault="0074127D">
      <w:pPr>
        <w:pStyle w:val="Nadpis2"/>
      </w:pPr>
      <w:proofErr w:type="spellStart"/>
      <w:r>
        <w:rPr>
          <w:rFonts w:ascii="Arial" w:hAnsi="Arial"/>
          <w:b w:val="0"/>
        </w:rPr>
        <w:t>Povinné</w:t>
      </w:r>
      <w:proofErr w:type="spellEnd"/>
      <w:r>
        <w:rPr>
          <w:rFonts w:ascii="Arial" w:hAnsi="Arial"/>
          <w:b w:val="0"/>
        </w:rPr>
        <w:t xml:space="preserve"> </w:t>
      </w:r>
      <w:proofErr w:type="spellStart"/>
      <w:r>
        <w:rPr>
          <w:rFonts w:ascii="Arial" w:hAnsi="Arial"/>
          <w:b w:val="0"/>
        </w:rPr>
        <w:t>předškolní</w:t>
      </w:r>
      <w:proofErr w:type="spellEnd"/>
      <w:r>
        <w:rPr>
          <w:rFonts w:ascii="Arial" w:hAnsi="Arial"/>
          <w:b w:val="0"/>
        </w:rPr>
        <w:t xml:space="preserve"> </w:t>
      </w:r>
      <w:proofErr w:type="spellStart"/>
      <w:r>
        <w:rPr>
          <w:rFonts w:ascii="Arial" w:hAnsi="Arial"/>
          <w:b w:val="0"/>
        </w:rPr>
        <w:t>vzdělávání</w:t>
      </w:r>
      <w:proofErr w:type="spellEnd"/>
    </w:p>
    <w:p w14:paraId="62591210" w14:textId="77777777" w:rsidR="00CB3864" w:rsidRDefault="0074127D" w:rsidP="00351F0A">
      <w:pPr>
        <w:jc w:val="both"/>
      </w:pPr>
      <w:proofErr w:type="spellStart"/>
      <w:r>
        <w:t>Povinné</w:t>
      </w:r>
      <w:proofErr w:type="spellEnd"/>
      <w:r>
        <w:t xml:space="preserve"> </w:t>
      </w:r>
      <w:proofErr w:type="spellStart"/>
      <w:r>
        <w:t>předškolní</w:t>
      </w:r>
      <w:proofErr w:type="spellEnd"/>
      <w:r>
        <w:t xml:space="preserve"> </w:t>
      </w:r>
      <w:proofErr w:type="spellStart"/>
      <w:r>
        <w:t>vzdělávání</w:t>
      </w:r>
      <w:proofErr w:type="spellEnd"/>
      <w:r>
        <w:t xml:space="preserve"> se </w:t>
      </w:r>
      <w:proofErr w:type="spellStart"/>
      <w:r>
        <w:t>vztahuje</w:t>
      </w:r>
      <w:proofErr w:type="spellEnd"/>
      <w:r>
        <w:t xml:space="preserve"> </w:t>
      </w:r>
      <w:proofErr w:type="spellStart"/>
      <w:r>
        <w:t>na</w:t>
      </w:r>
      <w:proofErr w:type="spellEnd"/>
      <w:r>
        <w:t xml:space="preserve"> </w:t>
      </w:r>
      <w:proofErr w:type="spellStart"/>
      <w:r>
        <w:t>děti</w:t>
      </w:r>
      <w:proofErr w:type="spellEnd"/>
      <w:r>
        <w:t xml:space="preserve">, </w:t>
      </w:r>
      <w:proofErr w:type="spellStart"/>
      <w:r>
        <w:t>které</w:t>
      </w:r>
      <w:proofErr w:type="spellEnd"/>
      <w:r>
        <w:t xml:space="preserve"> </w:t>
      </w:r>
      <w:proofErr w:type="spellStart"/>
      <w:r>
        <w:t>dosáhnou</w:t>
      </w:r>
      <w:proofErr w:type="spellEnd"/>
      <w:r>
        <w:t xml:space="preserve"> </w:t>
      </w:r>
      <w:proofErr w:type="spellStart"/>
      <w:r>
        <w:t>pěti</w:t>
      </w:r>
      <w:proofErr w:type="spellEnd"/>
      <w:r>
        <w:t xml:space="preserve"> let </w:t>
      </w:r>
      <w:proofErr w:type="spellStart"/>
      <w:r>
        <w:t>věku</w:t>
      </w:r>
      <w:proofErr w:type="spellEnd"/>
      <w:r>
        <w:t xml:space="preserve"> do 31. </w:t>
      </w:r>
      <w:proofErr w:type="spellStart"/>
      <w:r>
        <w:t>srpna</w:t>
      </w:r>
      <w:proofErr w:type="spellEnd"/>
      <w:r>
        <w:t xml:space="preserve"> </w:t>
      </w:r>
      <w:proofErr w:type="spellStart"/>
      <w:r>
        <w:t>daného</w:t>
      </w:r>
      <w:proofErr w:type="spellEnd"/>
      <w:r>
        <w:t xml:space="preserve"> </w:t>
      </w:r>
      <w:proofErr w:type="spellStart"/>
      <w:r>
        <w:t>kalendářního</w:t>
      </w:r>
      <w:proofErr w:type="spellEnd"/>
      <w:r>
        <w:t xml:space="preserve"> </w:t>
      </w:r>
      <w:proofErr w:type="spellStart"/>
      <w:r>
        <w:t>roku</w:t>
      </w:r>
      <w:proofErr w:type="spellEnd"/>
      <w:r>
        <w:t xml:space="preserve">, a </w:t>
      </w:r>
      <w:proofErr w:type="spellStart"/>
      <w:r>
        <w:t>začíná</w:t>
      </w:r>
      <w:proofErr w:type="spellEnd"/>
      <w:r>
        <w:t xml:space="preserve"> od </w:t>
      </w:r>
      <w:proofErr w:type="spellStart"/>
      <w:r>
        <w:t>počátku</w:t>
      </w:r>
      <w:proofErr w:type="spellEnd"/>
      <w:r>
        <w:t xml:space="preserve"> </w:t>
      </w:r>
      <w:proofErr w:type="spellStart"/>
      <w:r>
        <w:t>následujícího</w:t>
      </w:r>
      <w:proofErr w:type="spellEnd"/>
      <w:r>
        <w:t xml:space="preserve"> </w:t>
      </w:r>
      <w:proofErr w:type="spellStart"/>
      <w:r>
        <w:t>školního</w:t>
      </w:r>
      <w:proofErr w:type="spellEnd"/>
      <w:r>
        <w:t xml:space="preserve"> </w:t>
      </w:r>
      <w:proofErr w:type="spellStart"/>
      <w:r>
        <w:t>roku</w:t>
      </w:r>
      <w:proofErr w:type="spellEnd"/>
      <w:r>
        <w:t xml:space="preserve">. </w:t>
      </w:r>
      <w:proofErr w:type="spellStart"/>
      <w:r>
        <w:t>Povinnost</w:t>
      </w:r>
      <w:proofErr w:type="spellEnd"/>
      <w:r>
        <w:t xml:space="preserve"> se </w:t>
      </w:r>
      <w:proofErr w:type="spellStart"/>
      <w:r>
        <w:t>nevztahuje</w:t>
      </w:r>
      <w:proofErr w:type="spellEnd"/>
      <w:r>
        <w:t xml:space="preserve"> </w:t>
      </w:r>
      <w:proofErr w:type="spellStart"/>
      <w:r>
        <w:t>na</w:t>
      </w:r>
      <w:proofErr w:type="spellEnd"/>
      <w:r>
        <w:t xml:space="preserve"> </w:t>
      </w:r>
      <w:proofErr w:type="spellStart"/>
      <w:r>
        <w:t>děti</w:t>
      </w:r>
      <w:proofErr w:type="spellEnd"/>
      <w:r>
        <w:t xml:space="preserve"> s </w:t>
      </w:r>
      <w:proofErr w:type="spellStart"/>
      <w:r>
        <w:t>hlubokým</w:t>
      </w:r>
      <w:proofErr w:type="spellEnd"/>
      <w:r>
        <w:t xml:space="preserve"> </w:t>
      </w:r>
      <w:proofErr w:type="spellStart"/>
      <w:r>
        <w:t>mentálním</w:t>
      </w:r>
      <w:proofErr w:type="spellEnd"/>
      <w:r>
        <w:t xml:space="preserve"> </w:t>
      </w:r>
      <w:proofErr w:type="spellStart"/>
      <w:r>
        <w:t>postižením</w:t>
      </w:r>
      <w:proofErr w:type="spellEnd"/>
      <w:r>
        <w:t xml:space="preserve">. </w:t>
      </w:r>
      <w:proofErr w:type="spellStart"/>
      <w:r>
        <w:t>Povinné</w:t>
      </w:r>
      <w:proofErr w:type="spellEnd"/>
      <w:r>
        <w:t xml:space="preserve"> </w:t>
      </w:r>
      <w:proofErr w:type="spellStart"/>
      <w:r>
        <w:t>předškolní</w:t>
      </w:r>
      <w:proofErr w:type="spellEnd"/>
      <w:r>
        <w:t xml:space="preserve"> </w:t>
      </w:r>
      <w:proofErr w:type="spellStart"/>
      <w:r>
        <w:t>vzdělávání</w:t>
      </w:r>
      <w:proofErr w:type="spellEnd"/>
      <w:r>
        <w:t xml:space="preserve"> se </w:t>
      </w:r>
      <w:proofErr w:type="spellStart"/>
      <w:r>
        <w:t>plní</w:t>
      </w:r>
      <w:proofErr w:type="spellEnd"/>
      <w:r>
        <w:t xml:space="preserve"> </w:t>
      </w:r>
      <w:proofErr w:type="spellStart"/>
      <w:r>
        <w:t>formou</w:t>
      </w:r>
      <w:proofErr w:type="spellEnd"/>
      <w:r>
        <w:t xml:space="preserve"> </w:t>
      </w:r>
      <w:proofErr w:type="spellStart"/>
      <w:r>
        <w:t>pravidelné</w:t>
      </w:r>
      <w:proofErr w:type="spellEnd"/>
      <w:r>
        <w:t xml:space="preserve"> </w:t>
      </w:r>
      <w:proofErr w:type="spellStart"/>
      <w:r>
        <w:t>denní</w:t>
      </w:r>
      <w:proofErr w:type="spellEnd"/>
      <w:r>
        <w:t xml:space="preserve"> </w:t>
      </w:r>
      <w:proofErr w:type="spellStart"/>
      <w:r>
        <w:t>docházky</w:t>
      </w:r>
      <w:proofErr w:type="spellEnd"/>
      <w:r>
        <w:t xml:space="preserve"> v </w:t>
      </w:r>
      <w:proofErr w:type="spellStart"/>
      <w:r>
        <w:t>pracovních</w:t>
      </w:r>
      <w:proofErr w:type="spellEnd"/>
      <w:r>
        <w:t xml:space="preserve"> </w:t>
      </w:r>
      <w:proofErr w:type="spellStart"/>
      <w:r>
        <w:t>dnech</w:t>
      </w:r>
      <w:proofErr w:type="spellEnd"/>
      <w:r>
        <w:t xml:space="preserve"> v </w:t>
      </w:r>
      <w:proofErr w:type="spellStart"/>
      <w:r>
        <w:t>rozsahu</w:t>
      </w:r>
      <w:proofErr w:type="spellEnd"/>
      <w:r>
        <w:t xml:space="preserve"> 4 </w:t>
      </w:r>
      <w:proofErr w:type="spellStart"/>
      <w:r>
        <w:t>hodin</w:t>
      </w:r>
      <w:proofErr w:type="spellEnd"/>
      <w:r>
        <w:t xml:space="preserve"> </w:t>
      </w:r>
      <w:proofErr w:type="spellStart"/>
      <w:r>
        <w:t>denně</w:t>
      </w:r>
      <w:proofErr w:type="spellEnd"/>
      <w:r>
        <w:t xml:space="preserve">, v </w:t>
      </w:r>
      <w:proofErr w:type="spellStart"/>
      <w:r>
        <w:t>této</w:t>
      </w:r>
      <w:proofErr w:type="spellEnd"/>
      <w:r>
        <w:t xml:space="preserve"> </w:t>
      </w:r>
      <w:proofErr w:type="spellStart"/>
      <w:r>
        <w:t>mateřské</w:t>
      </w:r>
      <w:proofErr w:type="spellEnd"/>
      <w:r>
        <w:t xml:space="preserve"> </w:t>
      </w:r>
      <w:proofErr w:type="spellStart"/>
      <w:r>
        <w:t>škole</w:t>
      </w:r>
      <w:proofErr w:type="spellEnd"/>
      <w:r>
        <w:t xml:space="preserve"> </w:t>
      </w:r>
      <w:proofErr w:type="spellStart"/>
      <w:r>
        <w:t>zpravidla</w:t>
      </w:r>
      <w:proofErr w:type="spellEnd"/>
      <w:r>
        <w:t xml:space="preserve"> od 8:00 do 12:00 </w:t>
      </w:r>
      <w:proofErr w:type="spellStart"/>
      <w:r>
        <w:t>hodin</w:t>
      </w:r>
      <w:proofErr w:type="spellEnd"/>
      <w:r>
        <w:t xml:space="preserve">. </w:t>
      </w:r>
      <w:proofErr w:type="spellStart"/>
      <w:r>
        <w:t>Povinnost</w:t>
      </w:r>
      <w:proofErr w:type="spellEnd"/>
      <w:r>
        <w:t xml:space="preserve"> </w:t>
      </w:r>
      <w:proofErr w:type="spellStart"/>
      <w:r>
        <w:t>neplatí</w:t>
      </w:r>
      <w:proofErr w:type="spellEnd"/>
      <w:r>
        <w:t xml:space="preserve"> </w:t>
      </w:r>
      <w:proofErr w:type="spellStart"/>
      <w:r>
        <w:t>ve</w:t>
      </w:r>
      <w:proofErr w:type="spellEnd"/>
      <w:r>
        <w:t xml:space="preserve"> </w:t>
      </w:r>
      <w:proofErr w:type="spellStart"/>
      <w:r>
        <w:t>dnech</w:t>
      </w:r>
      <w:proofErr w:type="spellEnd"/>
      <w:r>
        <w:t xml:space="preserve"> </w:t>
      </w:r>
      <w:proofErr w:type="spellStart"/>
      <w:r>
        <w:t>školních</w:t>
      </w:r>
      <w:proofErr w:type="spellEnd"/>
      <w:r>
        <w:t xml:space="preserve"> </w:t>
      </w:r>
      <w:proofErr w:type="spellStart"/>
      <w:r>
        <w:t>prázdnin</w:t>
      </w:r>
      <w:proofErr w:type="spellEnd"/>
      <w:r>
        <w:t xml:space="preserve"> </w:t>
      </w:r>
      <w:proofErr w:type="spellStart"/>
      <w:r>
        <w:t>stanovených</w:t>
      </w:r>
      <w:proofErr w:type="spellEnd"/>
      <w:r>
        <w:t xml:space="preserve"> pro </w:t>
      </w:r>
      <w:proofErr w:type="spellStart"/>
      <w:r>
        <w:t>základní</w:t>
      </w:r>
      <w:proofErr w:type="spellEnd"/>
      <w:r>
        <w:t xml:space="preserve"> </w:t>
      </w:r>
      <w:proofErr w:type="spellStart"/>
      <w:r>
        <w:t>školy</w:t>
      </w:r>
      <w:proofErr w:type="spellEnd"/>
      <w:r>
        <w:t xml:space="preserve">, </w:t>
      </w:r>
      <w:proofErr w:type="spellStart"/>
      <w:r>
        <w:t>právo</w:t>
      </w:r>
      <w:proofErr w:type="spellEnd"/>
      <w:r>
        <w:t xml:space="preserve"> </w:t>
      </w:r>
      <w:proofErr w:type="spellStart"/>
      <w:r>
        <w:t>dítěte</w:t>
      </w:r>
      <w:proofErr w:type="spellEnd"/>
      <w:r>
        <w:t xml:space="preserve"> </w:t>
      </w:r>
      <w:proofErr w:type="spellStart"/>
      <w:r>
        <w:t>navštěvovat</w:t>
      </w:r>
      <w:proofErr w:type="spellEnd"/>
      <w:r>
        <w:t xml:space="preserve"> </w:t>
      </w:r>
      <w:proofErr w:type="spellStart"/>
      <w:r>
        <w:t>mateřskou</w:t>
      </w:r>
      <w:proofErr w:type="spellEnd"/>
      <w:r>
        <w:t xml:space="preserve"> </w:t>
      </w:r>
      <w:proofErr w:type="spellStart"/>
      <w:r>
        <w:t>školu</w:t>
      </w:r>
      <w:proofErr w:type="spellEnd"/>
      <w:r>
        <w:t xml:space="preserve"> po </w:t>
      </w:r>
      <w:proofErr w:type="spellStart"/>
      <w:r>
        <w:t>celou</w:t>
      </w:r>
      <w:proofErr w:type="spellEnd"/>
      <w:r>
        <w:t xml:space="preserve"> </w:t>
      </w:r>
      <w:proofErr w:type="spellStart"/>
      <w:r>
        <w:t>dobu</w:t>
      </w:r>
      <w:proofErr w:type="spellEnd"/>
      <w:r>
        <w:t xml:space="preserve"> </w:t>
      </w:r>
      <w:proofErr w:type="spellStart"/>
      <w:r>
        <w:t>provozu</w:t>
      </w:r>
      <w:proofErr w:type="spellEnd"/>
      <w:r>
        <w:t xml:space="preserve"> </w:t>
      </w:r>
      <w:proofErr w:type="spellStart"/>
      <w:r>
        <w:t>tím</w:t>
      </w:r>
      <w:proofErr w:type="spellEnd"/>
      <w:r>
        <w:t xml:space="preserve"> </w:t>
      </w:r>
      <w:proofErr w:type="spellStart"/>
      <w:r>
        <w:t>není</w:t>
      </w:r>
      <w:proofErr w:type="spellEnd"/>
      <w:r>
        <w:t xml:space="preserve"> </w:t>
      </w:r>
      <w:proofErr w:type="spellStart"/>
      <w:r>
        <w:t>dotčeno</w:t>
      </w:r>
      <w:proofErr w:type="spellEnd"/>
      <w:r>
        <w:t>.</w:t>
      </w:r>
    </w:p>
    <w:p w14:paraId="2C5C9CCE" w14:textId="77777777" w:rsidR="000F1524" w:rsidRDefault="000F1524">
      <w:pPr>
        <w:pStyle w:val="Normln1"/>
        <w:jc w:val="both"/>
      </w:pPr>
      <w:proofErr w:type="spellStart"/>
      <w:r>
        <w:rPr>
          <w:lang w:val="en-US"/>
        </w:rPr>
        <w:t>Pokud</w:t>
      </w:r>
      <w:proofErr w:type="spellEnd"/>
      <w:r>
        <w:rPr>
          <w:lang w:val="en-US"/>
        </w:rPr>
        <w:t xml:space="preserve"> </w:t>
      </w:r>
      <w:proofErr w:type="spellStart"/>
      <w:r>
        <w:rPr>
          <w:lang w:val="en-US"/>
        </w:rPr>
        <w:t>dítě</w:t>
      </w:r>
      <w:proofErr w:type="spellEnd"/>
      <w:r>
        <w:rPr>
          <w:lang w:val="en-US"/>
        </w:rPr>
        <w:t xml:space="preserve"> v </w:t>
      </w:r>
      <w:proofErr w:type="spellStart"/>
      <w:r>
        <w:rPr>
          <w:lang w:val="en-US"/>
        </w:rPr>
        <w:t>povinném</w:t>
      </w:r>
      <w:proofErr w:type="spellEnd"/>
      <w:r>
        <w:rPr>
          <w:lang w:val="en-US"/>
        </w:rPr>
        <w:t xml:space="preserve"> </w:t>
      </w:r>
      <w:proofErr w:type="spellStart"/>
      <w:r>
        <w:rPr>
          <w:lang w:val="en-US"/>
        </w:rPr>
        <w:t>předškolním</w:t>
      </w:r>
      <w:proofErr w:type="spellEnd"/>
      <w:r>
        <w:rPr>
          <w:lang w:val="en-US"/>
        </w:rPr>
        <w:t xml:space="preserve"> </w:t>
      </w:r>
      <w:proofErr w:type="spellStart"/>
      <w:r>
        <w:rPr>
          <w:lang w:val="en-US"/>
        </w:rPr>
        <w:t>vzdělávání</w:t>
      </w:r>
      <w:proofErr w:type="spellEnd"/>
      <w:r>
        <w:rPr>
          <w:lang w:val="en-US"/>
        </w:rPr>
        <w:t xml:space="preserve"> </w:t>
      </w:r>
      <w:proofErr w:type="spellStart"/>
      <w:r>
        <w:rPr>
          <w:lang w:val="en-US"/>
        </w:rPr>
        <w:t>plní</w:t>
      </w:r>
      <w:proofErr w:type="spellEnd"/>
      <w:r>
        <w:rPr>
          <w:lang w:val="en-US"/>
        </w:rPr>
        <w:t xml:space="preserve"> </w:t>
      </w:r>
      <w:proofErr w:type="spellStart"/>
      <w:r>
        <w:rPr>
          <w:lang w:val="en-US"/>
        </w:rPr>
        <w:t>docházku</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dvou</w:t>
      </w:r>
      <w:proofErr w:type="spellEnd"/>
      <w:r>
        <w:rPr>
          <w:lang w:val="en-US"/>
        </w:rPr>
        <w:t xml:space="preserve"> </w:t>
      </w:r>
      <w:proofErr w:type="spellStart"/>
      <w:r>
        <w:rPr>
          <w:lang w:val="en-US"/>
        </w:rPr>
        <w:t>mateřských</w:t>
      </w:r>
      <w:proofErr w:type="spellEnd"/>
      <w:r>
        <w:rPr>
          <w:lang w:val="en-US"/>
        </w:rPr>
        <w:t xml:space="preserve"> </w:t>
      </w:r>
      <w:proofErr w:type="spellStart"/>
      <w:r>
        <w:rPr>
          <w:lang w:val="en-US"/>
        </w:rPr>
        <w:t>školách</w:t>
      </w:r>
      <w:proofErr w:type="spellEnd"/>
      <w:r>
        <w:rPr>
          <w:lang w:val="en-US"/>
        </w:rPr>
        <w:t xml:space="preserve">, </w:t>
      </w:r>
      <w:proofErr w:type="spellStart"/>
      <w:r>
        <w:rPr>
          <w:lang w:val="en-US"/>
        </w:rPr>
        <w:t>zejména</w:t>
      </w:r>
      <w:proofErr w:type="spellEnd"/>
      <w:r>
        <w:rPr>
          <w:lang w:val="en-US"/>
        </w:rPr>
        <w:t xml:space="preserve"> v </w:t>
      </w:r>
      <w:proofErr w:type="spellStart"/>
      <w:r>
        <w:rPr>
          <w:lang w:val="en-US"/>
        </w:rPr>
        <w:t>souvislosti</w:t>
      </w:r>
      <w:proofErr w:type="spellEnd"/>
      <w:r>
        <w:rPr>
          <w:lang w:val="en-US"/>
        </w:rPr>
        <w:t xml:space="preserve"> s </w:t>
      </w:r>
      <w:proofErr w:type="spellStart"/>
      <w:r>
        <w:rPr>
          <w:lang w:val="en-US"/>
        </w:rPr>
        <w:t>péčí</w:t>
      </w:r>
      <w:proofErr w:type="spellEnd"/>
      <w:r>
        <w:rPr>
          <w:lang w:val="en-US"/>
        </w:rPr>
        <w:t xml:space="preserve"> </w:t>
      </w:r>
      <w:proofErr w:type="spellStart"/>
      <w:r>
        <w:rPr>
          <w:lang w:val="en-US"/>
        </w:rPr>
        <w:t>obou</w:t>
      </w:r>
      <w:proofErr w:type="spellEnd"/>
      <w:r>
        <w:rPr>
          <w:lang w:val="en-US"/>
        </w:rPr>
        <w:t xml:space="preserve"> </w:t>
      </w:r>
      <w:proofErr w:type="spellStart"/>
      <w:r>
        <w:rPr>
          <w:lang w:val="en-US"/>
        </w:rPr>
        <w:t>rodičů</w:t>
      </w:r>
      <w:proofErr w:type="spellEnd"/>
      <w:r>
        <w:rPr>
          <w:lang w:val="en-US"/>
        </w:rPr>
        <w:t xml:space="preserve">, </w:t>
      </w:r>
      <w:proofErr w:type="spellStart"/>
      <w:r>
        <w:rPr>
          <w:lang w:val="en-US"/>
        </w:rPr>
        <w:t>zákonní</w:t>
      </w:r>
      <w:proofErr w:type="spellEnd"/>
      <w:r>
        <w:rPr>
          <w:lang w:val="en-US"/>
        </w:rPr>
        <w:t xml:space="preserve"> </w:t>
      </w:r>
      <w:proofErr w:type="spellStart"/>
      <w:r>
        <w:rPr>
          <w:lang w:val="en-US"/>
        </w:rPr>
        <w:t>zástupci</w:t>
      </w:r>
      <w:proofErr w:type="spellEnd"/>
      <w:r>
        <w:rPr>
          <w:lang w:val="en-US"/>
        </w:rPr>
        <w:t xml:space="preserve"> </w:t>
      </w:r>
      <w:proofErr w:type="spellStart"/>
      <w:r>
        <w:rPr>
          <w:lang w:val="en-US"/>
        </w:rPr>
        <w:t>tuto</w:t>
      </w:r>
      <w:proofErr w:type="spellEnd"/>
      <w:r>
        <w:rPr>
          <w:lang w:val="en-US"/>
        </w:rPr>
        <w:t xml:space="preserve"> </w:t>
      </w:r>
      <w:proofErr w:type="spellStart"/>
      <w:r>
        <w:rPr>
          <w:lang w:val="en-US"/>
        </w:rPr>
        <w:t>skutečnost</w:t>
      </w:r>
      <w:proofErr w:type="spellEnd"/>
      <w:r>
        <w:rPr>
          <w:lang w:val="en-US"/>
        </w:rPr>
        <w:t xml:space="preserve"> </w:t>
      </w:r>
      <w:proofErr w:type="spellStart"/>
      <w:r>
        <w:rPr>
          <w:lang w:val="en-US"/>
        </w:rPr>
        <w:t>škole</w:t>
      </w:r>
      <w:proofErr w:type="spellEnd"/>
      <w:r>
        <w:rPr>
          <w:lang w:val="en-US"/>
        </w:rPr>
        <w:t xml:space="preserve"> </w:t>
      </w:r>
      <w:proofErr w:type="spellStart"/>
      <w:r>
        <w:rPr>
          <w:lang w:val="en-US"/>
        </w:rPr>
        <w:t>oznámí</w:t>
      </w:r>
      <w:proofErr w:type="spellEnd"/>
      <w:r>
        <w:rPr>
          <w:lang w:val="en-US"/>
        </w:rPr>
        <w:t xml:space="preserve"> bez </w:t>
      </w:r>
      <w:proofErr w:type="spellStart"/>
      <w:r>
        <w:rPr>
          <w:lang w:val="en-US"/>
        </w:rPr>
        <w:t>zbytečného</w:t>
      </w:r>
      <w:proofErr w:type="spellEnd"/>
      <w:r>
        <w:rPr>
          <w:lang w:val="en-US"/>
        </w:rPr>
        <w:t xml:space="preserve"> </w:t>
      </w:r>
      <w:proofErr w:type="spellStart"/>
      <w:r>
        <w:rPr>
          <w:lang w:val="en-US"/>
        </w:rPr>
        <w:t>odkladu</w:t>
      </w:r>
      <w:proofErr w:type="spellEnd"/>
      <w:r>
        <w:rPr>
          <w:lang w:val="en-US"/>
        </w:rPr>
        <w:t xml:space="preserve">. </w:t>
      </w:r>
      <w:proofErr w:type="spellStart"/>
      <w:r>
        <w:rPr>
          <w:lang w:val="en-US"/>
        </w:rPr>
        <w:t>Ředitelé</w:t>
      </w:r>
      <w:proofErr w:type="spellEnd"/>
      <w:r>
        <w:rPr>
          <w:lang w:val="en-US"/>
        </w:rPr>
        <w:t xml:space="preserve"> </w:t>
      </w:r>
      <w:proofErr w:type="spellStart"/>
      <w:r>
        <w:rPr>
          <w:lang w:val="en-US"/>
        </w:rPr>
        <w:t>dotčených</w:t>
      </w:r>
      <w:proofErr w:type="spellEnd"/>
      <w:r>
        <w:rPr>
          <w:lang w:val="en-US"/>
        </w:rPr>
        <w:t xml:space="preserve"> </w:t>
      </w:r>
      <w:proofErr w:type="spellStart"/>
      <w:r>
        <w:rPr>
          <w:lang w:val="en-US"/>
        </w:rPr>
        <w:t>mateřských</w:t>
      </w:r>
      <w:proofErr w:type="spellEnd"/>
      <w:r>
        <w:rPr>
          <w:lang w:val="en-US"/>
        </w:rPr>
        <w:t xml:space="preserve"> </w:t>
      </w:r>
      <w:proofErr w:type="spellStart"/>
      <w:r>
        <w:rPr>
          <w:lang w:val="en-US"/>
        </w:rPr>
        <w:t>škol</w:t>
      </w:r>
      <w:proofErr w:type="spellEnd"/>
      <w:r>
        <w:rPr>
          <w:lang w:val="en-US"/>
        </w:rPr>
        <w:t xml:space="preserve"> se </w:t>
      </w:r>
      <w:proofErr w:type="spellStart"/>
      <w:r>
        <w:rPr>
          <w:lang w:val="en-US"/>
        </w:rPr>
        <w:t>dohodnou</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pravidlech</w:t>
      </w:r>
      <w:proofErr w:type="spellEnd"/>
      <w:r>
        <w:rPr>
          <w:lang w:val="en-US"/>
        </w:rPr>
        <w:t xml:space="preserve"> </w:t>
      </w:r>
      <w:proofErr w:type="spellStart"/>
      <w:r>
        <w:rPr>
          <w:lang w:val="en-US"/>
        </w:rPr>
        <w:t>spolupráce</w:t>
      </w:r>
      <w:proofErr w:type="spellEnd"/>
      <w:r>
        <w:rPr>
          <w:lang w:val="en-US"/>
        </w:rPr>
        <w:t xml:space="preserve">, </w:t>
      </w:r>
      <w:proofErr w:type="spellStart"/>
      <w:r>
        <w:rPr>
          <w:lang w:val="en-US"/>
        </w:rPr>
        <w:t>zejména</w:t>
      </w:r>
      <w:proofErr w:type="spellEnd"/>
      <w:r>
        <w:rPr>
          <w:lang w:val="en-US"/>
        </w:rPr>
        <w:t xml:space="preserve"> v </w:t>
      </w:r>
      <w:proofErr w:type="spellStart"/>
      <w:r>
        <w:rPr>
          <w:lang w:val="en-US"/>
        </w:rPr>
        <w:t>oblasti</w:t>
      </w:r>
      <w:proofErr w:type="spellEnd"/>
      <w:r>
        <w:rPr>
          <w:lang w:val="en-US"/>
        </w:rPr>
        <w:t xml:space="preserve"> evidence </w:t>
      </w:r>
      <w:proofErr w:type="spellStart"/>
      <w:r>
        <w:rPr>
          <w:lang w:val="en-US"/>
        </w:rPr>
        <w:t>docházky</w:t>
      </w:r>
      <w:proofErr w:type="spellEnd"/>
      <w:r>
        <w:rPr>
          <w:lang w:val="en-US"/>
        </w:rPr>
        <w:t xml:space="preserve">, </w:t>
      </w:r>
      <w:proofErr w:type="spellStart"/>
      <w:r>
        <w:rPr>
          <w:lang w:val="en-US"/>
        </w:rPr>
        <w:t>omlouvání</w:t>
      </w:r>
      <w:proofErr w:type="spellEnd"/>
      <w:r>
        <w:rPr>
          <w:lang w:val="en-US"/>
        </w:rPr>
        <w:t xml:space="preserve"> </w:t>
      </w:r>
      <w:proofErr w:type="spellStart"/>
      <w:r>
        <w:rPr>
          <w:lang w:val="en-US"/>
        </w:rPr>
        <w:t>nepřítomnosti</w:t>
      </w:r>
      <w:proofErr w:type="spellEnd"/>
      <w:r>
        <w:rPr>
          <w:lang w:val="en-US"/>
        </w:rPr>
        <w:t xml:space="preserve">, </w:t>
      </w:r>
      <w:proofErr w:type="spellStart"/>
      <w:r>
        <w:rPr>
          <w:lang w:val="en-US"/>
        </w:rPr>
        <w:t>předávání</w:t>
      </w:r>
      <w:proofErr w:type="spellEnd"/>
      <w:r>
        <w:rPr>
          <w:lang w:val="en-US"/>
        </w:rPr>
        <w:t xml:space="preserve"> </w:t>
      </w:r>
      <w:proofErr w:type="spellStart"/>
      <w:r>
        <w:rPr>
          <w:lang w:val="en-US"/>
        </w:rPr>
        <w:t>nezbytných</w:t>
      </w:r>
      <w:proofErr w:type="spellEnd"/>
      <w:r>
        <w:rPr>
          <w:lang w:val="en-US"/>
        </w:rPr>
        <w:t xml:space="preserve"> </w:t>
      </w:r>
      <w:proofErr w:type="spellStart"/>
      <w:r>
        <w:rPr>
          <w:lang w:val="en-US"/>
        </w:rPr>
        <w:t>informací</w:t>
      </w:r>
      <w:proofErr w:type="spellEnd"/>
      <w:r>
        <w:rPr>
          <w:lang w:val="en-US"/>
        </w:rPr>
        <w:t xml:space="preserve"> a </w:t>
      </w:r>
      <w:proofErr w:type="spellStart"/>
      <w:r>
        <w:rPr>
          <w:lang w:val="en-US"/>
        </w:rPr>
        <w:t>organizace</w:t>
      </w:r>
      <w:proofErr w:type="spellEnd"/>
      <w:r>
        <w:rPr>
          <w:lang w:val="en-US"/>
        </w:rPr>
        <w:t xml:space="preserve"> </w:t>
      </w:r>
      <w:proofErr w:type="spellStart"/>
      <w:r>
        <w:rPr>
          <w:lang w:val="en-US"/>
        </w:rPr>
        <w:t>podpory</w:t>
      </w:r>
      <w:proofErr w:type="spellEnd"/>
      <w:r>
        <w:rPr>
          <w:lang w:val="en-US"/>
        </w:rPr>
        <w:t xml:space="preserve"> </w:t>
      </w:r>
      <w:proofErr w:type="spellStart"/>
      <w:r>
        <w:rPr>
          <w:lang w:val="en-US"/>
        </w:rPr>
        <w:t>dítěte</w:t>
      </w:r>
      <w:proofErr w:type="spellEnd"/>
      <w:r>
        <w:rPr>
          <w:lang w:val="en-US"/>
        </w:rPr>
        <w:t>.</w:t>
      </w:r>
    </w:p>
    <w:p w14:paraId="0E16D365" w14:textId="77777777" w:rsidR="00CB3864" w:rsidRDefault="0074127D">
      <w:pPr>
        <w:pStyle w:val="Nadpis2"/>
      </w:pPr>
      <w:proofErr w:type="spellStart"/>
      <w:r>
        <w:rPr>
          <w:rFonts w:ascii="Arial" w:hAnsi="Arial"/>
          <w:b w:val="0"/>
        </w:rPr>
        <w:t>Omlouvání</w:t>
      </w:r>
      <w:proofErr w:type="spellEnd"/>
      <w:r>
        <w:rPr>
          <w:rFonts w:ascii="Arial" w:hAnsi="Arial"/>
          <w:b w:val="0"/>
        </w:rPr>
        <w:t xml:space="preserve"> </w:t>
      </w:r>
      <w:proofErr w:type="spellStart"/>
      <w:r>
        <w:rPr>
          <w:rFonts w:ascii="Arial" w:hAnsi="Arial"/>
          <w:b w:val="0"/>
        </w:rPr>
        <w:t>nepřítomnosti</w:t>
      </w:r>
      <w:proofErr w:type="spellEnd"/>
      <w:r>
        <w:rPr>
          <w:rFonts w:ascii="Arial" w:hAnsi="Arial"/>
          <w:b w:val="0"/>
        </w:rPr>
        <w:t xml:space="preserve"> </w:t>
      </w:r>
      <w:proofErr w:type="spellStart"/>
      <w:r>
        <w:rPr>
          <w:rFonts w:ascii="Arial" w:hAnsi="Arial"/>
          <w:b w:val="0"/>
        </w:rPr>
        <w:t>dítěte</w:t>
      </w:r>
      <w:proofErr w:type="spellEnd"/>
    </w:p>
    <w:p w14:paraId="1CB88C88" w14:textId="77777777" w:rsidR="00CB3864" w:rsidRDefault="0074127D" w:rsidP="00351F0A">
      <w:pPr>
        <w:pStyle w:val="Seznamsodrkami"/>
        <w:ind w:left="340"/>
        <w:jc w:val="both"/>
      </w:pPr>
      <w:proofErr w:type="spellStart"/>
      <w:r>
        <w:t>Nenadálou</w:t>
      </w:r>
      <w:proofErr w:type="spellEnd"/>
      <w:r>
        <w:t xml:space="preserve"> </w:t>
      </w:r>
      <w:proofErr w:type="spellStart"/>
      <w:r>
        <w:t>nepřítomnost</w:t>
      </w:r>
      <w:proofErr w:type="spellEnd"/>
      <w:r>
        <w:t xml:space="preserve"> </w:t>
      </w:r>
      <w:proofErr w:type="spellStart"/>
      <w:r>
        <w:t>dítěte</w:t>
      </w:r>
      <w:proofErr w:type="spellEnd"/>
      <w:r>
        <w:t xml:space="preserve"> </w:t>
      </w:r>
      <w:proofErr w:type="spellStart"/>
      <w:r>
        <w:t>oznámí</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škole</w:t>
      </w:r>
      <w:proofErr w:type="spellEnd"/>
      <w:r>
        <w:t xml:space="preserve"> </w:t>
      </w:r>
      <w:proofErr w:type="spellStart"/>
      <w:r>
        <w:t>nejpozději</w:t>
      </w:r>
      <w:proofErr w:type="spellEnd"/>
      <w:r>
        <w:t xml:space="preserve"> do 8:00 </w:t>
      </w:r>
      <w:proofErr w:type="spellStart"/>
      <w:r>
        <w:t>hodin</w:t>
      </w:r>
      <w:proofErr w:type="spellEnd"/>
      <w:r>
        <w:t xml:space="preserve"> </w:t>
      </w:r>
      <w:proofErr w:type="spellStart"/>
      <w:r>
        <w:t>daného</w:t>
      </w:r>
      <w:proofErr w:type="spellEnd"/>
      <w:r>
        <w:t xml:space="preserve"> </w:t>
      </w:r>
      <w:proofErr w:type="spellStart"/>
      <w:r>
        <w:t>dne</w:t>
      </w:r>
      <w:proofErr w:type="spellEnd"/>
      <w:r>
        <w:t xml:space="preserve"> </w:t>
      </w:r>
      <w:proofErr w:type="spellStart"/>
      <w:r>
        <w:t>telefonicky</w:t>
      </w:r>
      <w:proofErr w:type="spellEnd"/>
      <w:r>
        <w:t>, SMS, e-</w:t>
      </w:r>
      <w:proofErr w:type="spellStart"/>
      <w:r>
        <w:t>mailem</w:t>
      </w:r>
      <w:proofErr w:type="spellEnd"/>
      <w:r>
        <w:t xml:space="preserve"> </w:t>
      </w:r>
      <w:proofErr w:type="spellStart"/>
      <w:r>
        <w:t>nebo</w:t>
      </w:r>
      <w:proofErr w:type="spellEnd"/>
      <w:r>
        <w:t xml:space="preserve"> </w:t>
      </w:r>
      <w:proofErr w:type="spellStart"/>
      <w:r>
        <w:t>jiným</w:t>
      </w:r>
      <w:proofErr w:type="spellEnd"/>
      <w:r>
        <w:t xml:space="preserve"> </w:t>
      </w:r>
      <w:proofErr w:type="spellStart"/>
      <w:r>
        <w:t>způsobem</w:t>
      </w:r>
      <w:proofErr w:type="spellEnd"/>
      <w:r>
        <w:t xml:space="preserve"> </w:t>
      </w:r>
      <w:proofErr w:type="spellStart"/>
      <w:r>
        <w:t>dohodnutým</w:t>
      </w:r>
      <w:proofErr w:type="spellEnd"/>
      <w:r>
        <w:t xml:space="preserve"> se </w:t>
      </w:r>
      <w:proofErr w:type="spellStart"/>
      <w:r>
        <w:t>třídou</w:t>
      </w:r>
      <w:proofErr w:type="spellEnd"/>
      <w:r>
        <w:t>.</w:t>
      </w:r>
    </w:p>
    <w:p w14:paraId="6EF3F1C7" w14:textId="77777777" w:rsidR="00CB3864" w:rsidRDefault="0074127D" w:rsidP="00351F0A">
      <w:pPr>
        <w:pStyle w:val="Seznamsodrkami"/>
        <w:ind w:left="340"/>
        <w:jc w:val="both"/>
      </w:pPr>
      <w:proofErr w:type="spellStart"/>
      <w:r>
        <w:t>Předem</w:t>
      </w:r>
      <w:proofErr w:type="spellEnd"/>
      <w:r>
        <w:t xml:space="preserve"> </w:t>
      </w:r>
      <w:proofErr w:type="spellStart"/>
      <w:r>
        <w:t>známou</w:t>
      </w:r>
      <w:proofErr w:type="spellEnd"/>
      <w:r>
        <w:t xml:space="preserve"> </w:t>
      </w:r>
      <w:proofErr w:type="spellStart"/>
      <w:r>
        <w:t>nepřítomnost</w:t>
      </w:r>
      <w:proofErr w:type="spellEnd"/>
      <w:r>
        <w:t xml:space="preserve"> </w:t>
      </w:r>
      <w:proofErr w:type="spellStart"/>
      <w:r>
        <w:t>oznámí</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škole</w:t>
      </w:r>
      <w:proofErr w:type="spellEnd"/>
      <w:r>
        <w:t xml:space="preserve"> s </w:t>
      </w:r>
      <w:proofErr w:type="spellStart"/>
      <w:r>
        <w:t>předstihem</w:t>
      </w:r>
      <w:proofErr w:type="spellEnd"/>
      <w:r>
        <w:t>.</w:t>
      </w:r>
    </w:p>
    <w:p w14:paraId="1F8F5E39" w14:textId="77777777" w:rsidR="00CB3864" w:rsidRDefault="0074127D" w:rsidP="00351F0A">
      <w:pPr>
        <w:pStyle w:val="Seznamsodrkami"/>
        <w:ind w:left="340"/>
        <w:jc w:val="both"/>
      </w:pPr>
      <w:r>
        <w:t xml:space="preserve">U </w:t>
      </w:r>
      <w:proofErr w:type="spellStart"/>
      <w:r>
        <w:t>dětí</w:t>
      </w:r>
      <w:proofErr w:type="spellEnd"/>
      <w:r>
        <w:t xml:space="preserve"> </w:t>
      </w:r>
      <w:proofErr w:type="spellStart"/>
      <w:r>
        <w:t>plnících</w:t>
      </w:r>
      <w:proofErr w:type="spellEnd"/>
      <w:r>
        <w:t xml:space="preserve"> </w:t>
      </w:r>
      <w:proofErr w:type="spellStart"/>
      <w:r>
        <w:t>povinné</w:t>
      </w:r>
      <w:proofErr w:type="spellEnd"/>
      <w:r>
        <w:t xml:space="preserve"> </w:t>
      </w:r>
      <w:proofErr w:type="spellStart"/>
      <w:r>
        <w:t>předškolní</w:t>
      </w:r>
      <w:proofErr w:type="spellEnd"/>
      <w:r>
        <w:t xml:space="preserve"> </w:t>
      </w:r>
      <w:proofErr w:type="spellStart"/>
      <w:r>
        <w:t>vzdělávání</w:t>
      </w:r>
      <w:proofErr w:type="spellEnd"/>
      <w:r>
        <w:t xml:space="preserve"> </w:t>
      </w:r>
      <w:proofErr w:type="spellStart"/>
      <w:r>
        <w:t>zapisuje</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omluvu</w:t>
      </w:r>
      <w:proofErr w:type="spellEnd"/>
      <w:r>
        <w:t xml:space="preserve"> do </w:t>
      </w:r>
      <w:proofErr w:type="spellStart"/>
      <w:r>
        <w:t>omluvného</w:t>
      </w:r>
      <w:proofErr w:type="spellEnd"/>
      <w:r>
        <w:t xml:space="preserve"> </w:t>
      </w:r>
      <w:proofErr w:type="spellStart"/>
      <w:r>
        <w:t>listu</w:t>
      </w:r>
      <w:proofErr w:type="spellEnd"/>
      <w:r>
        <w:t xml:space="preserve"> </w:t>
      </w:r>
      <w:proofErr w:type="spellStart"/>
      <w:r>
        <w:t>nebo</w:t>
      </w:r>
      <w:proofErr w:type="spellEnd"/>
      <w:r>
        <w:t xml:space="preserve"> do </w:t>
      </w:r>
      <w:proofErr w:type="spellStart"/>
      <w:r>
        <w:t>jiného</w:t>
      </w:r>
      <w:proofErr w:type="spellEnd"/>
      <w:r>
        <w:t xml:space="preserve"> </w:t>
      </w:r>
      <w:proofErr w:type="spellStart"/>
      <w:r>
        <w:t>školou</w:t>
      </w:r>
      <w:proofErr w:type="spellEnd"/>
      <w:r>
        <w:t xml:space="preserve"> </w:t>
      </w:r>
      <w:proofErr w:type="spellStart"/>
      <w:r>
        <w:t>určeného</w:t>
      </w:r>
      <w:proofErr w:type="spellEnd"/>
      <w:r>
        <w:t xml:space="preserve"> </w:t>
      </w:r>
      <w:proofErr w:type="spellStart"/>
      <w:r>
        <w:t>systému</w:t>
      </w:r>
      <w:proofErr w:type="spellEnd"/>
      <w:r>
        <w:t>.</w:t>
      </w:r>
    </w:p>
    <w:p w14:paraId="5A1E7F28" w14:textId="7974A177" w:rsidR="00CB3864" w:rsidRDefault="0074127D" w:rsidP="00351F0A">
      <w:pPr>
        <w:pStyle w:val="Seznamsodrkami"/>
        <w:ind w:left="340"/>
        <w:jc w:val="both"/>
      </w:pPr>
      <w:proofErr w:type="spellStart"/>
      <w:r>
        <w:lastRenderedPageBreak/>
        <w:t>Ředitel</w:t>
      </w:r>
      <w:proofErr w:type="spellEnd"/>
      <w:r>
        <w:t xml:space="preserve"> </w:t>
      </w:r>
      <w:proofErr w:type="spellStart"/>
      <w:r>
        <w:t>školy</w:t>
      </w:r>
      <w:proofErr w:type="spellEnd"/>
      <w:r w:rsidR="000B18F6">
        <w:t xml:space="preserve">, </w:t>
      </w:r>
      <w:proofErr w:type="spellStart"/>
      <w:r w:rsidR="000B18F6">
        <w:t>nebo</w:t>
      </w:r>
      <w:proofErr w:type="spellEnd"/>
      <w:r w:rsidR="000B18F6">
        <w:t xml:space="preserve"> </w:t>
      </w:r>
      <w:proofErr w:type="spellStart"/>
      <w:r w:rsidR="000B18F6">
        <w:t>zástupkyně</w:t>
      </w:r>
      <w:proofErr w:type="spellEnd"/>
      <w:r w:rsidR="000B18F6">
        <w:t xml:space="preserve"> </w:t>
      </w:r>
      <w:proofErr w:type="spellStart"/>
      <w:r w:rsidR="000B18F6">
        <w:t>ředitele</w:t>
      </w:r>
      <w:proofErr w:type="spellEnd"/>
      <w:r w:rsidR="000B18F6">
        <w:t xml:space="preserve"> </w:t>
      </w:r>
      <w:proofErr w:type="spellStart"/>
      <w:r w:rsidR="000B18F6">
        <w:t>školy</w:t>
      </w:r>
      <w:proofErr w:type="spellEnd"/>
      <w:r w:rsidR="000B18F6">
        <w:t xml:space="preserve">, </w:t>
      </w:r>
      <w:proofErr w:type="spellStart"/>
      <w:r w:rsidR="000B18F6">
        <w:t>nebo</w:t>
      </w:r>
      <w:proofErr w:type="spellEnd"/>
      <w:r w:rsidR="000B18F6">
        <w:t xml:space="preserve"> </w:t>
      </w:r>
      <w:proofErr w:type="spellStart"/>
      <w:r w:rsidR="000B18F6">
        <w:t>pověřená</w:t>
      </w:r>
      <w:proofErr w:type="spellEnd"/>
      <w:r w:rsidR="000B18F6">
        <w:t xml:space="preserve"> </w:t>
      </w:r>
      <w:proofErr w:type="spellStart"/>
      <w:r w:rsidR="000B18F6">
        <w:t>vedoucí</w:t>
      </w:r>
      <w:proofErr w:type="spellEnd"/>
      <w:r w:rsidR="000B18F6">
        <w:t xml:space="preserve"> </w:t>
      </w:r>
      <w:proofErr w:type="spellStart"/>
      <w:r w:rsidR="000B18F6">
        <w:t>učitelka</w:t>
      </w:r>
      <w:proofErr w:type="spellEnd"/>
      <w:r>
        <w:t xml:space="preserve"> </w:t>
      </w:r>
      <w:proofErr w:type="spellStart"/>
      <w:r>
        <w:t>může</w:t>
      </w:r>
      <w:proofErr w:type="spellEnd"/>
      <w:r>
        <w:t xml:space="preserve"> </w:t>
      </w:r>
      <w:proofErr w:type="spellStart"/>
      <w:r>
        <w:t>požadovat</w:t>
      </w:r>
      <w:proofErr w:type="spellEnd"/>
      <w:r>
        <w:t xml:space="preserve"> </w:t>
      </w:r>
      <w:proofErr w:type="spellStart"/>
      <w:r>
        <w:t>doložení</w:t>
      </w:r>
      <w:proofErr w:type="spellEnd"/>
      <w:r>
        <w:t xml:space="preserve"> </w:t>
      </w:r>
      <w:proofErr w:type="spellStart"/>
      <w:r>
        <w:t>důvodů</w:t>
      </w:r>
      <w:proofErr w:type="spellEnd"/>
      <w:r>
        <w:t xml:space="preserve"> </w:t>
      </w:r>
      <w:proofErr w:type="spellStart"/>
      <w:r>
        <w:t>nepřítomnosti</w:t>
      </w:r>
      <w:proofErr w:type="spellEnd"/>
      <w:r>
        <w:t xml:space="preserve"> </w:t>
      </w:r>
      <w:proofErr w:type="spellStart"/>
      <w:r>
        <w:t>dítěte</w:t>
      </w:r>
      <w:proofErr w:type="spellEnd"/>
      <w:r>
        <w:t xml:space="preserve">; </w:t>
      </w:r>
      <w:proofErr w:type="spellStart"/>
      <w:r>
        <w:t>zákonný</w:t>
      </w:r>
      <w:proofErr w:type="spellEnd"/>
      <w:r>
        <w:t xml:space="preserve"> </w:t>
      </w:r>
      <w:proofErr w:type="spellStart"/>
      <w:r>
        <w:t>zástupce</w:t>
      </w:r>
      <w:proofErr w:type="spellEnd"/>
      <w:r>
        <w:t xml:space="preserve"> je </w:t>
      </w:r>
      <w:proofErr w:type="spellStart"/>
      <w:r>
        <w:t>povinen</w:t>
      </w:r>
      <w:proofErr w:type="spellEnd"/>
      <w:r>
        <w:t xml:space="preserve"> je </w:t>
      </w:r>
      <w:proofErr w:type="spellStart"/>
      <w:r>
        <w:t>doložit</w:t>
      </w:r>
      <w:proofErr w:type="spellEnd"/>
      <w:r>
        <w:t xml:space="preserve"> </w:t>
      </w:r>
      <w:proofErr w:type="spellStart"/>
      <w:r>
        <w:t>nejpozději</w:t>
      </w:r>
      <w:proofErr w:type="spellEnd"/>
      <w:r>
        <w:t xml:space="preserve"> do 3 </w:t>
      </w:r>
      <w:proofErr w:type="spellStart"/>
      <w:r>
        <w:t>dnů</w:t>
      </w:r>
      <w:proofErr w:type="spellEnd"/>
      <w:r>
        <w:t xml:space="preserve"> ode </w:t>
      </w:r>
      <w:proofErr w:type="spellStart"/>
      <w:r>
        <w:t>dne</w:t>
      </w:r>
      <w:proofErr w:type="spellEnd"/>
      <w:r>
        <w:t xml:space="preserve"> </w:t>
      </w:r>
      <w:proofErr w:type="spellStart"/>
      <w:r>
        <w:t>výzvy</w:t>
      </w:r>
      <w:proofErr w:type="spellEnd"/>
      <w:r>
        <w:t>.</w:t>
      </w:r>
    </w:p>
    <w:p w14:paraId="5F010230" w14:textId="77777777" w:rsidR="00CB3864" w:rsidRDefault="0074127D" w:rsidP="00351F0A">
      <w:pPr>
        <w:pStyle w:val="Seznamsodrkami"/>
        <w:ind w:left="340"/>
        <w:jc w:val="both"/>
      </w:pPr>
      <w:proofErr w:type="spellStart"/>
      <w:r>
        <w:t>Neomluvená</w:t>
      </w:r>
      <w:proofErr w:type="spellEnd"/>
      <w:r>
        <w:t xml:space="preserve"> </w:t>
      </w:r>
      <w:proofErr w:type="spellStart"/>
      <w:r>
        <w:t>nebo</w:t>
      </w:r>
      <w:proofErr w:type="spellEnd"/>
      <w:r>
        <w:t xml:space="preserve"> </w:t>
      </w:r>
      <w:proofErr w:type="spellStart"/>
      <w:r>
        <w:t>opakovaně</w:t>
      </w:r>
      <w:proofErr w:type="spellEnd"/>
      <w:r>
        <w:t xml:space="preserve"> </w:t>
      </w:r>
      <w:proofErr w:type="spellStart"/>
      <w:r>
        <w:t>nedostatečně</w:t>
      </w:r>
      <w:proofErr w:type="spellEnd"/>
      <w:r>
        <w:t xml:space="preserve"> </w:t>
      </w:r>
      <w:proofErr w:type="spellStart"/>
      <w:r>
        <w:t>omlouvaná</w:t>
      </w:r>
      <w:proofErr w:type="spellEnd"/>
      <w:r>
        <w:t xml:space="preserve"> absence </w:t>
      </w:r>
      <w:proofErr w:type="spellStart"/>
      <w:r>
        <w:t>dítěte</w:t>
      </w:r>
      <w:proofErr w:type="spellEnd"/>
      <w:r>
        <w:t xml:space="preserve"> v </w:t>
      </w:r>
      <w:proofErr w:type="spellStart"/>
      <w:r>
        <w:t>povinném</w:t>
      </w:r>
      <w:proofErr w:type="spellEnd"/>
      <w:r>
        <w:t xml:space="preserve"> </w:t>
      </w:r>
      <w:proofErr w:type="spellStart"/>
      <w:r>
        <w:t>předškolním</w:t>
      </w:r>
      <w:proofErr w:type="spellEnd"/>
      <w:r>
        <w:t xml:space="preserve"> </w:t>
      </w:r>
      <w:proofErr w:type="spellStart"/>
      <w:r>
        <w:t>vzdělávání</w:t>
      </w:r>
      <w:proofErr w:type="spellEnd"/>
      <w:r>
        <w:t xml:space="preserve"> je </w:t>
      </w:r>
      <w:proofErr w:type="spellStart"/>
      <w:r>
        <w:t>řešena</w:t>
      </w:r>
      <w:proofErr w:type="spellEnd"/>
      <w:r>
        <w:t xml:space="preserve"> </w:t>
      </w:r>
      <w:proofErr w:type="spellStart"/>
      <w:r>
        <w:t>nejprve</w:t>
      </w:r>
      <w:proofErr w:type="spellEnd"/>
      <w:r>
        <w:t xml:space="preserve"> </w:t>
      </w:r>
      <w:proofErr w:type="spellStart"/>
      <w:r>
        <w:t>jednáním</w:t>
      </w:r>
      <w:proofErr w:type="spellEnd"/>
      <w:r>
        <w:t xml:space="preserve"> se </w:t>
      </w:r>
      <w:proofErr w:type="spellStart"/>
      <w:r>
        <w:t>zákonným</w:t>
      </w:r>
      <w:proofErr w:type="spellEnd"/>
      <w:r>
        <w:t xml:space="preserve"> </w:t>
      </w:r>
      <w:proofErr w:type="spellStart"/>
      <w:r>
        <w:t>zástupcem</w:t>
      </w:r>
      <w:proofErr w:type="spellEnd"/>
      <w:r>
        <w:t xml:space="preserve">; </w:t>
      </w:r>
      <w:proofErr w:type="spellStart"/>
      <w:r>
        <w:t>při</w:t>
      </w:r>
      <w:proofErr w:type="spellEnd"/>
      <w:r>
        <w:t xml:space="preserve"> </w:t>
      </w:r>
      <w:proofErr w:type="spellStart"/>
      <w:r>
        <w:t>pokračování</w:t>
      </w:r>
      <w:proofErr w:type="spellEnd"/>
      <w:r>
        <w:t xml:space="preserve"> </w:t>
      </w:r>
      <w:proofErr w:type="spellStart"/>
      <w:r>
        <w:t>může</w:t>
      </w:r>
      <w:proofErr w:type="spellEnd"/>
      <w:r>
        <w:t xml:space="preserve"> </w:t>
      </w:r>
      <w:proofErr w:type="spellStart"/>
      <w:r>
        <w:t>být</w:t>
      </w:r>
      <w:proofErr w:type="spellEnd"/>
      <w:r>
        <w:t xml:space="preserve"> </w:t>
      </w:r>
      <w:proofErr w:type="spellStart"/>
      <w:r>
        <w:t>oznámena</w:t>
      </w:r>
      <w:proofErr w:type="spellEnd"/>
      <w:r>
        <w:t xml:space="preserve"> </w:t>
      </w:r>
      <w:proofErr w:type="spellStart"/>
      <w:r>
        <w:t>orgánu</w:t>
      </w:r>
      <w:proofErr w:type="spellEnd"/>
      <w:r>
        <w:t xml:space="preserve"> </w:t>
      </w:r>
      <w:proofErr w:type="spellStart"/>
      <w:r>
        <w:t>sociálně-právní</w:t>
      </w:r>
      <w:proofErr w:type="spellEnd"/>
      <w:r>
        <w:t xml:space="preserve"> </w:t>
      </w:r>
      <w:proofErr w:type="spellStart"/>
      <w:r>
        <w:t>ochrany</w:t>
      </w:r>
      <w:proofErr w:type="spellEnd"/>
      <w:r>
        <w:t xml:space="preserve"> </w:t>
      </w:r>
      <w:proofErr w:type="spellStart"/>
      <w:r>
        <w:t>dětí</w:t>
      </w:r>
      <w:proofErr w:type="spellEnd"/>
      <w:r>
        <w:t>.</w:t>
      </w:r>
    </w:p>
    <w:p w14:paraId="44BDD16A" w14:textId="77777777" w:rsidR="00CB3864" w:rsidRDefault="0074127D">
      <w:pPr>
        <w:pStyle w:val="Nadpis2"/>
      </w:pPr>
      <w:proofErr w:type="spellStart"/>
      <w:r>
        <w:rPr>
          <w:rFonts w:ascii="Arial" w:hAnsi="Arial"/>
          <w:b w:val="0"/>
        </w:rPr>
        <w:t>Individuální</w:t>
      </w:r>
      <w:proofErr w:type="spellEnd"/>
      <w:r>
        <w:rPr>
          <w:rFonts w:ascii="Arial" w:hAnsi="Arial"/>
          <w:b w:val="0"/>
        </w:rPr>
        <w:t xml:space="preserve"> </w:t>
      </w:r>
      <w:proofErr w:type="spellStart"/>
      <w:r>
        <w:rPr>
          <w:rFonts w:ascii="Arial" w:hAnsi="Arial"/>
          <w:b w:val="0"/>
        </w:rPr>
        <w:t>vzdělávání</w:t>
      </w:r>
      <w:proofErr w:type="spellEnd"/>
    </w:p>
    <w:p w14:paraId="4117B184" w14:textId="77777777" w:rsidR="00CB3864" w:rsidRDefault="0074127D" w:rsidP="00351F0A">
      <w:pPr>
        <w:jc w:val="both"/>
      </w:pPr>
      <w:proofErr w:type="spellStart"/>
      <w:r>
        <w:t>Zákonný</w:t>
      </w:r>
      <w:proofErr w:type="spellEnd"/>
      <w:r>
        <w:t xml:space="preserve"> </w:t>
      </w:r>
      <w:proofErr w:type="spellStart"/>
      <w:r>
        <w:t>zástupce</w:t>
      </w:r>
      <w:proofErr w:type="spellEnd"/>
      <w:r>
        <w:t xml:space="preserve"> </w:t>
      </w:r>
      <w:proofErr w:type="spellStart"/>
      <w:r>
        <w:t>dítěte</w:t>
      </w:r>
      <w:proofErr w:type="spellEnd"/>
      <w:r>
        <w:t xml:space="preserve">, pro </w:t>
      </w:r>
      <w:proofErr w:type="spellStart"/>
      <w:r>
        <w:t>které</w:t>
      </w:r>
      <w:proofErr w:type="spellEnd"/>
      <w:r>
        <w:t xml:space="preserve"> je </w:t>
      </w:r>
      <w:proofErr w:type="spellStart"/>
      <w:r>
        <w:t>předškolní</w:t>
      </w:r>
      <w:proofErr w:type="spellEnd"/>
      <w:r>
        <w:t xml:space="preserve"> </w:t>
      </w:r>
      <w:proofErr w:type="spellStart"/>
      <w:r>
        <w:t>vzdělávání</w:t>
      </w:r>
      <w:proofErr w:type="spellEnd"/>
      <w:r>
        <w:t xml:space="preserve"> </w:t>
      </w:r>
      <w:proofErr w:type="spellStart"/>
      <w:r>
        <w:t>povinné</w:t>
      </w:r>
      <w:proofErr w:type="spellEnd"/>
      <w:r>
        <w:t xml:space="preserve">, </w:t>
      </w:r>
      <w:proofErr w:type="spellStart"/>
      <w:r>
        <w:t>může</w:t>
      </w:r>
      <w:proofErr w:type="spellEnd"/>
      <w:r>
        <w:t xml:space="preserve"> </w:t>
      </w:r>
      <w:proofErr w:type="spellStart"/>
      <w:r>
        <w:t>zvolit</w:t>
      </w:r>
      <w:proofErr w:type="spellEnd"/>
      <w:r>
        <w:t xml:space="preserve"> </w:t>
      </w:r>
      <w:proofErr w:type="spellStart"/>
      <w:r>
        <w:t>individuální</w:t>
      </w:r>
      <w:proofErr w:type="spellEnd"/>
      <w:r>
        <w:t xml:space="preserve"> </w:t>
      </w:r>
      <w:proofErr w:type="spellStart"/>
      <w:r>
        <w:t>vzdělávání</w:t>
      </w:r>
      <w:proofErr w:type="spellEnd"/>
      <w:r>
        <w:t xml:space="preserve">. Tuto </w:t>
      </w:r>
      <w:proofErr w:type="spellStart"/>
      <w:r>
        <w:t>skutečnost</w:t>
      </w:r>
      <w:proofErr w:type="spellEnd"/>
      <w:r>
        <w:t xml:space="preserve"> </w:t>
      </w:r>
      <w:proofErr w:type="spellStart"/>
      <w:r>
        <w:t>oznámí</w:t>
      </w:r>
      <w:proofErr w:type="spellEnd"/>
      <w:r>
        <w:t xml:space="preserve"> </w:t>
      </w:r>
      <w:proofErr w:type="spellStart"/>
      <w:r>
        <w:t>řediteli</w:t>
      </w:r>
      <w:proofErr w:type="spellEnd"/>
      <w:r>
        <w:t xml:space="preserve"> </w:t>
      </w:r>
      <w:proofErr w:type="spellStart"/>
      <w:r>
        <w:t>školy</w:t>
      </w:r>
      <w:proofErr w:type="spellEnd"/>
      <w:r>
        <w:t xml:space="preserve"> </w:t>
      </w:r>
      <w:proofErr w:type="spellStart"/>
      <w:r>
        <w:t>nejpozději</w:t>
      </w:r>
      <w:proofErr w:type="spellEnd"/>
      <w:r>
        <w:t xml:space="preserve"> 3 </w:t>
      </w:r>
      <w:proofErr w:type="spellStart"/>
      <w:r>
        <w:t>měsíce</w:t>
      </w:r>
      <w:proofErr w:type="spellEnd"/>
      <w:r>
        <w:t xml:space="preserve"> </w:t>
      </w:r>
      <w:proofErr w:type="spellStart"/>
      <w:r>
        <w:t>před</w:t>
      </w:r>
      <w:proofErr w:type="spellEnd"/>
      <w:r>
        <w:t xml:space="preserve"> </w:t>
      </w:r>
      <w:proofErr w:type="spellStart"/>
      <w:r>
        <w:t>začátkem</w:t>
      </w:r>
      <w:proofErr w:type="spellEnd"/>
      <w:r>
        <w:t xml:space="preserve"> </w:t>
      </w:r>
      <w:proofErr w:type="spellStart"/>
      <w:r>
        <w:t>školního</w:t>
      </w:r>
      <w:proofErr w:type="spellEnd"/>
      <w:r>
        <w:t xml:space="preserve"> </w:t>
      </w:r>
      <w:proofErr w:type="spellStart"/>
      <w:r>
        <w:t>roku</w:t>
      </w:r>
      <w:proofErr w:type="spellEnd"/>
      <w:r>
        <w:t xml:space="preserve">. </w:t>
      </w:r>
      <w:proofErr w:type="spellStart"/>
      <w:r>
        <w:t>Oznámení</w:t>
      </w:r>
      <w:proofErr w:type="spellEnd"/>
      <w:r>
        <w:t xml:space="preserve"> </w:t>
      </w:r>
      <w:proofErr w:type="spellStart"/>
      <w:r>
        <w:t>obsahuje</w:t>
      </w:r>
      <w:proofErr w:type="spellEnd"/>
      <w:r>
        <w:t xml:space="preserve"> </w:t>
      </w:r>
      <w:proofErr w:type="spellStart"/>
      <w:r>
        <w:t>jméno</w:t>
      </w:r>
      <w:proofErr w:type="spellEnd"/>
      <w:r>
        <w:t xml:space="preserve"> a </w:t>
      </w:r>
      <w:proofErr w:type="spellStart"/>
      <w:r>
        <w:t>příjmení</w:t>
      </w:r>
      <w:proofErr w:type="spellEnd"/>
      <w:r>
        <w:t xml:space="preserve"> </w:t>
      </w:r>
      <w:proofErr w:type="spellStart"/>
      <w:r>
        <w:t>dítěte</w:t>
      </w:r>
      <w:proofErr w:type="spellEnd"/>
      <w:r>
        <w:t xml:space="preserve">, </w:t>
      </w:r>
      <w:proofErr w:type="spellStart"/>
      <w:r>
        <w:t>rodné</w:t>
      </w:r>
      <w:proofErr w:type="spellEnd"/>
      <w:r>
        <w:t xml:space="preserve"> </w:t>
      </w:r>
      <w:proofErr w:type="spellStart"/>
      <w:r>
        <w:t>číslo</w:t>
      </w:r>
      <w:proofErr w:type="spellEnd"/>
      <w:r>
        <w:t xml:space="preserve">, </w:t>
      </w:r>
      <w:proofErr w:type="spellStart"/>
      <w:r>
        <w:t>místo</w:t>
      </w:r>
      <w:proofErr w:type="spellEnd"/>
      <w:r>
        <w:t xml:space="preserve"> </w:t>
      </w:r>
      <w:proofErr w:type="spellStart"/>
      <w:r>
        <w:t>trvalého</w:t>
      </w:r>
      <w:proofErr w:type="spellEnd"/>
      <w:r>
        <w:t xml:space="preserve"> </w:t>
      </w:r>
      <w:proofErr w:type="spellStart"/>
      <w:r>
        <w:t>pobytu</w:t>
      </w:r>
      <w:proofErr w:type="spellEnd"/>
      <w:r>
        <w:t xml:space="preserve">, </w:t>
      </w:r>
      <w:proofErr w:type="spellStart"/>
      <w:r>
        <w:t>období</w:t>
      </w:r>
      <w:proofErr w:type="spellEnd"/>
      <w:r>
        <w:t xml:space="preserve"> </w:t>
      </w:r>
      <w:proofErr w:type="spellStart"/>
      <w:r>
        <w:t>individuálního</w:t>
      </w:r>
      <w:proofErr w:type="spellEnd"/>
      <w:r>
        <w:t xml:space="preserve"> </w:t>
      </w:r>
      <w:proofErr w:type="spellStart"/>
      <w:r>
        <w:t>vzdělávání</w:t>
      </w:r>
      <w:proofErr w:type="spellEnd"/>
      <w:r>
        <w:t xml:space="preserve"> a </w:t>
      </w:r>
      <w:proofErr w:type="spellStart"/>
      <w:r>
        <w:t>důvody</w:t>
      </w:r>
      <w:proofErr w:type="spellEnd"/>
      <w:r>
        <w:t xml:space="preserve"> </w:t>
      </w:r>
      <w:proofErr w:type="spellStart"/>
      <w:r>
        <w:t>individuálního</w:t>
      </w:r>
      <w:proofErr w:type="spellEnd"/>
      <w:r>
        <w:t xml:space="preserve"> </w:t>
      </w:r>
      <w:proofErr w:type="spellStart"/>
      <w:r>
        <w:t>vzdělávání</w:t>
      </w:r>
      <w:proofErr w:type="spellEnd"/>
      <w:r>
        <w:t>.</w:t>
      </w:r>
    </w:p>
    <w:p w14:paraId="7F89857A" w14:textId="77777777" w:rsidR="002B11F8" w:rsidRDefault="002B11F8">
      <w:pPr>
        <w:pStyle w:val="Normln1"/>
        <w:jc w:val="both"/>
      </w:pPr>
      <w:r>
        <w:t>Mateřská škola předá zákonnému zástupci přehled oblastí, v nichž má být dítě vzděláváno, vycházející z RVP PV a ŠVP PV. Ověření úrovně osvojování očekávaných výsledků učení probíhá zpravidla ve 4. týdnu měsíce listopadu; náhradní termín zpravidla v 1. týdnu měsíce prosince. Přesné termíny stanoví škola a oznámí je zákonnému zástupci prokazatelným způsobem. O průběhu ověření úrovně osvojování očekávaných výsledků učení dítěte je vyhotoven písemný záznam, se kterým je zákonný zástupce seznámen. Pokud zákonný zástupce nezajistí účast dítěte u ověření ani v náhradním termínu, ředitel školy individuální vzdělávání ukončí. Odvolání proti rozhodnutí o ukončení individuálního vzdělávání nemá odkladný účinek.</w:t>
      </w:r>
    </w:p>
    <w:p w14:paraId="73D14ED5" w14:textId="77777777" w:rsidR="00CB3864" w:rsidRDefault="0074127D">
      <w:pPr>
        <w:pStyle w:val="Nadpis2"/>
      </w:pPr>
      <w:proofErr w:type="spellStart"/>
      <w:r>
        <w:rPr>
          <w:rFonts w:ascii="Arial" w:hAnsi="Arial"/>
          <w:b w:val="0"/>
        </w:rPr>
        <w:t>Jazyková</w:t>
      </w:r>
      <w:proofErr w:type="spellEnd"/>
      <w:r>
        <w:rPr>
          <w:rFonts w:ascii="Arial" w:hAnsi="Arial"/>
          <w:b w:val="0"/>
        </w:rPr>
        <w:t xml:space="preserve"> </w:t>
      </w:r>
      <w:proofErr w:type="spellStart"/>
      <w:r>
        <w:rPr>
          <w:rFonts w:ascii="Arial" w:hAnsi="Arial"/>
          <w:b w:val="0"/>
        </w:rPr>
        <w:t>příprava</w:t>
      </w:r>
      <w:proofErr w:type="spellEnd"/>
      <w:r>
        <w:rPr>
          <w:rFonts w:ascii="Arial" w:hAnsi="Arial"/>
          <w:b w:val="0"/>
        </w:rPr>
        <w:t xml:space="preserve"> </w:t>
      </w:r>
      <w:proofErr w:type="spellStart"/>
      <w:r>
        <w:rPr>
          <w:rFonts w:ascii="Arial" w:hAnsi="Arial"/>
          <w:b w:val="0"/>
        </w:rPr>
        <w:t>dětí</w:t>
      </w:r>
      <w:proofErr w:type="spellEnd"/>
      <w:r>
        <w:rPr>
          <w:rFonts w:ascii="Arial" w:hAnsi="Arial"/>
          <w:b w:val="0"/>
        </w:rPr>
        <w:t xml:space="preserve"> s </w:t>
      </w:r>
      <w:proofErr w:type="spellStart"/>
      <w:r>
        <w:rPr>
          <w:rFonts w:ascii="Arial" w:hAnsi="Arial"/>
          <w:b w:val="0"/>
        </w:rPr>
        <w:t>nedostatečnou</w:t>
      </w:r>
      <w:proofErr w:type="spellEnd"/>
      <w:r>
        <w:rPr>
          <w:rFonts w:ascii="Arial" w:hAnsi="Arial"/>
          <w:b w:val="0"/>
        </w:rPr>
        <w:t xml:space="preserve"> </w:t>
      </w:r>
      <w:proofErr w:type="spellStart"/>
      <w:r>
        <w:rPr>
          <w:rFonts w:ascii="Arial" w:hAnsi="Arial"/>
          <w:b w:val="0"/>
        </w:rPr>
        <w:t>znalostí</w:t>
      </w:r>
      <w:proofErr w:type="spellEnd"/>
      <w:r>
        <w:rPr>
          <w:rFonts w:ascii="Arial" w:hAnsi="Arial"/>
          <w:b w:val="0"/>
        </w:rPr>
        <w:t xml:space="preserve"> </w:t>
      </w:r>
      <w:proofErr w:type="spellStart"/>
      <w:r>
        <w:rPr>
          <w:rFonts w:ascii="Arial" w:hAnsi="Arial"/>
          <w:b w:val="0"/>
        </w:rPr>
        <w:t>českého</w:t>
      </w:r>
      <w:proofErr w:type="spellEnd"/>
      <w:r>
        <w:rPr>
          <w:rFonts w:ascii="Arial" w:hAnsi="Arial"/>
          <w:b w:val="0"/>
        </w:rPr>
        <w:t xml:space="preserve"> </w:t>
      </w:r>
      <w:proofErr w:type="spellStart"/>
      <w:r>
        <w:rPr>
          <w:rFonts w:ascii="Arial" w:hAnsi="Arial"/>
          <w:b w:val="0"/>
        </w:rPr>
        <w:t>jazyka</w:t>
      </w:r>
      <w:proofErr w:type="spellEnd"/>
    </w:p>
    <w:p w14:paraId="3FCA3871" w14:textId="77777777" w:rsidR="00CB3864"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poskytuje</w:t>
      </w:r>
      <w:proofErr w:type="spellEnd"/>
      <w:r>
        <w:t xml:space="preserve"> </w:t>
      </w:r>
      <w:proofErr w:type="spellStart"/>
      <w:r>
        <w:t>dětem</w:t>
      </w:r>
      <w:proofErr w:type="spellEnd"/>
      <w:r>
        <w:t xml:space="preserve"> s </w:t>
      </w:r>
      <w:proofErr w:type="spellStart"/>
      <w:r>
        <w:t>nedostatečnou</w:t>
      </w:r>
      <w:proofErr w:type="spellEnd"/>
      <w:r>
        <w:t xml:space="preserve"> </w:t>
      </w:r>
      <w:proofErr w:type="spellStart"/>
      <w:r>
        <w:t>znalostí</w:t>
      </w:r>
      <w:proofErr w:type="spellEnd"/>
      <w:r>
        <w:t xml:space="preserve"> </w:t>
      </w:r>
      <w:proofErr w:type="spellStart"/>
      <w:r>
        <w:t>českého</w:t>
      </w:r>
      <w:proofErr w:type="spellEnd"/>
      <w:r>
        <w:t xml:space="preserve"> </w:t>
      </w:r>
      <w:proofErr w:type="spellStart"/>
      <w:r>
        <w:t>jazyka</w:t>
      </w:r>
      <w:proofErr w:type="spellEnd"/>
      <w:r>
        <w:t xml:space="preserve"> </w:t>
      </w:r>
      <w:proofErr w:type="spellStart"/>
      <w:r>
        <w:t>jazykovou</w:t>
      </w:r>
      <w:proofErr w:type="spellEnd"/>
      <w:r>
        <w:t xml:space="preserve"> </w:t>
      </w:r>
      <w:proofErr w:type="spellStart"/>
      <w:r>
        <w:t>podporu</w:t>
      </w:r>
      <w:proofErr w:type="spellEnd"/>
      <w:r>
        <w:t xml:space="preserve"> od </w:t>
      </w:r>
      <w:proofErr w:type="spellStart"/>
      <w:r>
        <w:t>nástupu</w:t>
      </w:r>
      <w:proofErr w:type="spellEnd"/>
      <w:r>
        <w:t xml:space="preserve"> do </w:t>
      </w:r>
      <w:proofErr w:type="spellStart"/>
      <w:r>
        <w:t>předškolního</w:t>
      </w:r>
      <w:proofErr w:type="spellEnd"/>
      <w:r>
        <w:t xml:space="preserve"> </w:t>
      </w:r>
      <w:proofErr w:type="spellStart"/>
      <w:r>
        <w:t>vzdělávání</w:t>
      </w:r>
      <w:proofErr w:type="spellEnd"/>
      <w:r>
        <w:t xml:space="preserve">. Podpora </w:t>
      </w:r>
      <w:proofErr w:type="spellStart"/>
      <w:r>
        <w:t>probíhá</w:t>
      </w:r>
      <w:proofErr w:type="spellEnd"/>
      <w:r>
        <w:t xml:space="preserve"> </w:t>
      </w:r>
      <w:proofErr w:type="spellStart"/>
      <w:r>
        <w:t>především</w:t>
      </w:r>
      <w:proofErr w:type="spellEnd"/>
      <w:r>
        <w:t xml:space="preserve"> v </w:t>
      </w:r>
      <w:proofErr w:type="spellStart"/>
      <w:r>
        <w:t>běžných</w:t>
      </w:r>
      <w:proofErr w:type="spellEnd"/>
      <w:r>
        <w:t xml:space="preserve"> </w:t>
      </w:r>
      <w:proofErr w:type="spellStart"/>
      <w:r>
        <w:t>činnostech</w:t>
      </w:r>
      <w:proofErr w:type="spellEnd"/>
      <w:r>
        <w:t xml:space="preserve"> a </w:t>
      </w:r>
      <w:proofErr w:type="spellStart"/>
      <w:r>
        <w:t>komunikačních</w:t>
      </w:r>
      <w:proofErr w:type="spellEnd"/>
      <w:r>
        <w:t xml:space="preserve"> </w:t>
      </w:r>
      <w:proofErr w:type="spellStart"/>
      <w:r>
        <w:t>situacích</w:t>
      </w:r>
      <w:proofErr w:type="spellEnd"/>
      <w:r>
        <w:t xml:space="preserve">. </w:t>
      </w:r>
      <w:proofErr w:type="spellStart"/>
      <w:r>
        <w:t>Pokud</w:t>
      </w:r>
      <w:proofErr w:type="spellEnd"/>
      <w:r>
        <w:t xml:space="preserve"> </w:t>
      </w:r>
      <w:proofErr w:type="spellStart"/>
      <w:r>
        <w:t>jsou</w:t>
      </w:r>
      <w:proofErr w:type="spellEnd"/>
      <w:r>
        <w:t xml:space="preserve"> </w:t>
      </w:r>
      <w:proofErr w:type="spellStart"/>
      <w:r>
        <w:t>splněny</w:t>
      </w:r>
      <w:proofErr w:type="spellEnd"/>
      <w:r>
        <w:t xml:space="preserve"> </w:t>
      </w:r>
      <w:proofErr w:type="spellStart"/>
      <w:r>
        <w:t>podmínky</w:t>
      </w:r>
      <w:proofErr w:type="spellEnd"/>
      <w:r>
        <w:t xml:space="preserve"> </w:t>
      </w:r>
      <w:proofErr w:type="spellStart"/>
      <w:r>
        <w:t>stanovené</w:t>
      </w:r>
      <w:proofErr w:type="spellEnd"/>
      <w:r>
        <w:t xml:space="preserve"> </w:t>
      </w:r>
      <w:proofErr w:type="spellStart"/>
      <w:r>
        <w:t>právními</w:t>
      </w:r>
      <w:proofErr w:type="spellEnd"/>
      <w:r>
        <w:t xml:space="preserve"> </w:t>
      </w:r>
      <w:proofErr w:type="spellStart"/>
      <w:r>
        <w:t>předpisy</w:t>
      </w:r>
      <w:proofErr w:type="spellEnd"/>
      <w:r>
        <w:t xml:space="preserve"> pro </w:t>
      </w:r>
      <w:proofErr w:type="spellStart"/>
      <w:r>
        <w:t>zřízení</w:t>
      </w:r>
      <w:proofErr w:type="spellEnd"/>
      <w:r>
        <w:t xml:space="preserve"> </w:t>
      </w:r>
      <w:proofErr w:type="spellStart"/>
      <w:r>
        <w:t>skupiny</w:t>
      </w:r>
      <w:proofErr w:type="spellEnd"/>
      <w:r>
        <w:t xml:space="preserve"> pro </w:t>
      </w:r>
      <w:proofErr w:type="spellStart"/>
      <w:r>
        <w:t>bezplatnou</w:t>
      </w:r>
      <w:proofErr w:type="spellEnd"/>
      <w:r>
        <w:t xml:space="preserve"> </w:t>
      </w:r>
      <w:proofErr w:type="spellStart"/>
      <w:r>
        <w:t>jazykovou</w:t>
      </w:r>
      <w:proofErr w:type="spellEnd"/>
      <w:r>
        <w:t xml:space="preserve"> </w:t>
      </w:r>
      <w:proofErr w:type="spellStart"/>
      <w:r>
        <w:t>přípravu</w:t>
      </w:r>
      <w:proofErr w:type="spellEnd"/>
      <w:r>
        <w:t xml:space="preserve">, </w:t>
      </w:r>
      <w:proofErr w:type="spellStart"/>
      <w:r>
        <w:t>škola</w:t>
      </w:r>
      <w:proofErr w:type="spellEnd"/>
      <w:r>
        <w:t xml:space="preserve"> ji </w:t>
      </w:r>
      <w:proofErr w:type="spellStart"/>
      <w:r>
        <w:t>organizuje</w:t>
      </w:r>
      <w:proofErr w:type="spellEnd"/>
      <w:r>
        <w:t xml:space="preserve"> v </w:t>
      </w:r>
      <w:proofErr w:type="spellStart"/>
      <w:r>
        <w:t>souladu</w:t>
      </w:r>
      <w:proofErr w:type="spellEnd"/>
      <w:r>
        <w:t xml:space="preserve"> s </w:t>
      </w:r>
      <w:proofErr w:type="spellStart"/>
      <w:r>
        <w:t>vyhláškou</w:t>
      </w:r>
      <w:proofErr w:type="spellEnd"/>
      <w:r>
        <w:t xml:space="preserve"> o </w:t>
      </w:r>
      <w:proofErr w:type="spellStart"/>
      <w:r>
        <w:t>předškolním</w:t>
      </w:r>
      <w:proofErr w:type="spellEnd"/>
      <w:r>
        <w:t xml:space="preserve"> </w:t>
      </w:r>
      <w:proofErr w:type="spellStart"/>
      <w:r>
        <w:t>vzdělávání</w:t>
      </w:r>
      <w:proofErr w:type="spellEnd"/>
      <w:r>
        <w:t>.</w:t>
      </w:r>
    </w:p>
    <w:p w14:paraId="77BC9D7C" w14:textId="34D0C044" w:rsidR="009D1B31" w:rsidRDefault="009D1B31" w:rsidP="009D1B31">
      <w:pPr>
        <w:pStyle w:val="Nadpis2"/>
        <w:rPr>
          <w:rFonts w:ascii="Arial" w:hAnsi="Arial"/>
          <w:b w:val="0"/>
        </w:rPr>
      </w:pPr>
      <w:r>
        <w:rPr>
          <w:rFonts w:ascii="Arial" w:hAnsi="Arial"/>
          <w:b w:val="0"/>
        </w:rPr>
        <w:t xml:space="preserve">Podpora </w:t>
      </w:r>
      <w:proofErr w:type="spellStart"/>
      <w:r>
        <w:rPr>
          <w:rFonts w:ascii="Arial" w:hAnsi="Arial"/>
          <w:b w:val="0"/>
        </w:rPr>
        <w:t>dětí</w:t>
      </w:r>
      <w:proofErr w:type="spellEnd"/>
      <w:r>
        <w:rPr>
          <w:rFonts w:ascii="Arial" w:hAnsi="Arial"/>
          <w:b w:val="0"/>
        </w:rPr>
        <w:t xml:space="preserve"> se SVP a </w:t>
      </w:r>
      <w:proofErr w:type="spellStart"/>
      <w:r>
        <w:rPr>
          <w:rFonts w:ascii="Arial" w:hAnsi="Arial"/>
          <w:b w:val="0"/>
        </w:rPr>
        <w:t>dětí</w:t>
      </w:r>
      <w:proofErr w:type="spellEnd"/>
      <w:r>
        <w:rPr>
          <w:rFonts w:ascii="Arial" w:hAnsi="Arial"/>
          <w:b w:val="0"/>
        </w:rPr>
        <w:t xml:space="preserve"> </w:t>
      </w:r>
      <w:proofErr w:type="spellStart"/>
      <w:r>
        <w:rPr>
          <w:rFonts w:ascii="Arial" w:hAnsi="Arial"/>
          <w:b w:val="0"/>
        </w:rPr>
        <w:t>nadaných</w:t>
      </w:r>
      <w:proofErr w:type="spellEnd"/>
    </w:p>
    <w:p w14:paraId="13838A68" w14:textId="77777777" w:rsidR="009D1B31" w:rsidRPr="009D1B31" w:rsidRDefault="009D1B31" w:rsidP="009D1B31">
      <w:pPr>
        <w:jc w:val="both"/>
        <w:rPr>
          <w:lang w:val="cs-CZ"/>
        </w:rPr>
      </w:pPr>
      <w:r w:rsidRPr="009D1B31">
        <w:rPr>
          <w:lang w:val="cs-CZ"/>
        </w:rPr>
        <w:t>Mateřská škola poskytuje dětem se speciálními vzdělávacími potřebami a dětem mimořádně nadaným podporu v rozsahu stanoveném právními předpisy a doporučeními školských poradenských zařízení. Vzdělávání je organizováno s využitím principů individualizace a diferenciace vzdělávací nabídky.</w:t>
      </w:r>
    </w:p>
    <w:p w14:paraId="4BE412A7" w14:textId="77777777" w:rsidR="00CB3864" w:rsidRDefault="0074127D">
      <w:pPr>
        <w:pStyle w:val="Nadpis1"/>
      </w:pPr>
      <w:r>
        <w:rPr>
          <w:rFonts w:ascii="Arial" w:hAnsi="Arial"/>
          <w:b w:val="0"/>
        </w:rPr>
        <w:t xml:space="preserve">8. </w:t>
      </w:r>
      <w:proofErr w:type="spellStart"/>
      <w:r>
        <w:rPr>
          <w:rFonts w:ascii="Arial" w:hAnsi="Arial"/>
          <w:b w:val="0"/>
        </w:rPr>
        <w:t>Provoz</w:t>
      </w:r>
      <w:proofErr w:type="spellEnd"/>
      <w:r>
        <w:rPr>
          <w:rFonts w:ascii="Arial" w:hAnsi="Arial"/>
          <w:b w:val="0"/>
        </w:rPr>
        <w:t xml:space="preserve"> a </w:t>
      </w:r>
      <w:proofErr w:type="spellStart"/>
      <w:r>
        <w:rPr>
          <w:rFonts w:ascii="Arial" w:hAnsi="Arial"/>
          <w:b w:val="0"/>
        </w:rPr>
        <w:t>vnitřní</w:t>
      </w:r>
      <w:proofErr w:type="spellEnd"/>
      <w:r>
        <w:rPr>
          <w:rFonts w:ascii="Arial" w:hAnsi="Arial"/>
          <w:b w:val="0"/>
        </w:rPr>
        <w:t xml:space="preserve"> </w:t>
      </w:r>
      <w:proofErr w:type="spellStart"/>
      <w:r>
        <w:rPr>
          <w:rFonts w:ascii="Arial" w:hAnsi="Arial"/>
          <w:b w:val="0"/>
        </w:rPr>
        <w:t>režim</w:t>
      </w:r>
      <w:proofErr w:type="spellEnd"/>
      <w:r>
        <w:rPr>
          <w:rFonts w:ascii="Arial" w:hAnsi="Arial"/>
          <w:b w:val="0"/>
        </w:rPr>
        <w:t xml:space="preserve"> </w:t>
      </w:r>
      <w:proofErr w:type="spellStart"/>
      <w:r>
        <w:rPr>
          <w:rFonts w:ascii="Arial" w:hAnsi="Arial"/>
          <w:b w:val="0"/>
        </w:rPr>
        <w:t>mateřské</w:t>
      </w:r>
      <w:proofErr w:type="spellEnd"/>
      <w:r>
        <w:rPr>
          <w:rFonts w:ascii="Arial" w:hAnsi="Arial"/>
          <w:b w:val="0"/>
        </w:rPr>
        <w:t xml:space="preserve"> </w:t>
      </w:r>
      <w:proofErr w:type="spellStart"/>
      <w:r>
        <w:rPr>
          <w:rFonts w:ascii="Arial" w:hAnsi="Arial"/>
          <w:b w:val="0"/>
        </w:rPr>
        <w:t>školy</w:t>
      </w:r>
      <w:proofErr w:type="spellEnd"/>
    </w:p>
    <w:p w14:paraId="0E497C6B" w14:textId="20C52DE5" w:rsidR="00EF28F1"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vykonává</w:t>
      </w:r>
      <w:proofErr w:type="spellEnd"/>
      <w:r>
        <w:t xml:space="preserve"> </w:t>
      </w:r>
      <w:proofErr w:type="spellStart"/>
      <w:r>
        <w:t>činnost</w:t>
      </w:r>
      <w:proofErr w:type="spellEnd"/>
      <w:r>
        <w:t xml:space="preserve"> </w:t>
      </w:r>
      <w:proofErr w:type="spellStart"/>
      <w:r>
        <w:t>na</w:t>
      </w:r>
      <w:proofErr w:type="spellEnd"/>
      <w:r>
        <w:t xml:space="preserve"> </w:t>
      </w:r>
      <w:proofErr w:type="spellStart"/>
      <w:r>
        <w:t>pracovištích</w:t>
      </w:r>
      <w:proofErr w:type="spellEnd"/>
      <w:r>
        <w:t xml:space="preserve"> MŠ </w:t>
      </w:r>
      <w:proofErr w:type="spellStart"/>
      <w:r>
        <w:t>Komenského</w:t>
      </w:r>
      <w:proofErr w:type="spellEnd"/>
      <w:r>
        <w:t xml:space="preserve">, MŠ </w:t>
      </w:r>
      <w:proofErr w:type="spellStart"/>
      <w:r>
        <w:t>Letná</w:t>
      </w:r>
      <w:proofErr w:type="spellEnd"/>
      <w:r>
        <w:t xml:space="preserve"> a MŠ </w:t>
      </w:r>
      <w:proofErr w:type="spellStart"/>
      <w:r>
        <w:t>Eliášova</w:t>
      </w:r>
      <w:proofErr w:type="spellEnd"/>
      <w:r>
        <w:t xml:space="preserve">. </w:t>
      </w:r>
      <w:proofErr w:type="spellStart"/>
      <w:r>
        <w:t>Provoz</w:t>
      </w:r>
      <w:proofErr w:type="spellEnd"/>
      <w:r>
        <w:t xml:space="preserve"> je </w:t>
      </w:r>
      <w:proofErr w:type="spellStart"/>
      <w:r>
        <w:t>zajištěn</w:t>
      </w:r>
      <w:proofErr w:type="spellEnd"/>
      <w:r>
        <w:t xml:space="preserve"> v </w:t>
      </w:r>
      <w:proofErr w:type="spellStart"/>
      <w:r>
        <w:t>pracovních</w:t>
      </w:r>
      <w:proofErr w:type="spellEnd"/>
      <w:r>
        <w:t xml:space="preserve"> </w:t>
      </w:r>
      <w:proofErr w:type="spellStart"/>
      <w:r>
        <w:t>dnech</w:t>
      </w:r>
      <w:proofErr w:type="spellEnd"/>
      <w:r>
        <w:t xml:space="preserve"> </w:t>
      </w:r>
      <w:proofErr w:type="spellStart"/>
      <w:r>
        <w:t>zpravidla</w:t>
      </w:r>
      <w:proofErr w:type="spellEnd"/>
      <w:r>
        <w:t xml:space="preserve"> od 6:00 do 16:30 </w:t>
      </w:r>
      <w:proofErr w:type="spellStart"/>
      <w:r>
        <w:t>hodin</w:t>
      </w:r>
      <w:proofErr w:type="spellEnd"/>
      <w:r>
        <w:t xml:space="preserve">. </w:t>
      </w:r>
      <w:proofErr w:type="spellStart"/>
      <w:r>
        <w:t>Konkrétní</w:t>
      </w:r>
      <w:proofErr w:type="spellEnd"/>
      <w:r>
        <w:t xml:space="preserve"> </w:t>
      </w:r>
      <w:proofErr w:type="spellStart"/>
      <w:r>
        <w:t>organizace</w:t>
      </w:r>
      <w:proofErr w:type="spellEnd"/>
      <w:r>
        <w:t xml:space="preserve"> </w:t>
      </w:r>
      <w:proofErr w:type="spellStart"/>
      <w:r>
        <w:t>provozu</w:t>
      </w:r>
      <w:proofErr w:type="spellEnd"/>
      <w:r>
        <w:t xml:space="preserve"> </w:t>
      </w:r>
      <w:proofErr w:type="spellStart"/>
      <w:r>
        <w:t>jednotlivých</w:t>
      </w:r>
      <w:proofErr w:type="spellEnd"/>
      <w:r>
        <w:t xml:space="preserve"> </w:t>
      </w:r>
      <w:proofErr w:type="spellStart"/>
      <w:r>
        <w:t>pracovišť</w:t>
      </w:r>
      <w:proofErr w:type="spellEnd"/>
      <w:r>
        <w:t xml:space="preserve"> </w:t>
      </w:r>
      <w:proofErr w:type="spellStart"/>
      <w:r>
        <w:t>může</w:t>
      </w:r>
      <w:proofErr w:type="spellEnd"/>
      <w:r>
        <w:t xml:space="preserve"> </w:t>
      </w:r>
      <w:proofErr w:type="spellStart"/>
      <w:r>
        <w:t>být</w:t>
      </w:r>
      <w:proofErr w:type="spellEnd"/>
      <w:r>
        <w:t xml:space="preserve"> </w:t>
      </w:r>
      <w:proofErr w:type="spellStart"/>
      <w:r>
        <w:t>přizpůsobena</w:t>
      </w:r>
      <w:proofErr w:type="spellEnd"/>
      <w:r>
        <w:t xml:space="preserve"> </w:t>
      </w:r>
      <w:proofErr w:type="spellStart"/>
      <w:r>
        <w:t>místním</w:t>
      </w:r>
      <w:proofErr w:type="spellEnd"/>
      <w:r>
        <w:t xml:space="preserve"> </w:t>
      </w:r>
      <w:proofErr w:type="spellStart"/>
      <w:r>
        <w:t>podmínkám</w:t>
      </w:r>
      <w:proofErr w:type="spellEnd"/>
      <w:r>
        <w:t xml:space="preserve">, </w:t>
      </w:r>
      <w:proofErr w:type="spellStart"/>
      <w:r>
        <w:t>věkovému</w:t>
      </w:r>
      <w:proofErr w:type="spellEnd"/>
      <w:r>
        <w:t xml:space="preserve"> </w:t>
      </w:r>
      <w:proofErr w:type="spellStart"/>
      <w:r>
        <w:t>složení</w:t>
      </w:r>
      <w:proofErr w:type="spellEnd"/>
      <w:r>
        <w:t xml:space="preserve"> </w:t>
      </w:r>
      <w:proofErr w:type="spellStart"/>
      <w:r>
        <w:t>dětí</w:t>
      </w:r>
      <w:proofErr w:type="spellEnd"/>
      <w:r>
        <w:t xml:space="preserve">, </w:t>
      </w:r>
      <w:proofErr w:type="spellStart"/>
      <w:r>
        <w:t>personálním</w:t>
      </w:r>
      <w:proofErr w:type="spellEnd"/>
      <w:r>
        <w:t xml:space="preserve"> </w:t>
      </w:r>
      <w:proofErr w:type="spellStart"/>
      <w:r>
        <w:t>možnostem</w:t>
      </w:r>
      <w:proofErr w:type="spellEnd"/>
      <w:r>
        <w:t xml:space="preserve"> a </w:t>
      </w:r>
      <w:proofErr w:type="spellStart"/>
      <w:r>
        <w:t>bezpečnostním</w:t>
      </w:r>
      <w:proofErr w:type="spellEnd"/>
      <w:r>
        <w:t xml:space="preserve"> </w:t>
      </w:r>
      <w:proofErr w:type="spellStart"/>
      <w:r>
        <w:t>potřebám</w:t>
      </w:r>
      <w:proofErr w:type="spellEnd"/>
      <w:r>
        <w:t>.</w:t>
      </w:r>
    </w:p>
    <w:tbl>
      <w:tblPr>
        <w:tblStyle w:val="Mkatabulky"/>
        <w:tblW w:w="0" w:type="auto"/>
        <w:jc w:val="center"/>
        <w:tblLook w:val="04A0" w:firstRow="1" w:lastRow="0" w:firstColumn="1" w:lastColumn="0" w:noHBand="0" w:noVBand="1"/>
      </w:tblPr>
      <w:tblGrid>
        <w:gridCol w:w="1984"/>
        <w:gridCol w:w="1814"/>
        <w:gridCol w:w="5216"/>
      </w:tblGrid>
      <w:tr w:rsidR="00CB3864" w14:paraId="2ACDEF9A" w14:textId="77777777">
        <w:trPr>
          <w:tblHeader/>
          <w:jc w:val="center"/>
        </w:trPr>
        <w:tc>
          <w:tcPr>
            <w:tcW w:w="1984" w:type="dxa"/>
            <w:shd w:val="clear" w:color="auto" w:fill="1F4E79"/>
            <w:tcMar>
              <w:top w:w="90" w:type="dxa"/>
              <w:left w:w="90" w:type="dxa"/>
              <w:bottom w:w="90" w:type="dxa"/>
              <w:right w:w="90" w:type="dxa"/>
            </w:tcMar>
            <w:vAlign w:val="center"/>
          </w:tcPr>
          <w:p w14:paraId="7E141CA9" w14:textId="77777777" w:rsidR="00CB3864" w:rsidRDefault="0074127D">
            <w:proofErr w:type="spellStart"/>
            <w:r>
              <w:rPr>
                <w:b/>
                <w:color w:val="FFFFFF"/>
                <w:sz w:val="19"/>
              </w:rPr>
              <w:t>Část</w:t>
            </w:r>
            <w:proofErr w:type="spellEnd"/>
            <w:r>
              <w:rPr>
                <w:b/>
                <w:color w:val="FFFFFF"/>
                <w:sz w:val="19"/>
              </w:rPr>
              <w:t xml:space="preserve"> </w:t>
            </w:r>
            <w:proofErr w:type="spellStart"/>
            <w:r>
              <w:rPr>
                <w:b/>
                <w:color w:val="FFFFFF"/>
                <w:sz w:val="19"/>
              </w:rPr>
              <w:t>dne</w:t>
            </w:r>
            <w:proofErr w:type="spellEnd"/>
          </w:p>
        </w:tc>
        <w:tc>
          <w:tcPr>
            <w:tcW w:w="1814" w:type="dxa"/>
            <w:shd w:val="clear" w:color="auto" w:fill="1F4E79"/>
            <w:tcMar>
              <w:top w:w="90" w:type="dxa"/>
              <w:left w:w="90" w:type="dxa"/>
              <w:bottom w:w="90" w:type="dxa"/>
              <w:right w:w="90" w:type="dxa"/>
            </w:tcMar>
            <w:vAlign w:val="center"/>
          </w:tcPr>
          <w:p w14:paraId="649C7987" w14:textId="77777777" w:rsidR="00CB3864" w:rsidRDefault="0074127D">
            <w:proofErr w:type="spellStart"/>
            <w:r>
              <w:rPr>
                <w:b/>
                <w:color w:val="FFFFFF"/>
                <w:sz w:val="19"/>
              </w:rPr>
              <w:t>Obvyklý</w:t>
            </w:r>
            <w:proofErr w:type="spellEnd"/>
            <w:r>
              <w:rPr>
                <w:b/>
                <w:color w:val="FFFFFF"/>
                <w:sz w:val="19"/>
              </w:rPr>
              <w:t xml:space="preserve"> </w:t>
            </w:r>
            <w:proofErr w:type="spellStart"/>
            <w:r>
              <w:rPr>
                <w:b/>
                <w:color w:val="FFFFFF"/>
                <w:sz w:val="19"/>
              </w:rPr>
              <w:t>čas</w:t>
            </w:r>
            <w:proofErr w:type="spellEnd"/>
          </w:p>
        </w:tc>
        <w:tc>
          <w:tcPr>
            <w:tcW w:w="5216" w:type="dxa"/>
            <w:shd w:val="clear" w:color="auto" w:fill="1F4E79"/>
            <w:tcMar>
              <w:top w:w="90" w:type="dxa"/>
              <w:left w:w="90" w:type="dxa"/>
              <w:bottom w:w="90" w:type="dxa"/>
              <w:right w:w="90" w:type="dxa"/>
            </w:tcMar>
            <w:vAlign w:val="center"/>
          </w:tcPr>
          <w:p w14:paraId="61EF0CE1" w14:textId="77777777" w:rsidR="00CB3864" w:rsidRDefault="0074127D">
            <w:proofErr w:type="spellStart"/>
            <w:r>
              <w:rPr>
                <w:b/>
                <w:color w:val="FFFFFF"/>
                <w:sz w:val="19"/>
              </w:rPr>
              <w:t>Charakter</w:t>
            </w:r>
            <w:proofErr w:type="spellEnd"/>
            <w:r>
              <w:rPr>
                <w:b/>
                <w:color w:val="FFFFFF"/>
                <w:sz w:val="19"/>
              </w:rPr>
              <w:t xml:space="preserve"> </w:t>
            </w:r>
            <w:proofErr w:type="spellStart"/>
            <w:r>
              <w:rPr>
                <w:b/>
                <w:color w:val="FFFFFF"/>
                <w:sz w:val="19"/>
              </w:rPr>
              <w:t>činností</w:t>
            </w:r>
            <w:proofErr w:type="spellEnd"/>
          </w:p>
        </w:tc>
      </w:tr>
      <w:tr w:rsidR="00CB3864" w14:paraId="7C80877C" w14:textId="77777777">
        <w:trPr>
          <w:jc w:val="center"/>
        </w:trPr>
        <w:tc>
          <w:tcPr>
            <w:tcW w:w="1984" w:type="dxa"/>
            <w:tcMar>
              <w:top w:w="90" w:type="dxa"/>
              <w:left w:w="90" w:type="dxa"/>
              <w:bottom w:w="90" w:type="dxa"/>
              <w:right w:w="90" w:type="dxa"/>
            </w:tcMar>
            <w:vAlign w:val="center"/>
          </w:tcPr>
          <w:p w14:paraId="396DB4F2" w14:textId="77777777" w:rsidR="00CB3864" w:rsidRDefault="0074127D">
            <w:proofErr w:type="spellStart"/>
            <w:r>
              <w:rPr>
                <w:sz w:val="19"/>
              </w:rPr>
              <w:t>Ranní</w:t>
            </w:r>
            <w:proofErr w:type="spellEnd"/>
            <w:r>
              <w:rPr>
                <w:sz w:val="19"/>
              </w:rPr>
              <w:t xml:space="preserve"> </w:t>
            </w:r>
            <w:proofErr w:type="spellStart"/>
            <w:r>
              <w:rPr>
                <w:sz w:val="19"/>
              </w:rPr>
              <w:t>blok</w:t>
            </w:r>
            <w:proofErr w:type="spellEnd"/>
          </w:p>
        </w:tc>
        <w:tc>
          <w:tcPr>
            <w:tcW w:w="1814" w:type="dxa"/>
            <w:tcMar>
              <w:top w:w="90" w:type="dxa"/>
              <w:left w:w="90" w:type="dxa"/>
              <w:bottom w:w="90" w:type="dxa"/>
              <w:right w:w="90" w:type="dxa"/>
            </w:tcMar>
            <w:vAlign w:val="center"/>
          </w:tcPr>
          <w:p w14:paraId="40C38520" w14:textId="77777777" w:rsidR="00CB3864" w:rsidRDefault="0074127D">
            <w:r>
              <w:rPr>
                <w:sz w:val="19"/>
              </w:rPr>
              <w:t>6:00-8:00</w:t>
            </w:r>
          </w:p>
        </w:tc>
        <w:tc>
          <w:tcPr>
            <w:tcW w:w="5216" w:type="dxa"/>
            <w:tcMar>
              <w:top w:w="90" w:type="dxa"/>
              <w:left w:w="90" w:type="dxa"/>
              <w:bottom w:w="90" w:type="dxa"/>
              <w:right w:w="90" w:type="dxa"/>
            </w:tcMar>
            <w:vAlign w:val="center"/>
          </w:tcPr>
          <w:p w14:paraId="27D6F4F8" w14:textId="77777777" w:rsidR="00CB3864" w:rsidRDefault="0074127D">
            <w:proofErr w:type="spellStart"/>
            <w:r>
              <w:rPr>
                <w:sz w:val="19"/>
              </w:rPr>
              <w:t>postupné</w:t>
            </w:r>
            <w:proofErr w:type="spellEnd"/>
            <w:r>
              <w:rPr>
                <w:sz w:val="19"/>
              </w:rPr>
              <w:t xml:space="preserve"> </w:t>
            </w:r>
            <w:proofErr w:type="spellStart"/>
            <w:r>
              <w:rPr>
                <w:sz w:val="19"/>
              </w:rPr>
              <w:t>scházení</w:t>
            </w:r>
            <w:proofErr w:type="spellEnd"/>
            <w:r>
              <w:rPr>
                <w:sz w:val="19"/>
              </w:rPr>
              <w:t xml:space="preserve"> </w:t>
            </w:r>
            <w:proofErr w:type="spellStart"/>
            <w:r>
              <w:rPr>
                <w:sz w:val="19"/>
              </w:rPr>
              <w:t>dětí</w:t>
            </w:r>
            <w:proofErr w:type="spellEnd"/>
            <w:r>
              <w:rPr>
                <w:sz w:val="19"/>
              </w:rPr>
              <w:t xml:space="preserve">, </w:t>
            </w:r>
            <w:proofErr w:type="spellStart"/>
            <w:r>
              <w:rPr>
                <w:sz w:val="19"/>
              </w:rPr>
              <w:t>spontánní</w:t>
            </w:r>
            <w:proofErr w:type="spellEnd"/>
            <w:r>
              <w:rPr>
                <w:sz w:val="19"/>
              </w:rPr>
              <w:t xml:space="preserve"> </w:t>
            </w:r>
            <w:proofErr w:type="spellStart"/>
            <w:r>
              <w:rPr>
                <w:sz w:val="19"/>
              </w:rPr>
              <w:t>hry</w:t>
            </w:r>
            <w:proofErr w:type="spellEnd"/>
            <w:r>
              <w:rPr>
                <w:sz w:val="19"/>
              </w:rPr>
              <w:t xml:space="preserve">, </w:t>
            </w:r>
            <w:proofErr w:type="spellStart"/>
            <w:r>
              <w:rPr>
                <w:sz w:val="19"/>
              </w:rPr>
              <w:t>individuální</w:t>
            </w:r>
            <w:proofErr w:type="spellEnd"/>
            <w:r>
              <w:rPr>
                <w:sz w:val="19"/>
              </w:rPr>
              <w:t xml:space="preserve"> </w:t>
            </w:r>
            <w:proofErr w:type="spellStart"/>
            <w:r>
              <w:rPr>
                <w:sz w:val="19"/>
              </w:rPr>
              <w:t>činnosti</w:t>
            </w:r>
            <w:proofErr w:type="spellEnd"/>
            <w:r>
              <w:rPr>
                <w:sz w:val="19"/>
              </w:rPr>
              <w:t xml:space="preserve">, </w:t>
            </w:r>
            <w:proofErr w:type="spellStart"/>
            <w:r>
              <w:rPr>
                <w:sz w:val="19"/>
              </w:rPr>
              <w:t>případné</w:t>
            </w:r>
            <w:proofErr w:type="spellEnd"/>
            <w:r>
              <w:rPr>
                <w:sz w:val="19"/>
              </w:rPr>
              <w:t xml:space="preserve"> </w:t>
            </w:r>
            <w:proofErr w:type="spellStart"/>
            <w:r>
              <w:rPr>
                <w:sz w:val="19"/>
              </w:rPr>
              <w:t>spojování</w:t>
            </w:r>
            <w:proofErr w:type="spellEnd"/>
            <w:r>
              <w:rPr>
                <w:sz w:val="19"/>
              </w:rPr>
              <w:t xml:space="preserve"> </w:t>
            </w:r>
            <w:proofErr w:type="spellStart"/>
            <w:r>
              <w:rPr>
                <w:sz w:val="19"/>
              </w:rPr>
              <w:t>tříd</w:t>
            </w:r>
            <w:proofErr w:type="spellEnd"/>
          </w:p>
        </w:tc>
      </w:tr>
      <w:tr w:rsidR="00CB3864" w14:paraId="1E88B4F0" w14:textId="77777777">
        <w:trPr>
          <w:jc w:val="center"/>
        </w:trPr>
        <w:tc>
          <w:tcPr>
            <w:tcW w:w="1984" w:type="dxa"/>
            <w:tcMar>
              <w:top w:w="90" w:type="dxa"/>
              <w:left w:w="90" w:type="dxa"/>
              <w:bottom w:w="90" w:type="dxa"/>
              <w:right w:w="90" w:type="dxa"/>
            </w:tcMar>
            <w:vAlign w:val="center"/>
          </w:tcPr>
          <w:p w14:paraId="69DAA57E" w14:textId="77777777" w:rsidR="00CB3864" w:rsidRDefault="0074127D">
            <w:proofErr w:type="spellStart"/>
            <w:r>
              <w:rPr>
                <w:sz w:val="19"/>
              </w:rPr>
              <w:t>Dopolední</w:t>
            </w:r>
            <w:proofErr w:type="spellEnd"/>
            <w:r>
              <w:rPr>
                <w:sz w:val="19"/>
              </w:rPr>
              <w:t xml:space="preserve"> </w:t>
            </w:r>
            <w:proofErr w:type="spellStart"/>
            <w:r>
              <w:rPr>
                <w:sz w:val="19"/>
              </w:rPr>
              <w:t>blok</w:t>
            </w:r>
            <w:proofErr w:type="spellEnd"/>
          </w:p>
        </w:tc>
        <w:tc>
          <w:tcPr>
            <w:tcW w:w="1814" w:type="dxa"/>
            <w:tcMar>
              <w:top w:w="90" w:type="dxa"/>
              <w:left w:w="90" w:type="dxa"/>
              <w:bottom w:w="90" w:type="dxa"/>
              <w:right w:w="90" w:type="dxa"/>
            </w:tcMar>
            <w:vAlign w:val="center"/>
          </w:tcPr>
          <w:p w14:paraId="040BBFF3" w14:textId="77777777" w:rsidR="00CB3864" w:rsidRDefault="0074127D">
            <w:r>
              <w:rPr>
                <w:sz w:val="19"/>
              </w:rPr>
              <w:t>8:00-12:00</w:t>
            </w:r>
          </w:p>
        </w:tc>
        <w:tc>
          <w:tcPr>
            <w:tcW w:w="5216" w:type="dxa"/>
            <w:tcMar>
              <w:top w:w="90" w:type="dxa"/>
              <w:left w:w="90" w:type="dxa"/>
              <w:bottom w:w="90" w:type="dxa"/>
              <w:right w:w="90" w:type="dxa"/>
            </w:tcMar>
            <w:vAlign w:val="center"/>
          </w:tcPr>
          <w:p w14:paraId="51CF7357" w14:textId="77777777" w:rsidR="00CB3864" w:rsidRDefault="0074127D">
            <w:proofErr w:type="spellStart"/>
            <w:r>
              <w:rPr>
                <w:sz w:val="19"/>
              </w:rPr>
              <w:t>povinné</w:t>
            </w:r>
            <w:proofErr w:type="spellEnd"/>
            <w:r>
              <w:rPr>
                <w:sz w:val="19"/>
              </w:rPr>
              <w:t xml:space="preserve"> </w:t>
            </w:r>
            <w:proofErr w:type="spellStart"/>
            <w:r>
              <w:rPr>
                <w:sz w:val="19"/>
              </w:rPr>
              <w:t>předškolní</w:t>
            </w:r>
            <w:proofErr w:type="spellEnd"/>
            <w:r>
              <w:rPr>
                <w:sz w:val="19"/>
              </w:rPr>
              <w:t xml:space="preserve"> </w:t>
            </w:r>
            <w:proofErr w:type="spellStart"/>
            <w:r>
              <w:rPr>
                <w:sz w:val="19"/>
              </w:rPr>
              <w:t>vzdělávání</w:t>
            </w:r>
            <w:proofErr w:type="spellEnd"/>
            <w:r>
              <w:rPr>
                <w:sz w:val="19"/>
              </w:rPr>
              <w:t xml:space="preserve">, </w:t>
            </w:r>
            <w:proofErr w:type="spellStart"/>
            <w:r>
              <w:rPr>
                <w:sz w:val="19"/>
              </w:rPr>
              <w:t>vzdělávací</w:t>
            </w:r>
            <w:proofErr w:type="spellEnd"/>
            <w:r>
              <w:rPr>
                <w:sz w:val="19"/>
              </w:rPr>
              <w:t xml:space="preserve"> </w:t>
            </w:r>
            <w:proofErr w:type="spellStart"/>
            <w:r>
              <w:rPr>
                <w:sz w:val="19"/>
              </w:rPr>
              <w:t>nabídka</w:t>
            </w:r>
            <w:proofErr w:type="spellEnd"/>
            <w:r>
              <w:rPr>
                <w:sz w:val="19"/>
              </w:rPr>
              <w:t xml:space="preserve"> </w:t>
            </w:r>
            <w:proofErr w:type="spellStart"/>
            <w:r>
              <w:rPr>
                <w:sz w:val="19"/>
              </w:rPr>
              <w:t>podle</w:t>
            </w:r>
            <w:proofErr w:type="spellEnd"/>
            <w:r>
              <w:rPr>
                <w:sz w:val="19"/>
              </w:rPr>
              <w:t xml:space="preserve"> ŠVP PV, centra </w:t>
            </w:r>
            <w:proofErr w:type="spellStart"/>
            <w:r>
              <w:rPr>
                <w:sz w:val="19"/>
              </w:rPr>
              <w:t>aktivit</w:t>
            </w:r>
            <w:proofErr w:type="spellEnd"/>
            <w:r>
              <w:rPr>
                <w:sz w:val="19"/>
              </w:rPr>
              <w:t xml:space="preserve">, </w:t>
            </w:r>
            <w:proofErr w:type="spellStart"/>
            <w:r>
              <w:rPr>
                <w:sz w:val="19"/>
              </w:rPr>
              <w:t>pohybové</w:t>
            </w:r>
            <w:proofErr w:type="spellEnd"/>
            <w:r>
              <w:rPr>
                <w:sz w:val="19"/>
              </w:rPr>
              <w:t xml:space="preserve"> a </w:t>
            </w:r>
            <w:proofErr w:type="spellStart"/>
            <w:r>
              <w:rPr>
                <w:sz w:val="19"/>
              </w:rPr>
              <w:t>komunikační</w:t>
            </w:r>
            <w:proofErr w:type="spellEnd"/>
            <w:r>
              <w:rPr>
                <w:sz w:val="19"/>
              </w:rPr>
              <w:t xml:space="preserve"> </w:t>
            </w:r>
            <w:proofErr w:type="spellStart"/>
            <w:r>
              <w:rPr>
                <w:sz w:val="19"/>
              </w:rPr>
              <w:t>činnosti</w:t>
            </w:r>
            <w:proofErr w:type="spellEnd"/>
            <w:r>
              <w:rPr>
                <w:sz w:val="19"/>
              </w:rPr>
              <w:t xml:space="preserve">, </w:t>
            </w:r>
            <w:proofErr w:type="spellStart"/>
            <w:r>
              <w:rPr>
                <w:sz w:val="19"/>
              </w:rPr>
              <w:t>svačina</w:t>
            </w:r>
            <w:proofErr w:type="spellEnd"/>
            <w:r>
              <w:rPr>
                <w:sz w:val="19"/>
              </w:rPr>
              <w:t xml:space="preserve">, </w:t>
            </w:r>
            <w:proofErr w:type="spellStart"/>
            <w:r>
              <w:rPr>
                <w:sz w:val="19"/>
              </w:rPr>
              <w:t>pobyt</w:t>
            </w:r>
            <w:proofErr w:type="spellEnd"/>
            <w:r>
              <w:rPr>
                <w:sz w:val="19"/>
              </w:rPr>
              <w:t xml:space="preserve"> </w:t>
            </w:r>
            <w:proofErr w:type="spellStart"/>
            <w:r>
              <w:rPr>
                <w:sz w:val="19"/>
              </w:rPr>
              <w:t>venku</w:t>
            </w:r>
            <w:proofErr w:type="spellEnd"/>
            <w:r>
              <w:rPr>
                <w:sz w:val="19"/>
              </w:rPr>
              <w:t xml:space="preserve">, </w:t>
            </w:r>
            <w:proofErr w:type="spellStart"/>
            <w:r>
              <w:rPr>
                <w:sz w:val="19"/>
              </w:rPr>
              <w:t>oběd</w:t>
            </w:r>
            <w:proofErr w:type="spellEnd"/>
          </w:p>
        </w:tc>
      </w:tr>
      <w:tr w:rsidR="00CB3864" w14:paraId="61B3FB4C" w14:textId="77777777">
        <w:trPr>
          <w:jc w:val="center"/>
        </w:trPr>
        <w:tc>
          <w:tcPr>
            <w:tcW w:w="1984" w:type="dxa"/>
            <w:tcMar>
              <w:top w:w="90" w:type="dxa"/>
              <w:left w:w="90" w:type="dxa"/>
              <w:bottom w:w="90" w:type="dxa"/>
              <w:right w:w="90" w:type="dxa"/>
            </w:tcMar>
            <w:vAlign w:val="center"/>
          </w:tcPr>
          <w:p w14:paraId="7D9216FA" w14:textId="77777777" w:rsidR="00CB3864" w:rsidRDefault="0074127D">
            <w:proofErr w:type="spellStart"/>
            <w:r>
              <w:rPr>
                <w:sz w:val="19"/>
              </w:rPr>
              <w:t>Odpolední</w:t>
            </w:r>
            <w:proofErr w:type="spellEnd"/>
            <w:r>
              <w:rPr>
                <w:sz w:val="19"/>
              </w:rPr>
              <w:t xml:space="preserve"> </w:t>
            </w:r>
            <w:proofErr w:type="spellStart"/>
            <w:r>
              <w:rPr>
                <w:sz w:val="19"/>
              </w:rPr>
              <w:t>blok</w:t>
            </w:r>
            <w:proofErr w:type="spellEnd"/>
          </w:p>
        </w:tc>
        <w:tc>
          <w:tcPr>
            <w:tcW w:w="1814" w:type="dxa"/>
            <w:tcMar>
              <w:top w:w="90" w:type="dxa"/>
              <w:left w:w="90" w:type="dxa"/>
              <w:bottom w:w="90" w:type="dxa"/>
              <w:right w:w="90" w:type="dxa"/>
            </w:tcMar>
            <w:vAlign w:val="center"/>
          </w:tcPr>
          <w:p w14:paraId="68887313" w14:textId="77777777" w:rsidR="00CB3864" w:rsidRDefault="0074127D">
            <w:r>
              <w:rPr>
                <w:sz w:val="19"/>
              </w:rPr>
              <w:t>12:00-16:30</w:t>
            </w:r>
          </w:p>
        </w:tc>
        <w:tc>
          <w:tcPr>
            <w:tcW w:w="5216" w:type="dxa"/>
            <w:tcMar>
              <w:top w:w="90" w:type="dxa"/>
              <w:left w:w="90" w:type="dxa"/>
              <w:bottom w:w="90" w:type="dxa"/>
              <w:right w:w="90" w:type="dxa"/>
            </w:tcMar>
            <w:vAlign w:val="center"/>
          </w:tcPr>
          <w:p w14:paraId="55B37C4A" w14:textId="77777777" w:rsidR="00CB3864" w:rsidRDefault="0074127D">
            <w:proofErr w:type="spellStart"/>
            <w:r>
              <w:rPr>
                <w:sz w:val="19"/>
              </w:rPr>
              <w:t>odpočinek</w:t>
            </w:r>
            <w:proofErr w:type="spellEnd"/>
            <w:r>
              <w:rPr>
                <w:sz w:val="19"/>
              </w:rPr>
              <w:t xml:space="preserve"> a </w:t>
            </w:r>
            <w:proofErr w:type="spellStart"/>
            <w:r>
              <w:rPr>
                <w:sz w:val="19"/>
              </w:rPr>
              <w:t>relaxace</w:t>
            </w:r>
            <w:proofErr w:type="spellEnd"/>
            <w:r>
              <w:rPr>
                <w:sz w:val="19"/>
              </w:rPr>
              <w:t xml:space="preserve">, </w:t>
            </w:r>
            <w:proofErr w:type="spellStart"/>
            <w:r>
              <w:rPr>
                <w:sz w:val="19"/>
              </w:rPr>
              <w:t>klidové</w:t>
            </w:r>
            <w:proofErr w:type="spellEnd"/>
            <w:r>
              <w:rPr>
                <w:sz w:val="19"/>
              </w:rPr>
              <w:t xml:space="preserve"> </w:t>
            </w:r>
            <w:proofErr w:type="spellStart"/>
            <w:r>
              <w:rPr>
                <w:sz w:val="19"/>
              </w:rPr>
              <w:t>činnosti</w:t>
            </w:r>
            <w:proofErr w:type="spellEnd"/>
            <w:r>
              <w:rPr>
                <w:sz w:val="19"/>
              </w:rPr>
              <w:t xml:space="preserve">, </w:t>
            </w:r>
            <w:proofErr w:type="spellStart"/>
            <w:r>
              <w:rPr>
                <w:sz w:val="19"/>
              </w:rPr>
              <w:t>individuální</w:t>
            </w:r>
            <w:proofErr w:type="spellEnd"/>
            <w:r>
              <w:rPr>
                <w:sz w:val="19"/>
              </w:rPr>
              <w:t xml:space="preserve"> </w:t>
            </w:r>
            <w:proofErr w:type="spellStart"/>
            <w:r>
              <w:rPr>
                <w:sz w:val="19"/>
              </w:rPr>
              <w:t>práce</w:t>
            </w:r>
            <w:proofErr w:type="spellEnd"/>
            <w:r>
              <w:rPr>
                <w:sz w:val="19"/>
              </w:rPr>
              <w:t xml:space="preserve">, </w:t>
            </w:r>
            <w:proofErr w:type="spellStart"/>
            <w:r>
              <w:rPr>
                <w:sz w:val="19"/>
              </w:rPr>
              <w:t>odpolední</w:t>
            </w:r>
            <w:proofErr w:type="spellEnd"/>
            <w:r>
              <w:rPr>
                <w:sz w:val="19"/>
              </w:rPr>
              <w:t xml:space="preserve"> </w:t>
            </w:r>
            <w:proofErr w:type="spellStart"/>
            <w:r>
              <w:rPr>
                <w:sz w:val="19"/>
              </w:rPr>
              <w:t>svačina</w:t>
            </w:r>
            <w:proofErr w:type="spellEnd"/>
            <w:r>
              <w:rPr>
                <w:sz w:val="19"/>
              </w:rPr>
              <w:t xml:space="preserve">, </w:t>
            </w:r>
            <w:proofErr w:type="spellStart"/>
            <w:r>
              <w:rPr>
                <w:sz w:val="19"/>
              </w:rPr>
              <w:t>hry</w:t>
            </w:r>
            <w:proofErr w:type="spellEnd"/>
            <w:r>
              <w:rPr>
                <w:sz w:val="19"/>
              </w:rPr>
              <w:t xml:space="preserve">, </w:t>
            </w:r>
            <w:proofErr w:type="spellStart"/>
            <w:r>
              <w:rPr>
                <w:sz w:val="19"/>
              </w:rPr>
              <w:t>tvoření</w:t>
            </w:r>
            <w:proofErr w:type="spellEnd"/>
            <w:r>
              <w:rPr>
                <w:sz w:val="19"/>
              </w:rPr>
              <w:t xml:space="preserve">, </w:t>
            </w:r>
            <w:proofErr w:type="spellStart"/>
            <w:r>
              <w:rPr>
                <w:sz w:val="19"/>
              </w:rPr>
              <w:t>postupné</w:t>
            </w:r>
            <w:proofErr w:type="spellEnd"/>
            <w:r>
              <w:rPr>
                <w:sz w:val="19"/>
              </w:rPr>
              <w:t xml:space="preserve"> </w:t>
            </w:r>
            <w:proofErr w:type="spellStart"/>
            <w:r>
              <w:rPr>
                <w:sz w:val="19"/>
              </w:rPr>
              <w:t>rozcházení</w:t>
            </w:r>
            <w:proofErr w:type="spellEnd"/>
            <w:r>
              <w:rPr>
                <w:sz w:val="19"/>
              </w:rPr>
              <w:t xml:space="preserve"> </w:t>
            </w:r>
            <w:proofErr w:type="spellStart"/>
            <w:r>
              <w:rPr>
                <w:sz w:val="19"/>
              </w:rPr>
              <w:t>dětí</w:t>
            </w:r>
            <w:proofErr w:type="spellEnd"/>
          </w:p>
        </w:tc>
      </w:tr>
    </w:tbl>
    <w:p w14:paraId="6987B334" w14:textId="77777777" w:rsidR="00CB3864" w:rsidRDefault="0074127D" w:rsidP="00EF28F1">
      <w:pPr>
        <w:jc w:val="both"/>
      </w:pPr>
      <w:proofErr w:type="spellStart"/>
      <w:r>
        <w:lastRenderedPageBreak/>
        <w:t>Dítě</w:t>
      </w:r>
      <w:proofErr w:type="spellEnd"/>
      <w:r>
        <w:t xml:space="preserve"> je </w:t>
      </w:r>
      <w:proofErr w:type="spellStart"/>
      <w:r>
        <w:t>předáváno</w:t>
      </w:r>
      <w:proofErr w:type="spellEnd"/>
      <w:r>
        <w:t xml:space="preserve"> </w:t>
      </w:r>
      <w:proofErr w:type="spellStart"/>
      <w:r>
        <w:t>pedagogickému</w:t>
      </w:r>
      <w:proofErr w:type="spellEnd"/>
      <w:r>
        <w:t xml:space="preserve"> </w:t>
      </w:r>
      <w:proofErr w:type="spellStart"/>
      <w:r>
        <w:t>pracovníkovi</w:t>
      </w:r>
      <w:proofErr w:type="spellEnd"/>
      <w:r>
        <w:t xml:space="preserve"> </w:t>
      </w:r>
      <w:proofErr w:type="spellStart"/>
      <w:r>
        <w:t>osobně</w:t>
      </w:r>
      <w:proofErr w:type="spellEnd"/>
      <w:r>
        <w:t xml:space="preserve">. </w:t>
      </w:r>
      <w:proofErr w:type="spellStart"/>
      <w:r>
        <w:t>Zákonný</w:t>
      </w:r>
      <w:proofErr w:type="spellEnd"/>
      <w:r>
        <w:t xml:space="preserve"> </w:t>
      </w:r>
      <w:proofErr w:type="spellStart"/>
      <w:r>
        <w:t>zástupce</w:t>
      </w:r>
      <w:proofErr w:type="spellEnd"/>
      <w:r>
        <w:t xml:space="preserve"> je </w:t>
      </w:r>
      <w:proofErr w:type="spellStart"/>
      <w:r>
        <w:t>povinen</w:t>
      </w:r>
      <w:proofErr w:type="spellEnd"/>
      <w:r>
        <w:t xml:space="preserve"> </w:t>
      </w:r>
      <w:proofErr w:type="spellStart"/>
      <w:r>
        <w:t>zajistit</w:t>
      </w:r>
      <w:proofErr w:type="spellEnd"/>
      <w:r>
        <w:t xml:space="preserve">, aby </w:t>
      </w:r>
      <w:proofErr w:type="spellStart"/>
      <w:r>
        <w:t>dítě</w:t>
      </w:r>
      <w:proofErr w:type="spellEnd"/>
      <w:r>
        <w:t xml:space="preserve"> </w:t>
      </w:r>
      <w:proofErr w:type="spellStart"/>
      <w:r>
        <w:t>bylo</w:t>
      </w:r>
      <w:proofErr w:type="spellEnd"/>
      <w:r>
        <w:t xml:space="preserve"> </w:t>
      </w:r>
      <w:proofErr w:type="spellStart"/>
      <w:r>
        <w:t>vyzvednuto</w:t>
      </w:r>
      <w:proofErr w:type="spellEnd"/>
      <w:r>
        <w:t xml:space="preserve"> </w:t>
      </w:r>
      <w:proofErr w:type="spellStart"/>
      <w:r>
        <w:t>nejpozději</w:t>
      </w:r>
      <w:proofErr w:type="spellEnd"/>
      <w:r>
        <w:t xml:space="preserve"> do </w:t>
      </w:r>
      <w:proofErr w:type="spellStart"/>
      <w:r>
        <w:t>konce</w:t>
      </w:r>
      <w:proofErr w:type="spellEnd"/>
      <w:r>
        <w:t xml:space="preserve"> </w:t>
      </w:r>
      <w:proofErr w:type="spellStart"/>
      <w:r>
        <w:t>provozní</w:t>
      </w:r>
      <w:proofErr w:type="spellEnd"/>
      <w:r>
        <w:t xml:space="preserve"> </w:t>
      </w:r>
      <w:proofErr w:type="spellStart"/>
      <w:r>
        <w:t>doby</w:t>
      </w:r>
      <w:proofErr w:type="spellEnd"/>
      <w:r>
        <w:t xml:space="preserve">. </w:t>
      </w:r>
      <w:proofErr w:type="spellStart"/>
      <w:r>
        <w:t>Dítě</w:t>
      </w:r>
      <w:proofErr w:type="spellEnd"/>
      <w:r>
        <w:t xml:space="preserve"> </w:t>
      </w:r>
      <w:proofErr w:type="spellStart"/>
      <w:r>
        <w:t>může</w:t>
      </w:r>
      <w:proofErr w:type="spellEnd"/>
      <w:r>
        <w:t xml:space="preserve"> </w:t>
      </w:r>
      <w:proofErr w:type="spellStart"/>
      <w:r>
        <w:t>být</w:t>
      </w:r>
      <w:proofErr w:type="spellEnd"/>
      <w:r>
        <w:t xml:space="preserve"> </w:t>
      </w:r>
      <w:proofErr w:type="spellStart"/>
      <w:r>
        <w:t>předáno</w:t>
      </w:r>
      <w:proofErr w:type="spellEnd"/>
      <w:r>
        <w:t xml:space="preserve"> </w:t>
      </w:r>
      <w:proofErr w:type="spellStart"/>
      <w:r>
        <w:t>pouze</w:t>
      </w:r>
      <w:proofErr w:type="spellEnd"/>
      <w:r>
        <w:t xml:space="preserve"> </w:t>
      </w:r>
      <w:proofErr w:type="spellStart"/>
      <w:r>
        <w:t>zákonnému</w:t>
      </w:r>
      <w:proofErr w:type="spellEnd"/>
      <w:r>
        <w:t xml:space="preserve"> </w:t>
      </w:r>
      <w:proofErr w:type="spellStart"/>
      <w:r>
        <w:t>zástupci</w:t>
      </w:r>
      <w:proofErr w:type="spellEnd"/>
      <w:r>
        <w:t xml:space="preserve"> </w:t>
      </w:r>
      <w:proofErr w:type="spellStart"/>
      <w:r>
        <w:t>nebo</w:t>
      </w:r>
      <w:proofErr w:type="spellEnd"/>
      <w:r>
        <w:t xml:space="preserve"> </w:t>
      </w:r>
      <w:proofErr w:type="spellStart"/>
      <w:r>
        <w:t>osobě</w:t>
      </w:r>
      <w:proofErr w:type="spellEnd"/>
      <w:r>
        <w:t xml:space="preserve"> </w:t>
      </w:r>
      <w:proofErr w:type="spellStart"/>
      <w:r>
        <w:t>písemně</w:t>
      </w:r>
      <w:proofErr w:type="spellEnd"/>
      <w:r>
        <w:t xml:space="preserve"> </w:t>
      </w:r>
      <w:proofErr w:type="spellStart"/>
      <w:r>
        <w:t>pověřené</w:t>
      </w:r>
      <w:proofErr w:type="spellEnd"/>
      <w:r>
        <w:t xml:space="preserve"> </w:t>
      </w:r>
      <w:proofErr w:type="spellStart"/>
      <w:r>
        <w:t>zákonným</w:t>
      </w:r>
      <w:proofErr w:type="spellEnd"/>
      <w:r>
        <w:t xml:space="preserve"> </w:t>
      </w:r>
      <w:proofErr w:type="spellStart"/>
      <w:r>
        <w:t>zástupcem</w:t>
      </w:r>
      <w:proofErr w:type="spellEnd"/>
      <w:r>
        <w:t xml:space="preserve">. </w:t>
      </w:r>
      <w:proofErr w:type="spellStart"/>
      <w:r>
        <w:t>Změny</w:t>
      </w:r>
      <w:proofErr w:type="spellEnd"/>
      <w:r>
        <w:t xml:space="preserve"> v </w:t>
      </w:r>
      <w:proofErr w:type="spellStart"/>
      <w:r>
        <w:t>pověření</w:t>
      </w:r>
      <w:proofErr w:type="spellEnd"/>
      <w:r>
        <w:t xml:space="preserve"> k </w:t>
      </w:r>
      <w:proofErr w:type="spellStart"/>
      <w:r>
        <w:t>vyzvedávání</w:t>
      </w:r>
      <w:proofErr w:type="spellEnd"/>
      <w:r>
        <w:t xml:space="preserve"> je </w:t>
      </w:r>
      <w:proofErr w:type="spellStart"/>
      <w:r>
        <w:t>nutné</w:t>
      </w:r>
      <w:proofErr w:type="spellEnd"/>
      <w:r>
        <w:t xml:space="preserve"> </w:t>
      </w:r>
      <w:proofErr w:type="spellStart"/>
      <w:r>
        <w:t>škole</w:t>
      </w:r>
      <w:proofErr w:type="spellEnd"/>
      <w:r>
        <w:t xml:space="preserve"> </w:t>
      </w:r>
      <w:proofErr w:type="spellStart"/>
      <w:r>
        <w:t>oznámit</w:t>
      </w:r>
      <w:proofErr w:type="spellEnd"/>
      <w:r>
        <w:t xml:space="preserve"> </w:t>
      </w:r>
      <w:proofErr w:type="spellStart"/>
      <w:r>
        <w:t>písemně</w:t>
      </w:r>
      <w:proofErr w:type="spellEnd"/>
      <w:r>
        <w:t>.</w:t>
      </w:r>
    </w:p>
    <w:p w14:paraId="15F2BF5D" w14:textId="77777777" w:rsidR="00CB3864" w:rsidRDefault="0074127D">
      <w:pPr>
        <w:pStyle w:val="Nadpis2"/>
      </w:pPr>
      <w:proofErr w:type="spellStart"/>
      <w:r>
        <w:rPr>
          <w:rFonts w:ascii="Arial" w:hAnsi="Arial"/>
          <w:b w:val="0"/>
        </w:rPr>
        <w:t>Postup</w:t>
      </w:r>
      <w:proofErr w:type="spellEnd"/>
      <w:r>
        <w:rPr>
          <w:rFonts w:ascii="Arial" w:hAnsi="Arial"/>
          <w:b w:val="0"/>
        </w:rPr>
        <w:t xml:space="preserve"> </w:t>
      </w:r>
      <w:proofErr w:type="spellStart"/>
      <w:r>
        <w:rPr>
          <w:rFonts w:ascii="Arial" w:hAnsi="Arial"/>
          <w:b w:val="0"/>
        </w:rPr>
        <w:t>při</w:t>
      </w:r>
      <w:proofErr w:type="spellEnd"/>
      <w:r>
        <w:rPr>
          <w:rFonts w:ascii="Arial" w:hAnsi="Arial"/>
          <w:b w:val="0"/>
        </w:rPr>
        <w:t xml:space="preserve"> </w:t>
      </w:r>
      <w:proofErr w:type="spellStart"/>
      <w:r>
        <w:rPr>
          <w:rFonts w:ascii="Arial" w:hAnsi="Arial"/>
          <w:b w:val="0"/>
        </w:rPr>
        <w:t>nevyzvednutí</w:t>
      </w:r>
      <w:proofErr w:type="spellEnd"/>
      <w:r>
        <w:rPr>
          <w:rFonts w:ascii="Arial" w:hAnsi="Arial"/>
          <w:b w:val="0"/>
        </w:rPr>
        <w:t xml:space="preserve"> </w:t>
      </w:r>
      <w:proofErr w:type="spellStart"/>
      <w:r>
        <w:rPr>
          <w:rFonts w:ascii="Arial" w:hAnsi="Arial"/>
          <w:b w:val="0"/>
        </w:rPr>
        <w:t>dítěte</w:t>
      </w:r>
      <w:proofErr w:type="spellEnd"/>
    </w:p>
    <w:p w14:paraId="1CA414B9" w14:textId="77777777" w:rsidR="00CB3864" w:rsidRDefault="0074127D" w:rsidP="00EF28F1">
      <w:pPr>
        <w:jc w:val="both"/>
      </w:pPr>
      <w:proofErr w:type="spellStart"/>
      <w:r>
        <w:t>Není</w:t>
      </w:r>
      <w:proofErr w:type="spellEnd"/>
      <w:r>
        <w:t xml:space="preserve">-li </w:t>
      </w:r>
      <w:proofErr w:type="spellStart"/>
      <w:r>
        <w:t>dítě</w:t>
      </w:r>
      <w:proofErr w:type="spellEnd"/>
      <w:r>
        <w:t xml:space="preserve"> </w:t>
      </w:r>
      <w:proofErr w:type="spellStart"/>
      <w:r>
        <w:t>vyzvednuto</w:t>
      </w:r>
      <w:proofErr w:type="spellEnd"/>
      <w:r>
        <w:t xml:space="preserve"> do </w:t>
      </w:r>
      <w:proofErr w:type="spellStart"/>
      <w:r>
        <w:t>konce</w:t>
      </w:r>
      <w:proofErr w:type="spellEnd"/>
      <w:r>
        <w:t xml:space="preserve"> </w:t>
      </w:r>
      <w:proofErr w:type="spellStart"/>
      <w:r>
        <w:t>provozní</w:t>
      </w:r>
      <w:proofErr w:type="spellEnd"/>
      <w:r>
        <w:t xml:space="preserve"> </w:t>
      </w:r>
      <w:proofErr w:type="spellStart"/>
      <w:r>
        <w:t>doby</w:t>
      </w:r>
      <w:proofErr w:type="spellEnd"/>
      <w:r>
        <w:t xml:space="preserve">, </w:t>
      </w:r>
      <w:proofErr w:type="spellStart"/>
      <w:r>
        <w:t>pedagogický</w:t>
      </w:r>
      <w:proofErr w:type="spellEnd"/>
      <w:r>
        <w:t xml:space="preserve"> </w:t>
      </w:r>
      <w:proofErr w:type="spellStart"/>
      <w:r>
        <w:t>pracovník</w:t>
      </w:r>
      <w:proofErr w:type="spellEnd"/>
      <w:r>
        <w:t xml:space="preserve"> se </w:t>
      </w:r>
      <w:proofErr w:type="spellStart"/>
      <w:r>
        <w:t>pokusí</w:t>
      </w:r>
      <w:proofErr w:type="spellEnd"/>
      <w:r>
        <w:t xml:space="preserve"> </w:t>
      </w:r>
      <w:proofErr w:type="spellStart"/>
      <w:r>
        <w:t>kontaktovat</w:t>
      </w:r>
      <w:proofErr w:type="spellEnd"/>
      <w:r>
        <w:t xml:space="preserve"> </w:t>
      </w:r>
      <w:proofErr w:type="spellStart"/>
      <w:r>
        <w:t>zákonné</w:t>
      </w:r>
      <w:proofErr w:type="spellEnd"/>
      <w:r>
        <w:t xml:space="preserve"> </w:t>
      </w:r>
      <w:proofErr w:type="spellStart"/>
      <w:r>
        <w:t>zástupce</w:t>
      </w:r>
      <w:proofErr w:type="spellEnd"/>
      <w:r>
        <w:t xml:space="preserve"> a </w:t>
      </w:r>
      <w:proofErr w:type="spellStart"/>
      <w:r>
        <w:t>další</w:t>
      </w:r>
      <w:proofErr w:type="spellEnd"/>
      <w:r>
        <w:t xml:space="preserve"> </w:t>
      </w:r>
      <w:proofErr w:type="spellStart"/>
      <w:r>
        <w:t>pověřené</w:t>
      </w:r>
      <w:proofErr w:type="spellEnd"/>
      <w:r>
        <w:t xml:space="preserve"> </w:t>
      </w:r>
      <w:proofErr w:type="spellStart"/>
      <w:r>
        <w:t>osoby</w:t>
      </w:r>
      <w:proofErr w:type="spellEnd"/>
      <w:r>
        <w:t xml:space="preserve">. </w:t>
      </w:r>
      <w:proofErr w:type="spellStart"/>
      <w:r>
        <w:t>Pokud</w:t>
      </w:r>
      <w:proofErr w:type="spellEnd"/>
      <w:r>
        <w:t xml:space="preserve"> se </w:t>
      </w:r>
      <w:proofErr w:type="spellStart"/>
      <w:r>
        <w:t>nepodaří</w:t>
      </w:r>
      <w:proofErr w:type="spellEnd"/>
      <w:r>
        <w:t xml:space="preserve"> </w:t>
      </w:r>
      <w:proofErr w:type="spellStart"/>
      <w:r>
        <w:t>zajistit</w:t>
      </w:r>
      <w:proofErr w:type="spellEnd"/>
      <w:r>
        <w:t xml:space="preserve"> </w:t>
      </w:r>
      <w:proofErr w:type="spellStart"/>
      <w:r>
        <w:t>převzetí</w:t>
      </w:r>
      <w:proofErr w:type="spellEnd"/>
      <w:r>
        <w:t xml:space="preserve"> </w:t>
      </w:r>
      <w:proofErr w:type="spellStart"/>
      <w:r>
        <w:t>dítěte</w:t>
      </w:r>
      <w:proofErr w:type="spellEnd"/>
      <w:r>
        <w:t xml:space="preserve">, </w:t>
      </w:r>
      <w:proofErr w:type="spellStart"/>
      <w:r>
        <w:t>postupuje</w:t>
      </w:r>
      <w:proofErr w:type="spellEnd"/>
      <w:r>
        <w:t xml:space="preserve"> </w:t>
      </w:r>
      <w:proofErr w:type="spellStart"/>
      <w:r>
        <w:t>škola</w:t>
      </w:r>
      <w:proofErr w:type="spellEnd"/>
      <w:r>
        <w:t xml:space="preserve"> v </w:t>
      </w:r>
      <w:proofErr w:type="spellStart"/>
      <w:r>
        <w:t>zájmu</w:t>
      </w:r>
      <w:proofErr w:type="spellEnd"/>
      <w:r>
        <w:t xml:space="preserve"> </w:t>
      </w:r>
      <w:proofErr w:type="spellStart"/>
      <w:r>
        <w:t>ochrany</w:t>
      </w:r>
      <w:proofErr w:type="spellEnd"/>
      <w:r>
        <w:t xml:space="preserve"> </w:t>
      </w:r>
      <w:proofErr w:type="spellStart"/>
      <w:r>
        <w:t>dítěte</w:t>
      </w:r>
      <w:proofErr w:type="spellEnd"/>
      <w:r>
        <w:t xml:space="preserve"> </w:t>
      </w:r>
      <w:proofErr w:type="spellStart"/>
      <w:r>
        <w:t>ve</w:t>
      </w:r>
      <w:proofErr w:type="spellEnd"/>
      <w:r>
        <w:t xml:space="preserve"> </w:t>
      </w:r>
      <w:proofErr w:type="spellStart"/>
      <w:r>
        <w:t>spolupráci</w:t>
      </w:r>
      <w:proofErr w:type="spellEnd"/>
      <w:r>
        <w:t xml:space="preserve"> s </w:t>
      </w:r>
      <w:proofErr w:type="spellStart"/>
      <w:r>
        <w:t>příslušným</w:t>
      </w:r>
      <w:proofErr w:type="spellEnd"/>
      <w:r>
        <w:t xml:space="preserve"> </w:t>
      </w:r>
      <w:proofErr w:type="spellStart"/>
      <w:r>
        <w:t>orgánem</w:t>
      </w:r>
      <w:proofErr w:type="spellEnd"/>
      <w:r>
        <w:t xml:space="preserve"> </w:t>
      </w:r>
      <w:proofErr w:type="spellStart"/>
      <w:r>
        <w:t>sociálně-právní</w:t>
      </w:r>
      <w:proofErr w:type="spellEnd"/>
      <w:r>
        <w:t xml:space="preserve"> </w:t>
      </w:r>
      <w:proofErr w:type="spellStart"/>
      <w:r>
        <w:t>ochrany</w:t>
      </w:r>
      <w:proofErr w:type="spellEnd"/>
      <w:r>
        <w:t xml:space="preserve"> </w:t>
      </w:r>
      <w:proofErr w:type="spellStart"/>
      <w:r>
        <w:t>dětí</w:t>
      </w:r>
      <w:proofErr w:type="spellEnd"/>
      <w:r>
        <w:t xml:space="preserve">, </w:t>
      </w:r>
      <w:proofErr w:type="spellStart"/>
      <w:r>
        <w:t>případně</w:t>
      </w:r>
      <w:proofErr w:type="spellEnd"/>
      <w:r>
        <w:t xml:space="preserve"> </w:t>
      </w:r>
      <w:proofErr w:type="spellStart"/>
      <w:r>
        <w:t>Policií</w:t>
      </w:r>
      <w:proofErr w:type="spellEnd"/>
      <w:r>
        <w:t xml:space="preserve"> ČR. </w:t>
      </w:r>
      <w:proofErr w:type="spellStart"/>
      <w:r>
        <w:t>Pedagogický</w:t>
      </w:r>
      <w:proofErr w:type="spellEnd"/>
      <w:r>
        <w:t xml:space="preserve"> </w:t>
      </w:r>
      <w:proofErr w:type="spellStart"/>
      <w:r>
        <w:t>pracovník</w:t>
      </w:r>
      <w:proofErr w:type="spellEnd"/>
      <w:r>
        <w:t xml:space="preserve"> </w:t>
      </w:r>
      <w:proofErr w:type="spellStart"/>
      <w:r>
        <w:t>není</w:t>
      </w:r>
      <w:proofErr w:type="spellEnd"/>
      <w:r>
        <w:t xml:space="preserve"> </w:t>
      </w:r>
      <w:proofErr w:type="spellStart"/>
      <w:r>
        <w:t>oprávněn</w:t>
      </w:r>
      <w:proofErr w:type="spellEnd"/>
      <w:r>
        <w:t xml:space="preserve"> </w:t>
      </w:r>
      <w:proofErr w:type="spellStart"/>
      <w:r>
        <w:t>odvést</w:t>
      </w:r>
      <w:proofErr w:type="spellEnd"/>
      <w:r>
        <w:t xml:space="preserve"> </w:t>
      </w:r>
      <w:proofErr w:type="spellStart"/>
      <w:r>
        <w:t>dítě</w:t>
      </w:r>
      <w:proofErr w:type="spellEnd"/>
      <w:r>
        <w:t xml:space="preserve"> do </w:t>
      </w:r>
      <w:proofErr w:type="spellStart"/>
      <w:r>
        <w:t>místa</w:t>
      </w:r>
      <w:proofErr w:type="spellEnd"/>
      <w:r>
        <w:t xml:space="preserve"> </w:t>
      </w:r>
      <w:proofErr w:type="spellStart"/>
      <w:r>
        <w:t>bydliště</w:t>
      </w:r>
      <w:proofErr w:type="spellEnd"/>
      <w:r>
        <w:t xml:space="preserve"> ani </w:t>
      </w:r>
      <w:proofErr w:type="spellStart"/>
      <w:r>
        <w:t>si</w:t>
      </w:r>
      <w:proofErr w:type="spellEnd"/>
      <w:r>
        <w:t xml:space="preserve"> je </w:t>
      </w:r>
      <w:proofErr w:type="spellStart"/>
      <w:r>
        <w:t>vzít</w:t>
      </w:r>
      <w:proofErr w:type="spellEnd"/>
      <w:r>
        <w:t xml:space="preserve"> do </w:t>
      </w:r>
      <w:proofErr w:type="spellStart"/>
      <w:r>
        <w:t>soukromé</w:t>
      </w:r>
      <w:proofErr w:type="spellEnd"/>
      <w:r>
        <w:t xml:space="preserve"> </w:t>
      </w:r>
      <w:proofErr w:type="spellStart"/>
      <w:r>
        <w:t>péče</w:t>
      </w:r>
      <w:proofErr w:type="spellEnd"/>
      <w:r>
        <w:t xml:space="preserve">. </w:t>
      </w:r>
      <w:proofErr w:type="spellStart"/>
      <w:r>
        <w:t>Opakované</w:t>
      </w:r>
      <w:proofErr w:type="spellEnd"/>
      <w:r>
        <w:t xml:space="preserve"> </w:t>
      </w:r>
      <w:proofErr w:type="spellStart"/>
      <w:r>
        <w:t>pozdní</w:t>
      </w:r>
      <w:proofErr w:type="spellEnd"/>
      <w:r>
        <w:t xml:space="preserve"> </w:t>
      </w:r>
      <w:proofErr w:type="spellStart"/>
      <w:r>
        <w:t>vyzvedávání</w:t>
      </w:r>
      <w:proofErr w:type="spellEnd"/>
      <w:r>
        <w:t xml:space="preserve"> </w:t>
      </w:r>
      <w:proofErr w:type="spellStart"/>
      <w:r>
        <w:t>může</w:t>
      </w:r>
      <w:proofErr w:type="spellEnd"/>
      <w:r>
        <w:t xml:space="preserve"> </w:t>
      </w:r>
      <w:proofErr w:type="spellStart"/>
      <w:r>
        <w:t>být</w:t>
      </w:r>
      <w:proofErr w:type="spellEnd"/>
      <w:r>
        <w:t xml:space="preserve"> po </w:t>
      </w:r>
      <w:proofErr w:type="spellStart"/>
      <w:r>
        <w:t>předchozím</w:t>
      </w:r>
      <w:proofErr w:type="spellEnd"/>
      <w:r>
        <w:t xml:space="preserve"> </w:t>
      </w:r>
      <w:proofErr w:type="spellStart"/>
      <w:r>
        <w:t>písemném</w:t>
      </w:r>
      <w:proofErr w:type="spellEnd"/>
      <w:r>
        <w:t xml:space="preserve"> </w:t>
      </w:r>
      <w:proofErr w:type="spellStart"/>
      <w:r>
        <w:t>upozornění</w:t>
      </w:r>
      <w:proofErr w:type="spellEnd"/>
      <w:r>
        <w:t xml:space="preserve"> </w:t>
      </w:r>
      <w:proofErr w:type="spellStart"/>
      <w:r>
        <w:t>posuzováno</w:t>
      </w:r>
      <w:proofErr w:type="spellEnd"/>
      <w:r>
        <w:t xml:space="preserve"> </w:t>
      </w:r>
      <w:proofErr w:type="spellStart"/>
      <w:r>
        <w:t>jako</w:t>
      </w:r>
      <w:proofErr w:type="spellEnd"/>
      <w:r>
        <w:t xml:space="preserve"> </w:t>
      </w:r>
      <w:proofErr w:type="spellStart"/>
      <w:r>
        <w:t>závažné</w:t>
      </w:r>
      <w:proofErr w:type="spellEnd"/>
      <w:r>
        <w:t xml:space="preserve"> </w:t>
      </w:r>
      <w:proofErr w:type="spellStart"/>
      <w:r>
        <w:t>opakované</w:t>
      </w:r>
      <w:proofErr w:type="spellEnd"/>
      <w:r>
        <w:t xml:space="preserve"> </w:t>
      </w:r>
      <w:proofErr w:type="spellStart"/>
      <w:r>
        <w:t>narušování</w:t>
      </w:r>
      <w:proofErr w:type="spellEnd"/>
      <w:r>
        <w:t xml:space="preserve"> </w:t>
      </w:r>
      <w:proofErr w:type="spellStart"/>
      <w:r>
        <w:t>provozu</w:t>
      </w:r>
      <w:proofErr w:type="spellEnd"/>
      <w:r>
        <w:t xml:space="preserve"> </w:t>
      </w:r>
      <w:proofErr w:type="spellStart"/>
      <w:r>
        <w:t>mateřské</w:t>
      </w:r>
      <w:proofErr w:type="spellEnd"/>
      <w:r>
        <w:t xml:space="preserve"> </w:t>
      </w:r>
      <w:proofErr w:type="spellStart"/>
      <w:r>
        <w:t>školy</w:t>
      </w:r>
      <w:proofErr w:type="spellEnd"/>
      <w:r>
        <w:t>.</w:t>
      </w:r>
    </w:p>
    <w:p w14:paraId="5DBBD10D" w14:textId="77777777" w:rsidR="00CB3864" w:rsidRDefault="0074127D">
      <w:pPr>
        <w:pStyle w:val="Nadpis2"/>
      </w:pPr>
      <w:proofErr w:type="spellStart"/>
      <w:r>
        <w:rPr>
          <w:rFonts w:ascii="Arial" w:hAnsi="Arial"/>
          <w:b w:val="0"/>
        </w:rPr>
        <w:t>Omezení</w:t>
      </w:r>
      <w:proofErr w:type="spellEnd"/>
      <w:r>
        <w:rPr>
          <w:rFonts w:ascii="Arial" w:hAnsi="Arial"/>
          <w:b w:val="0"/>
        </w:rPr>
        <w:t xml:space="preserve"> </w:t>
      </w:r>
      <w:proofErr w:type="spellStart"/>
      <w:r>
        <w:rPr>
          <w:rFonts w:ascii="Arial" w:hAnsi="Arial"/>
          <w:b w:val="0"/>
        </w:rPr>
        <w:t>nebo</w:t>
      </w:r>
      <w:proofErr w:type="spellEnd"/>
      <w:r>
        <w:rPr>
          <w:rFonts w:ascii="Arial" w:hAnsi="Arial"/>
          <w:b w:val="0"/>
        </w:rPr>
        <w:t xml:space="preserve"> </w:t>
      </w:r>
      <w:proofErr w:type="spellStart"/>
      <w:r>
        <w:rPr>
          <w:rFonts w:ascii="Arial" w:hAnsi="Arial"/>
          <w:b w:val="0"/>
        </w:rPr>
        <w:t>přerušení</w:t>
      </w:r>
      <w:proofErr w:type="spellEnd"/>
      <w:r>
        <w:rPr>
          <w:rFonts w:ascii="Arial" w:hAnsi="Arial"/>
          <w:b w:val="0"/>
        </w:rPr>
        <w:t xml:space="preserve"> </w:t>
      </w:r>
      <w:proofErr w:type="spellStart"/>
      <w:r>
        <w:rPr>
          <w:rFonts w:ascii="Arial" w:hAnsi="Arial"/>
          <w:b w:val="0"/>
        </w:rPr>
        <w:t>provozu</w:t>
      </w:r>
      <w:proofErr w:type="spellEnd"/>
    </w:p>
    <w:p w14:paraId="322ACA49" w14:textId="77777777" w:rsidR="002B11F8" w:rsidRDefault="002B11F8">
      <w:pPr>
        <w:pStyle w:val="Normln1"/>
        <w:jc w:val="both"/>
      </w:pPr>
      <w:r>
        <w:t>Provoz mateřské školy může být po projednání se zřizovatelem omezen nebo přerušen v měsíci červenci nebo srpnu, popřípadě v obou měsících. Informaci o omezení nebo přerušení provozu v době hlavních prázdnin zveřejní ředitel školy nejméně 2 měsíce předem. Ze závažných důvodů, zejména organizačních nebo technických, může být provoz po projednání se zřizovatelem omezen nebo přerušen i v jiném období; informaci ředitel školy zveřejní neprodleně poté, kdy o omezení nebo přerušení provozu rozhodne. Vzhledem k tomu, že škola vykonává činnost mateřské školy na více pracovištích, může být v době prázdnin nebo jiného omezeného režimu provoz zajištěn na předem určeném pracovišti nebo pracovištích pro přihlášené děti. Škola zákonné zástupce informuje o možnostech a podmínkách náhradního zajištění předškolního vzdělávání, pokud je to s ohledem na organizační podmínky a kapacitu školy možné.</w:t>
      </w:r>
    </w:p>
    <w:p w14:paraId="0C88EA0A" w14:textId="57444A05" w:rsidR="00F034A0" w:rsidRDefault="00F034A0" w:rsidP="00F034A0">
      <w:pPr>
        <w:pStyle w:val="Nadpis2"/>
        <w:rPr>
          <w:rFonts w:ascii="Arial" w:hAnsi="Arial"/>
          <w:b w:val="0"/>
        </w:rPr>
      </w:pPr>
      <w:proofErr w:type="spellStart"/>
      <w:r>
        <w:rPr>
          <w:rFonts w:ascii="Arial" w:hAnsi="Arial"/>
          <w:b w:val="0"/>
        </w:rPr>
        <w:t>Distanční</w:t>
      </w:r>
      <w:proofErr w:type="spellEnd"/>
      <w:r>
        <w:rPr>
          <w:rFonts w:ascii="Arial" w:hAnsi="Arial"/>
          <w:b w:val="0"/>
        </w:rPr>
        <w:t xml:space="preserve"> </w:t>
      </w:r>
      <w:proofErr w:type="spellStart"/>
      <w:r>
        <w:rPr>
          <w:rFonts w:ascii="Arial" w:hAnsi="Arial"/>
          <w:b w:val="0"/>
        </w:rPr>
        <w:t>vzdělávání</w:t>
      </w:r>
      <w:proofErr w:type="spellEnd"/>
      <w:r>
        <w:rPr>
          <w:rFonts w:ascii="Arial" w:hAnsi="Arial"/>
          <w:b w:val="0"/>
        </w:rPr>
        <w:t xml:space="preserve"> </w:t>
      </w:r>
      <w:proofErr w:type="spellStart"/>
      <w:r>
        <w:rPr>
          <w:rFonts w:ascii="Arial" w:hAnsi="Arial"/>
          <w:b w:val="0"/>
        </w:rPr>
        <w:t>při</w:t>
      </w:r>
      <w:proofErr w:type="spellEnd"/>
      <w:r>
        <w:rPr>
          <w:rFonts w:ascii="Arial" w:hAnsi="Arial"/>
          <w:b w:val="0"/>
        </w:rPr>
        <w:t xml:space="preserve"> </w:t>
      </w:r>
      <w:proofErr w:type="spellStart"/>
      <w:r>
        <w:rPr>
          <w:rFonts w:ascii="Arial" w:hAnsi="Arial"/>
          <w:b w:val="0"/>
        </w:rPr>
        <w:t>mimořádných</w:t>
      </w:r>
      <w:proofErr w:type="spellEnd"/>
      <w:r>
        <w:rPr>
          <w:rFonts w:ascii="Arial" w:hAnsi="Arial"/>
          <w:b w:val="0"/>
        </w:rPr>
        <w:t xml:space="preserve"> </w:t>
      </w:r>
      <w:proofErr w:type="spellStart"/>
      <w:r>
        <w:rPr>
          <w:rFonts w:ascii="Arial" w:hAnsi="Arial"/>
          <w:b w:val="0"/>
        </w:rPr>
        <w:t>opatřeních</w:t>
      </w:r>
      <w:proofErr w:type="spellEnd"/>
    </w:p>
    <w:p w14:paraId="7C67D3BF" w14:textId="77777777" w:rsidR="00F034A0" w:rsidRPr="00F034A0" w:rsidRDefault="00F034A0" w:rsidP="00F034A0">
      <w:pPr>
        <w:jc w:val="both"/>
        <w:rPr>
          <w:lang w:val="cs-CZ"/>
        </w:rPr>
      </w:pPr>
      <w:r w:rsidRPr="00F034A0">
        <w:rPr>
          <w:lang w:val="cs-CZ"/>
        </w:rPr>
        <w:t>V případech stanovených právními předpisy, zejména při krizových opatřeních, mimořádných opatřeních orgánů ochrany veřejného zdraví nebo nařízení karantény, kdy není možná osobní přítomnost většiny dětí ve škole, poskytuje mateřská škola vzdělávání distančním způsobem v rozsahu odpovídajícím aktuálním podmínkám.</w:t>
      </w:r>
    </w:p>
    <w:p w14:paraId="363339C7" w14:textId="77777777" w:rsidR="00F034A0" w:rsidRPr="00F034A0" w:rsidRDefault="00F034A0" w:rsidP="00F034A0">
      <w:pPr>
        <w:jc w:val="both"/>
        <w:rPr>
          <w:lang w:val="cs-CZ"/>
        </w:rPr>
      </w:pPr>
      <w:r w:rsidRPr="00F034A0">
        <w:rPr>
          <w:lang w:val="cs-CZ"/>
        </w:rPr>
        <w:t>Povinnost účastnit se distančního vzdělávání se vztahuje zejména na děti plnící povinné předškolní vzdělávání.</w:t>
      </w:r>
    </w:p>
    <w:p w14:paraId="663C56A4" w14:textId="77777777" w:rsidR="00F034A0" w:rsidRPr="00F034A0" w:rsidRDefault="00F034A0" w:rsidP="00F034A0">
      <w:pPr>
        <w:jc w:val="both"/>
        <w:rPr>
          <w:lang w:val="cs-CZ"/>
        </w:rPr>
      </w:pPr>
      <w:r w:rsidRPr="00F034A0">
        <w:rPr>
          <w:lang w:val="cs-CZ"/>
        </w:rPr>
        <w:t>Vzdělávání probíhá prostřednictvím komunikačních kanálů určených školou, zejména elektronickou komunikací, prostřednictvím webových stránek školy, případně v listinné podobě.</w:t>
      </w:r>
    </w:p>
    <w:p w14:paraId="33D4B921" w14:textId="77777777" w:rsidR="00F034A0" w:rsidRPr="00F034A0" w:rsidRDefault="00F034A0" w:rsidP="00F034A0">
      <w:pPr>
        <w:jc w:val="both"/>
        <w:rPr>
          <w:lang w:val="cs-CZ"/>
        </w:rPr>
      </w:pPr>
      <w:r w:rsidRPr="00F034A0">
        <w:rPr>
          <w:lang w:val="cs-CZ"/>
        </w:rPr>
        <w:t>Vzdělávací nabídka vychází ze školního vzdělávacího programu a respektuje individuální možnosti dítěte a podmínky rodiny.</w:t>
      </w:r>
    </w:p>
    <w:p w14:paraId="54072A0B" w14:textId="77777777" w:rsidR="00CB3864" w:rsidRDefault="0074127D">
      <w:pPr>
        <w:pStyle w:val="Nadpis1"/>
      </w:pPr>
      <w:r>
        <w:rPr>
          <w:rFonts w:ascii="Arial" w:hAnsi="Arial"/>
          <w:b w:val="0"/>
        </w:rPr>
        <w:t xml:space="preserve">9. </w:t>
      </w:r>
      <w:proofErr w:type="spellStart"/>
      <w:r>
        <w:rPr>
          <w:rFonts w:ascii="Arial" w:hAnsi="Arial"/>
          <w:b w:val="0"/>
        </w:rPr>
        <w:t>Stravování</w:t>
      </w:r>
      <w:proofErr w:type="spellEnd"/>
    </w:p>
    <w:p w14:paraId="31E4BE9D" w14:textId="77777777" w:rsidR="00CB3864" w:rsidRDefault="0074127D" w:rsidP="00EF28F1">
      <w:pPr>
        <w:jc w:val="both"/>
      </w:pPr>
      <w:proofErr w:type="spellStart"/>
      <w:r>
        <w:t>Školní</w:t>
      </w:r>
      <w:proofErr w:type="spellEnd"/>
      <w:r>
        <w:t xml:space="preserve"> </w:t>
      </w:r>
      <w:proofErr w:type="spellStart"/>
      <w:r>
        <w:t>stravování</w:t>
      </w:r>
      <w:proofErr w:type="spellEnd"/>
      <w:r>
        <w:t xml:space="preserve"> se </w:t>
      </w:r>
      <w:proofErr w:type="spellStart"/>
      <w:r>
        <w:t>řídí</w:t>
      </w:r>
      <w:proofErr w:type="spellEnd"/>
      <w:r>
        <w:t xml:space="preserve"> </w:t>
      </w:r>
      <w:proofErr w:type="spellStart"/>
      <w:r>
        <w:t>právními</w:t>
      </w:r>
      <w:proofErr w:type="spellEnd"/>
      <w:r>
        <w:t xml:space="preserve"> </w:t>
      </w:r>
      <w:proofErr w:type="spellStart"/>
      <w:r>
        <w:t>předpisy</w:t>
      </w:r>
      <w:proofErr w:type="spellEnd"/>
      <w:r>
        <w:t xml:space="preserve"> o </w:t>
      </w:r>
      <w:proofErr w:type="spellStart"/>
      <w:r>
        <w:t>školním</w:t>
      </w:r>
      <w:proofErr w:type="spellEnd"/>
      <w:r>
        <w:t xml:space="preserve"> </w:t>
      </w:r>
      <w:proofErr w:type="spellStart"/>
      <w:r>
        <w:t>stravování</w:t>
      </w:r>
      <w:proofErr w:type="spellEnd"/>
      <w:r>
        <w:t xml:space="preserve"> a </w:t>
      </w:r>
      <w:proofErr w:type="spellStart"/>
      <w:r>
        <w:t>vnitřními</w:t>
      </w:r>
      <w:proofErr w:type="spellEnd"/>
      <w:r>
        <w:t xml:space="preserve"> </w:t>
      </w:r>
      <w:proofErr w:type="spellStart"/>
      <w:r>
        <w:t>pravidly</w:t>
      </w:r>
      <w:proofErr w:type="spellEnd"/>
      <w:r>
        <w:t xml:space="preserve"> </w:t>
      </w:r>
      <w:proofErr w:type="spellStart"/>
      <w:r>
        <w:t>školní</w:t>
      </w:r>
      <w:proofErr w:type="spellEnd"/>
      <w:r>
        <w:t xml:space="preserve"> </w:t>
      </w:r>
      <w:proofErr w:type="spellStart"/>
      <w:r>
        <w:t>jídelny</w:t>
      </w:r>
      <w:proofErr w:type="spellEnd"/>
      <w:r>
        <w:t xml:space="preserve">. </w:t>
      </w:r>
      <w:proofErr w:type="spellStart"/>
      <w:r>
        <w:t>Při</w:t>
      </w:r>
      <w:proofErr w:type="spellEnd"/>
      <w:r>
        <w:t xml:space="preserve"> </w:t>
      </w:r>
      <w:proofErr w:type="spellStart"/>
      <w:r>
        <w:t>přijetí</w:t>
      </w:r>
      <w:proofErr w:type="spellEnd"/>
      <w:r>
        <w:t xml:space="preserve"> </w:t>
      </w:r>
      <w:proofErr w:type="spellStart"/>
      <w:r>
        <w:t>dítěte</w:t>
      </w:r>
      <w:proofErr w:type="spellEnd"/>
      <w:r>
        <w:t xml:space="preserve"> do </w:t>
      </w:r>
      <w:proofErr w:type="spellStart"/>
      <w:r>
        <w:t>mateřské</w:t>
      </w:r>
      <w:proofErr w:type="spellEnd"/>
      <w:r>
        <w:t xml:space="preserve"> </w:t>
      </w:r>
      <w:proofErr w:type="spellStart"/>
      <w:r>
        <w:t>školy</w:t>
      </w:r>
      <w:proofErr w:type="spellEnd"/>
      <w:r>
        <w:t xml:space="preserve"> je se </w:t>
      </w:r>
      <w:proofErr w:type="spellStart"/>
      <w:r>
        <w:t>zákonnými</w:t>
      </w:r>
      <w:proofErr w:type="spellEnd"/>
      <w:r>
        <w:t xml:space="preserve"> </w:t>
      </w:r>
      <w:proofErr w:type="spellStart"/>
      <w:r>
        <w:t>zástupci</w:t>
      </w:r>
      <w:proofErr w:type="spellEnd"/>
      <w:r>
        <w:t xml:space="preserve"> </w:t>
      </w:r>
      <w:proofErr w:type="spellStart"/>
      <w:r>
        <w:t>dohodnut</w:t>
      </w:r>
      <w:proofErr w:type="spellEnd"/>
      <w:r>
        <w:t xml:space="preserve"> </w:t>
      </w:r>
      <w:proofErr w:type="spellStart"/>
      <w:r>
        <w:t>rozsah</w:t>
      </w:r>
      <w:proofErr w:type="spellEnd"/>
      <w:r>
        <w:t xml:space="preserve"> </w:t>
      </w:r>
      <w:proofErr w:type="spellStart"/>
      <w:r>
        <w:t>stravování</w:t>
      </w:r>
      <w:proofErr w:type="spellEnd"/>
      <w:r>
        <w:t xml:space="preserve">. Je-li </w:t>
      </w:r>
      <w:proofErr w:type="spellStart"/>
      <w:r>
        <w:t>dítě</w:t>
      </w:r>
      <w:proofErr w:type="spellEnd"/>
      <w:r>
        <w:t xml:space="preserve"> </w:t>
      </w:r>
      <w:proofErr w:type="spellStart"/>
      <w:r>
        <w:t>přítomno</w:t>
      </w:r>
      <w:proofErr w:type="spellEnd"/>
      <w:r>
        <w:t xml:space="preserve"> v </w:t>
      </w:r>
      <w:proofErr w:type="spellStart"/>
      <w:r>
        <w:t>mateřské</w:t>
      </w:r>
      <w:proofErr w:type="spellEnd"/>
      <w:r>
        <w:t xml:space="preserve"> </w:t>
      </w:r>
      <w:proofErr w:type="spellStart"/>
      <w:r>
        <w:t>škole</w:t>
      </w:r>
      <w:proofErr w:type="spellEnd"/>
      <w:r>
        <w:t xml:space="preserve"> v </w:t>
      </w:r>
      <w:proofErr w:type="spellStart"/>
      <w:r>
        <w:t>době</w:t>
      </w:r>
      <w:proofErr w:type="spellEnd"/>
      <w:r>
        <w:t xml:space="preserve"> </w:t>
      </w:r>
      <w:proofErr w:type="spellStart"/>
      <w:r>
        <w:t>podávání</w:t>
      </w:r>
      <w:proofErr w:type="spellEnd"/>
      <w:r>
        <w:t xml:space="preserve"> </w:t>
      </w:r>
      <w:proofErr w:type="spellStart"/>
      <w:r>
        <w:t>jídla</w:t>
      </w:r>
      <w:proofErr w:type="spellEnd"/>
      <w:r>
        <w:t xml:space="preserve">, </w:t>
      </w:r>
      <w:proofErr w:type="spellStart"/>
      <w:r>
        <w:t>stravuje</w:t>
      </w:r>
      <w:proofErr w:type="spellEnd"/>
      <w:r>
        <w:t xml:space="preserve"> se </w:t>
      </w:r>
      <w:proofErr w:type="spellStart"/>
      <w:r>
        <w:t>vždy</w:t>
      </w:r>
      <w:proofErr w:type="spellEnd"/>
      <w:r>
        <w:t>.</w:t>
      </w:r>
    </w:p>
    <w:p w14:paraId="2F7165FA" w14:textId="77777777" w:rsidR="00CB3864"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zajišťuje</w:t>
      </w:r>
      <w:proofErr w:type="spellEnd"/>
      <w:r>
        <w:t xml:space="preserve"> </w:t>
      </w:r>
      <w:proofErr w:type="spellStart"/>
      <w:r>
        <w:t>dopolední</w:t>
      </w:r>
      <w:proofErr w:type="spellEnd"/>
      <w:r>
        <w:t xml:space="preserve"> </w:t>
      </w:r>
      <w:proofErr w:type="spellStart"/>
      <w:r>
        <w:t>svačinu</w:t>
      </w:r>
      <w:proofErr w:type="spellEnd"/>
      <w:r>
        <w:t xml:space="preserve">, </w:t>
      </w:r>
      <w:proofErr w:type="spellStart"/>
      <w:r>
        <w:t>oběd</w:t>
      </w:r>
      <w:proofErr w:type="spellEnd"/>
      <w:r>
        <w:t xml:space="preserve"> a </w:t>
      </w:r>
      <w:proofErr w:type="spellStart"/>
      <w:r>
        <w:t>odpolední</w:t>
      </w:r>
      <w:proofErr w:type="spellEnd"/>
      <w:r>
        <w:t xml:space="preserve"> </w:t>
      </w:r>
      <w:proofErr w:type="spellStart"/>
      <w:r>
        <w:t>svačinu</w:t>
      </w:r>
      <w:proofErr w:type="spellEnd"/>
      <w:r>
        <w:t xml:space="preserve"> </w:t>
      </w:r>
      <w:proofErr w:type="spellStart"/>
      <w:r>
        <w:t>podle</w:t>
      </w:r>
      <w:proofErr w:type="spellEnd"/>
      <w:r>
        <w:t xml:space="preserve"> </w:t>
      </w:r>
      <w:proofErr w:type="spellStart"/>
      <w:r>
        <w:t>délky</w:t>
      </w:r>
      <w:proofErr w:type="spellEnd"/>
      <w:r>
        <w:t xml:space="preserve"> </w:t>
      </w:r>
      <w:proofErr w:type="spellStart"/>
      <w:r>
        <w:t>pobytu</w:t>
      </w:r>
      <w:proofErr w:type="spellEnd"/>
      <w:r>
        <w:t xml:space="preserve"> </w:t>
      </w:r>
      <w:proofErr w:type="spellStart"/>
      <w:r>
        <w:t>dítěte</w:t>
      </w:r>
      <w:proofErr w:type="spellEnd"/>
      <w:r>
        <w:t xml:space="preserve">. Po </w:t>
      </w:r>
      <w:proofErr w:type="spellStart"/>
      <w:r>
        <w:t>celý</w:t>
      </w:r>
      <w:proofErr w:type="spellEnd"/>
      <w:r>
        <w:t xml:space="preserve"> den je </w:t>
      </w:r>
      <w:proofErr w:type="spellStart"/>
      <w:r>
        <w:t>zajištěn</w:t>
      </w:r>
      <w:proofErr w:type="spellEnd"/>
      <w:r>
        <w:t xml:space="preserve"> </w:t>
      </w:r>
      <w:proofErr w:type="spellStart"/>
      <w:r>
        <w:t>pitný</w:t>
      </w:r>
      <w:proofErr w:type="spellEnd"/>
      <w:r>
        <w:t xml:space="preserve"> </w:t>
      </w:r>
      <w:proofErr w:type="spellStart"/>
      <w:r>
        <w:t>režim</w:t>
      </w:r>
      <w:proofErr w:type="spellEnd"/>
      <w:r>
        <w:t xml:space="preserve">. </w:t>
      </w:r>
      <w:proofErr w:type="spellStart"/>
      <w:r>
        <w:t>Děti</w:t>
      </w:r>
      <w:proofErr w:type="spellEnd"/>
      <w:r>
        <w:t xml:space="preserve"> </w:t>
      </w:r>
      <w:proofErr w:type="spellStart"/>
      <w:r>
        <w:t>nejsou</w:t>
      </w:r>
      <w:proofErr w:type="spellEnd"/>
      <w:r>
        <w:t xml:space="preserve"> do </w:t>
      </w:r>
      <w:proofErr w:type="spellStart"/>
      <w:r>
        <w:t>jídla</w:t>
      </w:r>
      <w:proofErr w:type="spellEnd"/>
      <w:r>
        <w:t xml:space="preserve"> </w:t>
      </w:r>
      <w:proofErr w:type="spellStart"/>
      <w:r>
        <w:t>nuceny</w:t>
      </w:r>
      <w:proofErr w:type="spellEnd"/>
      <w:r>
        <w:t xml:space="preserve">, </w:t>
      </w:r>
      <w:proofErr w:type="spellStart"/>
      <w:r>
        <w:t>jsou</w:t>
      </w:r>
      <w:proofErr w:type="spellEnd"/>
      <w:r>
        <w:t xml:space="preserve"> </w:t>
      </w:r>
      <w:proofErr w:type="spellStart"/>
      <w:r>
        <w:t>přiměřeně</w:t>
      </w:r>
      <w:proofErr w:type="spellEnd"/>
      <w:r>
        <w:t xml:space="preserve"> </w:t>
      </w:r>
      <w:proofErr w:type="spellStart"/>
      <w:r>
        <w:t>motivovány</w:t>
      </w:r>
      <w:proofErr w:type="spellEnd"/>
      <w:r>
        <w:t xml:space="preserve"> k </w:t>
      </w:r>
      <w:proofErr w:type="spellStart"/>
      <w:r>
        <w:t>ochutnávání</w:t>
      </w:r>
      <w:proofErr w:type="spellEnd"/>
      <w:r>
        <w:t xml:space="preserve"> a </w:t>
      </w:r>
      <w:proofErr w:type="spellStart"/>
      <w:r>
        <w:t>vedeny</w:t>
      </w:r>
      <w:proofErr w:type="spellEnd"/>
      <w:r>
        <w:t xml:space="preserve"> </w:t>
      </w:r>
      <w:proofErr w:type="spellStart"/>
      <w:r>
        <w:t>ke</w:t>
      </w:r>
      <w:proofErr w:type="spellEnd"/>
      <w:r>
        <w:t xml:space="preserve"> </w:t>
      </w:r>
      <w:proofErr w:type="spellStart"/>
      <w:r>
        <w:t>kultuře</w:t>
      </w:r>
      <w:proofErr w:type="spellEnd"/>
      <w:r>
        <w:t xml:space="preserve"> </w:t>
      </w:r>
      <w:proofErr w:type="spellStart"/>
      <w:r>
        <w:t>stolování</w:t>
      </w:r>
      <w:proofErr w:type="spellEnd"/>
      <w:r>
        <w:t xml:space="preserve">, </w:t>
      </w:r>
      <w:proofErr w:type="spellStart"/>
      <w:r>
        <w:t>samostatnosti</w:t>
      </w:r>
      <w:proofErr w:type="spellEnd"/>
      <w:r>
        <w:t xml:space="preserve"> a </w:t>
      </w:r>
      <w:proofErr w:type="spellStart"/>
      <w:r>
        <w:t>zdravým</w:t>
      </w:r>
      <w:proofErr w:type="spellEnd"/>
      <w:r>
        <w:t xml:space="preserve"> </w:t>
      </w:r>
      <w:proofErr w:type="spellStart"/>
      <w:r>
        <w:t>stravovacím</w:t>
      </w:r>
      <w:proofErr w:type="spellEnd"/>
      <w:r>
        <w:t xml:space="preserve"> </w:t>
      </w:r>
      <w:proofErr w:type="spellStart"/>
      <w:r>
        <w:t>návykům</w:t>
      </w:r>
      <w:proofErr w:type="spellEnd"/>
      <w:r>
        <w:t>.</w:t>
      </w:r>
    </w:p>
    <w:p w14:paraId="2C61F29A" w14:textId="77777777" w:rsidR="00CB3864" w:rsidRDefault="0074127D" w:rsidP="00EF28F1">
      <w:pPr>
        <w:jc w:val="both"/>
      </w:pPr>
      <w:proofErr w:type="spellStart"/>
      <w:r>
        <w:t>Odhlašování</w:t>
      </w:r>
      <w:proofErr w:type="spellEnd"/>
      <w:r>
        <w:t xml:space="preserve"> </w:t>
      </w:r>
      <w:proofErr w:type="spellStart"/>
      <w:r>
        <w:t>stravy</w:t>
      </w:r>
      <w:proofErr w:type="spellEnd"/>
      <w:r>
        <w:t xml:space="preserve"> se </w:t>
      </w:r>
      <w:proofErr w:type="spellStart"/>
      <w:r>
        <w:t>provádí</w:t>
      </w:r>
      <w:proofErr w:type="spellEnd"/>
      <w:r>
        <w:t xml:space="preserve"> </w:t>
      </w:r>
      <w:proofErr w:type="spellStart"/>
      <w:r>
        <w:t>způsobem</w:t>
      </w:r>
      <w:proofErr w:type="spellEnd"/>
      <w:r>
        <w:t xml:space="preserve"> </w:t>
      </w:r>
      <w:proofErr w:type="spellStart"/>
      <w:r>
        <w:t>stanoveným</w:t>
      </w:r>
      <w:proofErr w:type="spellEnd"/>
      <w:r>
        <w:t xml:space="preserve"> </w:t>
      </w:r>
      <w:proofErr w:type="spellStart"/>
      <w:r>
        <w:t>školní</w:t>
      </w:r>
      <w:proofErr w:type="spellEnd"/>
      <w:r>
        <w:t xml:space="preserve"> </w:t>
      </w:r>
      <w:proofErr w:type="spellStart"/>
      <w:r>
        <w:t>jídelnou</w:t>
      </w:r>
      <w:proofErr w:type="spellEnd"/>
      <w:r>
        <w:t xml:space="preserve">, </w:t>
      </w:r>
      <w:proofErr w:type="spellStart"/>
      <w:r>
        <w:t>zpravidla</w:t>
      </w:r>
      <w:proofErr w:type="spellEnd"/>
      <w:r>
        <w:t xml:space="preserve"> </w:t>
      </w:r>
      <w:proofErr w:type="spellStart"/>
      <w:r>
        <w:t>nejpozději</w:t>
      </w:r>
      <w:proofErr w:type="spellEnd"/>
      <w:r>
        <w:t xml:space="preserve"> do 8:00 </w:t>
      </w:r>
      <w:proofErr w:type="spellStart"/>
      <w:r>
        <w:t>hodin</w:t>
      </w:r>
      <w:proofErr w:type="spellEnd"/>
      <w:r>
        <w:t xml:space="preserve"> </w:t>
      </w:r>
      <w:proofErr w:type="spellStart"/>
      <w:r>
        <w:t>daného</w:t>
      </w:r>
      <w:proofErr w:type="spellEnd"/>
      <w:r>
        <w:t xml:space="preserve"> </w:t>
      </w:r>
      <w:proofErr w:type="spellStart"/>
      <w:r>
        <w:t>dne</w:t>
      </w:r>
      <w:proofErr w:type="spellEnd"/>
      <w:r>
        <w:t xml:space="preserve"> </w:t>
      </w:r>
      <w:proofErr w:type="spellStart"/>
      <w:r>
        <w:t>při</w:t>
      </w:r>
      <w:proofErr w:type="spellEnd"/>
      <w:r>
        <w:t xml:space="preserve"> </w:t>
      </w:r>
      <w:proofErr w:type="spellStart"/>
      <w:r>
        <w:t>náhlé</w:t>
      </w:r>
      <w:proofErr w:type="spellEnd"/>
      <w:r>
        <w:t xml:space="preserve"> </w:t>
      </w:r>
      <w:proofErr w:type="spellStart"/>
      <w:r>
        <w:t>nepřítomnosti</w:t>
      </w:r>
      <w:proofErr w:type="spellEnd"/>
      <w:r>
        <w:t xml:space="preserve"> a s </w:t>
      </w:r>
      <w:proofErr w:type="spellStart"/>
      <w:r>
        <w:t>předstihem</w:t>
      </w:r>
      <w:proofErr w:type="spellEnd"/>
      <w:r>
        <w:t xml:space="preserve"> </w:t>
      </w:r>
      <w:proofErr w:type="spellStart"/>
      <w:r>
        <w:t>při</w:t>
      </w:r>
      <w:proofErr w:type="spellEnd"/>
      <w:r>
        <w:t xml:space="preserve"> </w:t>
      </w:r>
      <w:proofErr w:type="spellStart"/>
      <w:r>
        <w:t>předem</w:t>
      </w:r>
      <w:proofErr w:type="spellEnd"/>
      <w:r>
        <w:t xml:space="preserve"> </w:t>
      </w:r>
      <w:proofErr w:type="spellStart"/>
      <w:r>
        <w:t>známé</w:t>
      </w:r>
      <w:proofErr w:type="spellEnd"/>
      <w:r>
        <w:t xml:space="preserve"> </w:t>
      </w:r>
      <w:proofErr w:type="spellStart"/>
      <w:r>
        <w:t>nepřítomnosti</w:t>
      </w:r>
      <w:proofErr w:type="spellEnd"/>
      <w:r>
        <w:t xml:space="preserve">. </w:t>
      </w:r>
      <w:proofErr w:type="spellStart"/>
      <w:r>
        <w:t>Nebude</w:t>
      </w:r>
      <w:proofErr w:type="spellEnd"/>
      <w:r>
        <w:t xml:space="preserve">-li </w:t>
      </w:r>
      <w:proofErr w:type="spellStart"/>
      <w:r>
        <w:t>strava</w:t>
      </w:r>
      <w:proofErr w:type="spellEnd"/>
      <w:r>
        <w:t xml:space="preserve"> </w:t>
      </w:r>
      <w:proofErr w:type="spellStart"/>
      <w:r>
        <w:t>včas</w:t>
      </w:r>
      <w:proofErr w:type="spellEnd"/>
      <w:r>
        <w:t xml:space="preserve"> </w:t>
      </w:r>
      <w:proofErr w:type="spellStart"/>
      <w:r>
        <w:t>odhlášena</w:t>
      </w:r>
      <w:proofErr w:type="spellEnd"/>
      <w:r>
        <w:t xml:space="preserve">, </w:t>
      </w:r>
      <w:proofErr w:type="spellStart"/>
      <w:r>
        <w:t>hradí</w:t>
      </w:r>
      <w:proofErr w:type="spellEnd"/>
      <w:r>
        <w:t xml:space="preserve"> </w:t>
      </w:r>
      <w:proofErr w:type="spellStart"/>
      <w:r>
        <w:t>zákonný</w:t>
      </w:r>
      <w:proofErr w:type="spellEnd"/>
      <w:r>
        <w:t xml:space="preserve"> </w:t>
      </w:r>
      <w:proofErr w:type="spellStart"/>
      <w:r>
        <w:t>zástupce</w:t>
      </w:r>
      <w:proofErr w:type="spellEnd"/>
      <w:r>
        <w:t xml:space="preserve"> </w:t>
      </w:r>
      <w:proofErr w:type="spellStart"/>
      <w:r>
        <w:t>stravné</w:t>
      </w:r>
      <w:proofErr w:type="spellEnd"/>
      <w:r>
        <w:t xml:space="preserve"> </w:t>
      </w:r>
      <w:proofErr w:type="spellStart"/>
      <w:r>
        <w:t>podle</w:t>
      </w:r>
      <w:proofErr w:type="spellEnd"/>
      <w:r>
        <w:t xml:space="preserve"> </w:t>
      </w:r>
      <w:proofErr w:type="spellStart"/>
      <w:r>
        <w:t>pravidel</w:t>
      </w:r>
      <w:proofErr w:type="spellEnd"/>
      <w:r>
        <w:t xml:space="preserve"> </w:t>
      </w:r>
      <w:proofErr w:type="spellStart"/>
      <w:r>
        <w:t>školní</w:t>
      </w:r>
      <w:proofErr w:type="spellEnd"/>
      <w:r>
        <w:t xml:space="preserve"> </w:t>
      </w:r>
      <w:proofErr w:type="spellStart"/>
      <w:r>
        <w:t>jídelny</w:t>
      </w:r>
      <w:proofErr w:type="spellEnd"/>
      <w:r>
        <w:t>.</w:t>
      </w:r>
    </w:p>
    <w:p w14:paraId="138CDAE4" w14:textId="77777777" w:rsidR="002B11F8" w:rsidRDefault="002B11F8">
      <w:pPr>
        <w:pStyle w:val="Normln1"/>
        <w:jc w:val="both"/>
      </w:pPr>
      <w:r>
        <w:lastRenderedPageBreak/>
        <w:t>Dietní stravování nebo konzumace vlastní stravy se řídí školským zákonem, vyhláškou o školním stravování a vnitřním řádem školní jídelny. Dietní stravování je možné při zdravotních důvodech doložených potvrzením registrujícího poskytovatele zdravotních služeb v oboru praktické lékařství pro děti a dorost a za podmínek stanovených vnitřním řádem školní jídelny. Zařízení školního stravování umožní dítěti konzumaci vlastního jídla časově a prostorově společně se školním stravováním a poskytne nezbytnou pomoc při jeho konzumaci, pokud ji dítě potřebuje. Konkrétní organizační postup stanoví ředitel školy ve spolupráci s vedoucí školní jídelny a zástupkyní pro MŠ ve vnitřních pravidlech školního stravování, případně v individuální dohodě se zákonným zástupcem. Postup musí jasně určit odpovědnosti za předání, označení, skladování, výdej a bezpečné nakládání s potravinami.</w:t>
      </w:r>
    </w:p>
    <w:p w14:paraId="7ECF7B8A" w14:textId="77777777" w:rsidR="00CB3864" w:rsidRDefault="0074127D">
      <w:pPr>
        <w:pStyle w:val="Nadpis1"/>
      </w:pPr>
      <w:r>
        <w:rPr>
          <w:rFonts w:ascii="Arial" w:hAnsi="Arial"/>
          <w:b w:val="0"/>
        </w:rPr>
        <w:t xml:space="preserve">10. </w:t>
      </w:r>
      <w:proofErr w:type="spellStart"/>
      <w:r>
        <w:rPr>
          <w:rFonts w:ascii="Arial" w:hAnsi="Arial"/>
          <w:b w:val="0"/>
        </w:rPr>
        <w:t>Úplata</w:t>
      </w:r>
      <w:proofErr w:type="spellEnd"/>
      <w:r>
        <w:rPr>
          <w:rFonts w:ascii="Arial" w:hAnsi="Arial"/>
          <w:b w:val="0"/>
        </w:rPr>
        <w:t xml:space="preserve"> za </w:t>
      </w:r>
      <w:proofErr w:type="spellStart"/>
      <w:r>
        <w:rPr>
          <w:rFonts w:ascii="Arial" w:hAnsi="Arial"/>
          <w:b w:val="0"/>
        </w:rPr>
        <w:t>předškolní</w:t>
      </w:r>
      <w:proofErr w:type="spellEnd"/>
      <w:r>
        <w:rPr>
          <w:rFonts w:ascii="Arial" w:hAnsi="Arial"/>
          <w:b w:val="0"/>
        </w:rPr>
        <w:t xml:space="preserve"> </w:t>
      </w:r>
      <w:proofErr w:type="spellStart"/>
      <w:r>
        <w:rPr>
          <w:rFonts w:ascii="Arial" w:hAnsi="Arial"/>
          <w:b w:val="0"/>
        </w:rPr>
        <w:t>vzdělávání</w:t>
      </w:r>
      <w:proofErr w:type="spellEnd"/>
    </w:p>
    <w:p w14:paraId="5A431A09" w14:textId="77777777" w:rsidR="00CB3864" w:rsidRDefault="00E2653D">
      <w:pPr>
        <w:pStyle w:val="Normln1"/>
        <w:jc w:val="both"/>
      </w:pPr>
      <w:r>
        <w:t xml:space="preserve">Úplata za předškolní vzdělávání se stanovuje v souladu se školským zákonem a vyhláškou o předškolním vzdělávání. Výši úplaty </w:t>
      </w:r>
      <w:r w:rsidR="009D564A" w:rsidRPr="009D564A">
        <w:t xml:space="preserve">u mateřské školy zřizované obcí </w:t>
      </w:r>
      <w:r>
        <w:t xml:space="preserve">stanoví zřizovatel </w:t>
      </w:r>
      <w:r w:rsidR="009D564A" w:rsidRPr="009D564A">
        <w:t>v souladu s</w:t>
      </w:r>
      <w:r>
        <w:t xml:space="preserve"> aktuálně </w:t>
      </w:r>
      <w:r w:rsidR="009D564A" w:rsidRPr="009D564A">
        <w:t>účinnou</w:t>
      </w:r>
      <w:r>
        <w:t xml:space="preserve"> právní </w:t>
      </w:r>
      <w:r w:rsidR="009D564A" w:rsidRPr="009D564A">
        <w:t>úpravou. Škola výši úplaty</w:t>
      </w:r>
      <w:r>
        <w:t xml:space="preserve"> a </w:t>
      </w:r>
      <w:r w:rsidR="009D564A" w:rsidRPr="009D564A">
        <w:t xml:space="preserve">související podmínky </w:t>
      </w:r>
      <w:r>
        <w:t>zveřejní obvyklým způsobem ve lhůtě stanovené právními předpisy.</w:t>
      </w:r>
    </w:p>
    <w:p w14:paraId="69A06005" w14:textId="77777777" w:rsidR="00CB3864" w:rsidRDefault="00E2653D">
      <w:pPr>
        <w:pStyle w:val="Normln1"/>
        <w:jc w:val="both"/>
      </w:pPr>
      <w:r>
        <w:t xml:space="preserve">Povinné předškolní vzdělávání se poskytuje bezúplatně. </w:t>
      </w:r>
      <w:proofErr w:type="spellStart"/>
      <w:r>
        <w:t>Bezúplatnost</w:t>
      </w:r>
      <w:proofErr w:type="spellEnd"/>
      <w:r>
        <w:t xml:space="preserve"> se vztahuje také na děti s odkladem povinné školní docházky</w:t>
      </w:r>
      <w:r w:rsidR="00E434F8" w:rsidRPr="00E434F8">
        <w:t xml:space="preserve"> v rozsahu stanoveném školským zákonem a vyhláškou o předškolním vzdělávání.</w:t>
      </w:r>
      <w:r>
        <w:t xml:space="preserve"> Úplata může být snížena nebo prominuta v případech stanovených právními předpisy, na základě žádosti zákonného zástupce a doložení rozhodných skutečností.</w:t>
      </w:r>
    </w:p>
    <w:p w14:paraId="311BFB2B" w14:textId="77777777" w:rsidR="002B11F8" w:rsidRDefault="002B11F8">
      <w:pPr>
        <w:pStyle w:val="Normln1"/>
        <w:jc w:val="both"/>
      </w:pPr>
      <w:r>
        <w:t>Úplata a stravné se hradí ve lhůtách a způsobem stanoveným školou a školní jídelnou. Opakované neuhrazení úplaty za vzdělávání nebo stravného ve stanoveném termínu bez dohody s ředitelem školy o náhradním termínu úhrady může být u dítěte, pro které není předškolní vzdělávání povinné, důvodem k zahájení postupu směřujícího k ukončení předškolního vzdělávání podle § 35 školského zákona. U dítěte, pro které je předškolní vzdělávání povinné, nelze předškolní vzdělávání z tohoto důvodu ukončit.</w:t>
      </w:r>
    </w:p>
    <w:p w14:paraId="7689EC89" w14:textId="77777777" w:rsidR="00CB3864" w:rsidRDefault="0074127D">
      <w:pPr>
        <w:pStyle w:val="Nadpis1"/>
      </w:pPr>
      <w:r>
        <w:rPr>
          <w:rFonts w:ascii="Arial" w:hAnsi="Arial"/>
          <w:b w:val="0"/>
        </w:rPr>
        <w:t xml:space="preserve">11. </w:t>
      </w:r>
      <w:proofErr w:type="spellStart"/>
      <w:r>
        <w:rPr>
          <w:rFonts w:ascii="Arial" w:hAnsi="Arial"/>
          <w:b w:val="0"/>
        </w:rPr>
        <w:t>Podmínky</w:t>
      </w:r>
      <w:proofErr w:type="spellEnd"/>
      <w:r>
        <w:rPr>
          <w:rFonts w:ascii="Arial" w:hAnsi="Arial"/>
          <w:b w:val="0"/>
        </w:rPr>
        <w:t xml:space="preserve"> </w:t>
      </w:r>
      <w:proofErr w:type="spellStart"/>
      <w:r>
        <w:rPr>
          <w:rFonts w:ascii="Arial" w:hAnsi="Arial"/>
          <w:b w:val="0"/>
        </w:rPr>
        <w:t>zajištění</w:t>
      </w:r>
      <w:proofErr w:type="spellEnd"/>
      <w:r>
        <w:rPr>
          <w:rFonts w:ascii="Arial" w:hAnsi="Arial"/>
          <w:b w:val="0"/>
        </w:rPr>
        <w:t xml:space="preserve"> </w:t>
      </w:r>
      <w:proofErr w:type="spellStart"/>
      <w:r>
        <w:rPr>
          <w:rFonts w:ascii="Arial" w:hAnsi="Arial"/>
          <w:b w:val="0"/>
        </w:rPr>
        <w:t>bezpečnosti</w:t>
      </w:r>
      <w:proofErr w:type="spellEnd"/>
      <w:r>
        <w:rPr>
          <w:rFonts w:ascii="Arial" w:hAnsi="Arial"/>
          <w:b w:val="0"/>
        </w:rPr>
        <w:t xml:space="preserve">, </w:t>
      </w:r>
      <w:proofErr w:type="spellStart"/>
      <w:r>
        <w:rPr>
          <w:rFonts w:ascii="Arial" w:hAnsi="Arial"/>
          <w:b w:val="0"/>
        </w:rPr>
        <w:t>ochrany</w:t>
      </w:r>
      <w:proofErr w:type="spellEnd"/>
      <w:r>
        <w:rPr>
          <w:rFonts w:ascii="Arial" w:hAnsi="Arial"/>
          <w:b w:val="0"/>
        </w:rPr>
        <w:t xml:space="preserve"> </w:t>
      </w:r>
      <w:proofErr w:type="spellStart"/>
      <w:r>
        <w:rPr>
          <w:rFonts w:ascii="Arial" w:hAnsi="Arial"/>
          <w:b w:val="0"/>
        </w:rPr>
        <w:t>zdraví</w:t>
      </w:r>
      <w:proofErr w:type="spellEnd"/>
      <w:r>
        <w:rPr>
          <w:rFonts w:ascii="Arial" w:hAnsi="Arial"/>
          <w:b w:val="0"/>
        </w:rPr>
        <w:t xml:space="preserve"> a </w:t>
      </w:r>
      <w:proofErr w:type="spellStart"/>
      <w:r>
        <w:rPr>
          <w:rFonts w:ascii="Arial" w:hAnsi="Arial"/>
          <w:b w:val="0"/>
        </w:rPr>
        <w:t>ochrany</w:t>
      </w:r>
      <w:proofErr w:type="spellEnd"/>
      <w:r>
        <w:rPr>
          <w:rFonts w:ascii="Arial" w:hAnsi="Arial"/>
          <w:b w:val="0"/>
        </w:rPr>
        <w:t xml:space="preserve"> </w:t>
      </w:r>
      <w:proofErr w:type="spellStart"/>
      <w:r>
        <w:rPr>
          <w:rFonts w:ascii="Arial" w:hAnsi="Arial"/>
          <w:b w:val="0"/>
        </w:rPr>
        <w:t>před</w:t>
      </w:r>
      <w:proofErr w:type="spellEnd"/>
      <w:r>
        <w:rPr>
          <w:rFonts w:ascii="Arial" w:hAnsi="Arial"/>
          <w:b w:val="0"/>
        </w:rPr>
        <w:t xml:space="preserve"> </w:t>
      </w:r>
      <w:proofErr w:type="spellStart"/>
      <w:r>
        <w:rPr>
          <w:rFonts w:ascii="Arial" w:hAnsi="Arial"/>
          <w:b w:val="0"/>
        </w:rPr>
        <w:t>rizikovým</w:t>
      </w:r>
      <w:proofErr w:type="spellEnd"/>
      <w:r>
        <w:rPr>
          <w:rFonts w:ascii="Arial" w:hAnsi="Arial"/>
          <w:b w:val="0"/>
        </w:rPr>
        <w:t xml:space="preserve"> </w:t>
      </w:r>
      <w:proofErr w:type="spellStart"/>
      <w:r>
        <w:rPr>
          <w:rFonts w:ascii="Arial" w:hAnsi="Arial"/>
          <w:b w:val="0"/>
        </w:rPr>
        <w:t>chováním</w:t>
      </w:r>
      <w:proofErr w:type="spellEnd"/>
    </w:p>
    <w:p w14:paraId="24444BB1" w14:textId="77777777" w:rsidR="00CB3864"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zajišťuje</w:t>
      </w:r>
      <w:proofErr w:type="spellEnd"/>
      <w:r>
        <w:t xml:space="preserve"> </w:t>
      </w:r>
      <w:proofErr w:type="spellStart"/>
      <w:r>
        <w:t>bezpečnost</w:t>
      </w:r>
      <w:proofErr w:type="spellEnd"/>
      <w:r>
        <w:t xml:space="preserve"> a </w:t>
      </w:r>
      <w:proofErr w:type="spellStart"/>
      <w:r>
        <w:t>ochranu</w:t>
      </w:r>
      <w:proofErr w:type="spellEnd"/>
      <w:r>
        <w:t xml:space="preserve"> </w:t>
      </w:r>
      <w:proofErr w:type="spellStart"/>
      <w:r>
        <w:t>zdraví</w:t>
      </w:r>
      <w:proofErr w:type="spellEnd"/>
      <w:r>
        <w:t xml:space="preserve"> </w:t>
      </w:r>
      <w:proofErr w:type="spellStart"/>
      <w:r>
        <w:t>dětí</w:t>
      </w:r>
      <w:proofErr w:type="spellEnd"/>
      <w:r>
        <w:t xml:space="preserve"> po </w:t>
      </w:r>
      <w:proofErr w:type="spellStart"/>
      <w:r>
        <w:t>dobu</w:t>
      </w:r>
      <w:proofErr w:type="spellEnd"/>
      <w:r>
        <w:t xml:space="preserve">, </w:t>
      </w:r>
      <w:proofErr w:type="spellStart"/>
      <w:r>
        <w:t>kdy</w:t>
      </w:r>
      <w:proofErr w:type="spellEnd"/>
      <w:r>
        <w:t xml:space="preserve"> je </w:t>
      </w:r>
      <w:proofErr w:type="spellStart"/>
      <w:r>
        <w:t>dítě</w:t>
      </w:r>
      <w:proofErr w:type="spellEnd"/>
      <w:r>
        <w:t xml:space="preserve"> </w:t>
      </w:r>
      <w:proofErr w:type="spellStart"/>
      <w:r>
        <w:t>pedagogickým</w:t>
      </w:r>
      <w:proofErr w:type="spellEnd"/>
      <w:r>
        <w:t xml:space="preserve"> </w:t>
      </w:r>
      <w:proofErr w:type="spellStart"/>
      <w:r>
        <w:t>pracovníkem</w:t>
      </w:r>
      <w:proofErr w:type="spellEnd"/>
      <w:r>
        <w:t xml:space="preserve"> </w:t>
      </w:r>
      <w:proofErr w:type="spellStart"/>
      <w:r>
        <w:t>nebo</w:t>
      </w:r>
      <w:proofErr w:type="spellEnd"/>
      <w:r>
        <w:t xml:space="preserve"> </w:t>
      </w:r>
      <w:proofErr w:type="spellStart"/>
      <w:r>
        <w:t>jiným</w:t>
      </w:r>
      <w:proofErr w:type="spellEnd"/>
      <w:r>
        <w:t xml:space="preserve"> </w:t>
      </w:r>
      <w:proofErr w:type="spellStart"/>
      <w:r>
        <w:t>pověřeným</w:t>
      </w:r>
      <w:proofErr w:type="spellEnd"/>
      <w:r>
        <w:t xml:space="preserve"> </w:t>
      </w:r>
      <w:proofErr w:type="spellStart"/>
      <w:r>
        <w:t>zaměstnancem</w:t>
      </w:r>
      <w:proofErr w:type="spellEnd"/>
      <w:r>
        <w:t xml:space="preserve"> </w:t>
      </w:r>
      <w:proofErr w:type="spellStart"/>
      <w:r>
        <w:t>školy</w:t>
      </w:r>
      <w:proofErr w:type="spellEnd"/>
      <w:r>
        <w:t xml:space="preserve"> </w:t>
      </w:r>
      <w:proofErr w:type="spellStart"/>
      <w:r>
        <w:t>převzato</w:t>
      </w:r>
      <w:proofErr w:type="spellEnd"/>
      <w:r>
        <w:t xml:space="preserve"> od </w:t>
      </w:r>
      <w:proofErr w:type="spellStart"/>
      <w:r>
        <w:t>zákonného</w:t>
      </w:r>
      <w:proofErr w:type="spellEnd"/>
      <w:r>
        <w:t xml:space="preserve"> </w:t>
      </w:r>
      <w:proofErr w:type="spellStart"/>
      <w:r>
        <w:t>zástupce</w:t>
      </w:r>
      <w:proofErr w:type="spellEnd"/>
      <w:r>
        <w:t xml:space="preserve"> </w:t>
      </w:r>
      <w:proofErr w:type="spellStart"/>
      <w:r>
        <w:t>nebo</w:t>
      </w:r>
      <w:proofErr w:type="spellEnd"/>
      <w:r>
        <w:t xml:space="preserve"> </w:t>
      </w:r>
      <w:proofErr w:type="spellStart"/>
      <w:r>
        <w:t>pověřené</w:t>
      </w:r>
      <w:proofErr w:type="spellEnd"/>
      <w:r>
        <w:t xml:space="preserve"> </w:t>
      </w:r>
      <w:proofErr w:type="spellStart"/>
      <w:r>
        <w:t>osoby</w:t>
      </w:r>
      <w:proofErr w:type="spellEnd"/>
      <w:r>
        <w:t xml:space="preserve">, </w:t>
      </w:r>
      <w:proofErr w:type="spellStart"/>
      <w:r>
        <w:t>až</w:t>
      </w:r>
      <w:proofErr w:type="spellEnd"/>
      <w:r>
        <w:t xml:space="preserve"> do </w:t>
      </w:r>
      <w:proofErr w:type="spellStart"/>
      <w:r>
        <w:t>doby</w:t>
      </w:r>
      <w:proofErr w:type="spellEnd"/>
      <w:r>
        <w:t xml:space="preserve">, </w:t>
      </w:r>
      <w:proofErr w:type="spellStart"/>
      <w:r>
        <w:t>kdy</w:t>
      </w:r>
      <w:proofErr w:type="spellEnd"/>
      <w:r>
        <w:t xml:space="preserve"> je </w:t>
      </w:r>
      <w:proofErr w:type="spellStart"/>
      <w:r>
        <w:t>dítě</w:t>
      </w:r>
      <w:proofErr w:type="spellEnd"/>
      <w:r>
        <w:t xml:space="preserve"> </w:t>
      </w:r>
      <w:proofErr w:type="spellStart"/>
      <w:r>
        <w:t>předáno</w:t>
      </w:r>
      <w:proofErr w:type="spellEnd"/>
      <w:r>
        <w:t xml:space="preserve"> </w:t>
      </w:r>
      <w:proofErr w:type="spellStart"/>
      <w:r>
        <w:t>zákonnému</w:t>
      </w:r>
      <w:proofErr w:type="spellEnd"/>
      <w:r>
        <w:t xml:space="preserve"> </w:t>
      </w:r>
      <w:proofErr w:type="spellStart"/>
      <w:r>
        <w:t>zástupci</w:t>
      </w:r>
      <w:proofErr w:type="spellEnd"/>
      <w:r>
        <w:t xml:space="preserve"> </w:t>
      </w:r>
      <w:proofErr w:type="spellStart"/>
      <w:r>
        <w:t>nebo</w:t>
      </w:r>
      <w:proofErr w:type="spellEnd"/>
      <w:r>
        <w:t xml:space="preserve"> </w:t>
      </w:r>
      <w:proofErr w:type="spellStart"/>
      <w:r>
        <w:t>pověřené</w:t>
      </w:r>
      <w:proofErr w:type="spellEnd"/>
      <w:r>
        <w:t xml:space="preserve"> </w:t>
      </w:r>
      <w:proofErr w:type="spellStart"/>
      <w:r>
        <w:t>osobě</w:t>
      </w:r>
      <w:proofErr w:type="spellEnd"/>
      <w:r>
        <w:t>.</w:t>
      </w:r>
    </w:p>
    <w:p w14:paraId="6B188BF5" w14:textId="77777777" w:rsidR="00CB3864" w:rsidRDefault="0074127D" w:rsidP="00EF28F1">
      <w:pPr>
        <w:jc w:val="both"/>
      </w:pPr>
      <w:proofErr w:type="spellStart"/>
      <w:r>
        <w:t>Zaměstnanci</w:t>
      </w:r>
      <w:proofErr w:type="spellEnd"/>
      <w:r>
        <w:t xml:space="preserve"> </w:t>
      </w:r>
      <w:proofErr w:type="spellStart"/>
      <w:r>
        <w:t>školy</w:t>
      </w:r>
      <w:proofErr w:type="spellEnd"/>
      <w:r>
        <w:t xml:space="preserve"> </w:t>
      </w:r>
      <w:proofErr w:type="spellStart"/>
      <w:r>
        <w:t>dodržují</w:t>
      </w:r>
      <w:proofErr w:type="spellEnd"/>
      <w:r>
        <w:t xml:space="preserve"> </w:t>
      </w:r>
      <w:proofErr w:type="spellStart"/>
      <w:r>
        <w:t>právní</w:t>
      </w:r>
      <w:proofErr w:type="spellEnd"/>
      <w:r>
        <w:t xml:space="preserve"> </w:t>
      </w:r>
      <w:proofErr w:type="spellStart"/>
      <w:r>
        <w:t>předpisy</w:t>
      </w:r>
      <w:proofErr w:type="spellEnd"/>
      <w:r>
        <w:t xml:space="preserve"> a </w:t>
      </w:r>
      <w:proofErr w:type="spellStart"/>
      <w:r>
        <w:t>vnitřní</w:t>
      </w:r>
      <w:proofErr w:type="spellEnd"/>
      <w:r>
        <w:t xml:space="preserve"> </w:t>
      </w:r>
      <w:proofErr w:type="spellStart"/>
      <w:r>
        <w:t>pravidla</w:t>
      </w:r>
      <w:proofErr w:type="spellEnd"/>
      <w:r>
        <w:t xml:space="preserve"> BOZP a PO. </w:t>
      </w:r>
      <w:proofErr w:type="spellStart"/>
      <w:r>
        <w:t>Děti</w:t>
      </w:r>
      <w:proofErr w:type="spellEnd"/>
      <w:r>
        <w:t xml:space="preserve"> </w:t>
      </w:r>
      <w:proofErr w:type="spellStart"/>
      <w:r>
        <w:t>jsou</w:t>
      </w:r>
      <w:proofErr w:type="spellEnd"/>
      <w:r>
        <w:t xml:space="preserve"> </w:t>
      </w:r>
      <w:proofErr w:type="spellStart"/>
      <w:r>
        <w:t>přiměřeně</w:t>
      </w:r>
      <w:proofErr w:type="spellEnd"/>
      <w:r>
        <w:t xml:space="preserve"> </w:t>
      </w:r>
      <w:proofErr w:type="spellStart"/>
      <w:r>
        <w:t>věku</w:t>
      </w:r>
      <w:proofErr w:type="spellEnd"/>
      <w:r>
        <w:t xml:space="preserve"> </w:t>
      </w:r>
      <w:proofErr w:type="spellStart"/>
      <w:r>
        <w:t>seznamovány</w:t>
      </w:r>
      <w:proofErr w:type="spellEnd"/>
      <w:r>
        <w:t xml:space="preserve"> s </w:t>
      </w:r>
      <w:proofErr w:type="spellStart"/>
      <w:r>
        <w:t>pravidly</w:t>
      </w:r>
      <w:proofErr w:type="spellEnd"/>
      <w:r>
        <w:t xml:space="preserve"> </w:t>
      </w:r>
      <w:proofErr w:type="spellStart"/>
      <w:r>
        <w:t>bezpečného</w:t>
      </w:r>
      <w:proofErr w:type="spellEnd"/>
      <w:r>
        <w:t xml:space="preserve"> </w:t>
      </w:r>
      <w:proofErr w:type="spellStart"/>
      <w:r>
        <w:t>chování</w:t>
      </w:r>
      <w:proofErr w:type="spellEnd"/>
      <w:r>
        <w:t xml:space="preserve"> v </w:t>
      </w:r>
      <w:proofErr w:type="spellStart"/>
      <w:r>
        <w:t>budově</w:t>
      </w:r>
      <w:proofErr w:type="spellEnd"/>
      <w:r>
        <w:t xml:space="preserve">, </w:t>
      </w:r>
      <w:proofErr w:type="spellStart"/>
      <w:r>
        <w:t>na</w:t>
      </w:r>
      <w:proofErr w:type="spellEnd"/>
      <w:r>
        <w:t xml:space="preserve"> </w:t>
      </w:r>
      <w:proofErr w:type="spellStart"/>
      <w:r>
        <w:t>zahradě</w:t>
      </w:r>
      <w:proofErr w:type="spellEnd"/>
      <w:r>
        <w:t xml:space="preserve">, </w:t>
      </w:r>
      <w:proofErr w:type="spellStart"/>
      <w:r>
        <w:t>při</w:t>
      </w:r>
      <w:proofErr w:type="spellEnd"/>
      <w:r>
        <w:t xml:space="preserve"> </w:t>
      </w:r>
      <w:proofErr w:type="spellStart"/>
      <w:r>
        <w:t>pobytu</w:t>
      </w:r>
      <w:proofErr w:type="spellEnd"/>
      <w:r>
        <w:t xml:space="preserve"> </w:t>
      </w:r>
      <w:proofErr w:type="spellStart"/>
      <w:r>
        <w:t>venku</w:t>
      </w:r>
      <w:proofErr w:type="spellEnd"/>
      <w:r>
        <w:t xml:space="preserve">, </w:t>
      </w:r>
      <w:proofErr w:type="spellStart"/>
      <w:r>
        <w:t>při</w:t>
      </w:r>
      <w:proofErr w:type="spellEnd"/>
      <w:r>
        <w:t xml:space="preserve"> </w:t>
      </w:r>
      <w:proofErr w:type="spellStart"/>
      <w:r>
        <w:t>výletech</w:t>
      </w:r>
      <w:proofErr w:type="spellEnd"/>
      <w:r>
        <w:t xml:space="preserve">, </w:t>
      </w:r>
      <w:proofErr w:type="spellStart"/>
      <w:r>
        <w:t>při</w:t>
      </w:r>
      <w:proofErr w:type="spellEnd"/>
      <w:r>
        <w:t xml:space="preserve"> </w:t>
      </w:r>
      <w:proofErr w:type="spellStart"/>
      <w:r>
        <w:t>sportovních</w:t>
      </w:r>
      <w:proofErr w:type="spellEnd"/>
      <w:r>
        <w:t xml:space="preserve"> a </w:t>
      </w:r>
      <w:proofErr w:type="spellStart"/>
      <w:r>
        <w:t>pohybových</w:t>
      </w:r>
      <w:proofErr w:type="spellEnd"/>
      <w:r>
        <w:t xml:space="preserve"> </w:t>
      </w:r>
      <w:proofErr w:type="spellStart"/>
      <w:r>
        <w:t>činnostech</w:t>
      </w:r>
      <w:proofErr w:type="spellEnd"/>
      <w:r>
        <w:t xml:space="preserve"> a </w:t>
      </w:r>
      <w:proofErr w:type="spellStart"/>
      <w:r>
        <w:t>při</w:t>
      </w:r>
      <w:proofErr w:type="spellEnd"/>
      <w:r>
        <w:t xml:space="preserve"> </w:t>
      </w:r>
      <w:proofErr w:type="spellStart"/>
      <w:r>
        <w:t>zacházení</w:t>
      </w:r>
      <w:proofErr w:type="spellEnd"/>
      <w:r>
        <w:t xml:space="preserve"> s </w:t>
      </w:r>
      <w:proofErr w:type="spellStart"/>
      <w:r>
        <w:t>pomůckami</w:t>
      </w:r>
      <w:proofErr w:type="spellEnd"/>
      <w:r>
        <w:t>.</w:t>
      </w:r>
    </w:p>
    <w:p w14:paraId="55FB01A1" w14:textId="77777777" w:rsidR="002B11F8" w:rsidRDefault="002B11F8">
      <w:pPr>
        <w:pStyle w:val="Normln1"/>
        <w:jc w:val="both"/>
      </w:pPr>
      <w:r>
        <w:t>Při pobytu mimo místo, kde se uskutečňuje vzdělávání, odpovídá škola za zajištění dohledu nad dětmi podle vyhlášky o předškolním vzdělávání a konkrétního posouzení rizik. Na jednoho pedagogického pracovníka připadá nejvýše 20 dětí z běžných tříd. Tento počet se snižuje, jsou-li přítomny děti mladší 3 let nebo děti zařazené ve třídě, ve které se vzdělávají děti s přiznanými podpůrnými opatřeními 2. až 5. stupně; v těchto případech škola vychází nejvýše z limitu 12 dětí na jednoho pedagogického pracovníka, pokud právní předpis nebo organizace konkrétní akce nevyžaduje přísnější postup. Podle povahy akce, trasy, dopravní situace, zdravotních a individuálních potřeb dětí a dalších rizik může ředitel školy, zástupkyně pro MŠ nebo pověřená vedoucí učitelka určit další doprovod.</w:t>
      </w:r>
    </w:p>
    <w:p w14:paraId="43193048" w14:textId="77777777" w:rsidR="00CB3864" w:rsidRDefault="0074127D">
      <w:pPr>
        <w:pStyle w:val="Nadpis2"/>
      </w:pPr>
      <w:proofErr w:type="spellStart"/>
      <w:r>
        <w:rPr>
          <w:rFonts w:ascii="Arial" w:hAnsi="Arial"/>
          <w:b w:val="0"/>
        </w:rPr>
        <w:t>Zdravotní</w:t>
      </w:r>
      <w:proofErr w:type="spellEnd"/>
      <w:r>
        <w:rPr>
          <w:rFonts w:ascii="Arial" w:hAnsi="Arial"/>
          <w:b w:val="0"/>
        </w:rPr>
        <w:t xml:space="preserve"> </w:t>
      </w:r>
      <w:proofErr w:type="spellStart"/>
      <w:r>
        <w:rPr>
          <w:rFonts w:ascii="Arial" w:hAnsi="Arial"/>
          <w:b w:val="0"/>
        </w:rPr>
        <w:t>stav</w:t>
      </w:r>
      <w:proofErr w:type="spellEnd"/>
      <w:r>
        <w:rPr>
          <w:rFonts w:ascii="Arial" w:hAnsi="Arial"/>
          <w:b w:val="0"/>
        </w:rPr>
        <w:t xml:space="preserve"> </w:t>
      </w:r>
      <w:proofErr w:type="spellStart"/>
      <w:r>
        <w:rPr>
          <w:rFonts w:ascii="Arial" w:hAnsi="Arial"/>
          <w:b w:val="0"/>
        </w:rPr>
        <w:t>dítěte</w:t>
      </w:r>
      <w:proofErr w:type="spellEnd"/>
    </w:p>
    <w:p w14:paraId="25C77B8E" w14:textId="77777777" w:rsidR="00751AB6" w:rsidRDefault="0074127D" w:rsidP="00EF28F1">
      <w:pPr>
        <w:jc w:val="both"/>
      </w:pPr>
      <w:proofErr w:type="spellStart"/>
      <w:r>
        <w:t>Zákonný</w:t>
      </w:r>
      <w:proofErr w:type="spellEnd"/>
      <w:r>
        <w:t xml:space="preserve"> </w:t>
      </w:r>
      <w:proofErr w:type="spellStart"/>
      <w:r>
        <w:t>zástupce</w:t>
      </w:r>
      <w:proofErr w:type="spellEnd"/>
      <w:r>
        <w:t xml:space="preserve"> </w:t>
      </w:r>
      <w:proofErr w:type="spellStart"/>
      <w:r>
        <w:t>předává</w:t>
      </w:r>
      <w:proofErr w:type="spellEnd"/>
      <w:r>
        <w:t xml:space="preserve"> do </w:t>
      </w:r>
      <w:proofErr w:type="spellStart"/>
      <w:r>
        <w:t>mateřské</w:t>
      </w:r>
      <w:proofErr w:type="spellEnd"/>
      <w:r>
        <w:t xml:space="preserve"> </w:t>
      </w:r>
      <w:proofErr w:type="spellStart"/>
      <w:r>
        <w:t>školy</w:t>
      </w:r>
      <w:proofErr w:type="spellEnd"/>
      <w:r>
        <w:t xml:space="preserve"> </w:t>
      </w:r>
      <w:proofErr w:type="spellStart"/>
      <w:r>
        <w:t>dítě</w:t>
      </w:r>
      <w:proofErr w:type="spellEnd"/>
      <w:r>
        <w:t xml:space="preserve">, </w:t>
      </w:r>
      <w:proofErr w:type="spellStart"/>
      <w:r>
        <w:t>které</w:t>
      </w:r>
      <w:proofErr w:type="spellEnd"/>
      <w:r>
        <w:t xml:space="preserve"> </w:t>
      </w:r>
      <w:proofErr w:type="spellStart"/>
      <w:r>
        <w:t>nejeví</w:t>
      </w:r>
      <w:proofErr w:type="spellEnd"/>
      <w:r>
        <w:t xml:space="preserve"> </w:t>
      </w:r>
      <w:proofErr w:type="spellStart"/>
      <w:r>
        <w:t>zjevné</w:t>
      </w:r>
      <w:proofErr w:type="spellEnd"/>
      <w:r>
        <w:t xml:space="preserve"> </w:t>
      </w:r>
      <w:proofErr w:type="spellStart"/>
      <w:r>
        <w:t>příznaky</w:t>
      </w:r>
      <w:proofErr w:type="spellEnd"/>
      <w:r>
        <w:t xml:space="preserve"> </w:t>
      </w:r>
      <w:proofErr w:type="spellStart"/>
      <w:r>
        <w:t>akutního</w:t>
      </w:r>
      <w:proofErr w:type="spellEnd"/>
      <w:r>
        <w:t xml:space="preserve"> </w:t>
      </w:r>
      <w:proofErr w:type="spellStart"/>
      <w:r>
        <w:t>infekčního</w:t>
      </w:r>
      <w:proofErr w:type="spellEnd"/>
      <w:r>
        <w:t xml:space="preserve"> </w:t>
      </w:r>
      <w:proofErr w:type="spellStart"/>
      <w:r>
        <w:t>nebo</w:t>
      </w:r>
      <w:proofErr w:type="spellEnd"/>
      <w:r>
        <w:t xml:space="preserve"> </w:t>
      </w:r>
      <w:proofErr w:type="spellStart"/>
      <w:r>
        <w:t>parazitárního</w:t>
      </w:r>
      <w:proofErr w:type="spellEnd"/>
      <w:r>
        <w:t xml:space="preserve"> </w:t>
      </w:r>
      <w:proofErr w:type="spellStart"/>
      <w:r>
        <w:t>onemocnění</w:t>
      </w:r>
      <w:proofErr w:type="spellEnd"/>
      <w:r>
        <w:t xml:space="preserve">. </w:t>
      </w:r>
      <w:proofErr w:type="spellStart"/>
      <w:r>
        <w:t>Škola</w:t>
      </w:r>
      <w:proofErr w:type="spellEnd"/>
      <w:r>
        <w:t xml:space="preserve"> </w:t>
      </w:r>
      <w:proofErr w:type="spellStart"/>
      <w:r>
        <w:t>není</w:t>
      </w:r>
      <w:proofErr w:type="spellEnd"/>
      <w:r>
        <w:t xml:space="preserve"> </w:t>
      </w:r>
      <w:proofErr w:type="spellStart"/>
      <w:r>
        <w:t>zdravotnickým</w:t>
      </w:r>
      <w:proofErr w:type="spellEnd"/>
      <w:r>
        <w:t xml:space="preserve"> </w:t>
      </w:r>
      <w:proofErr w:type="spellStart"/>
      <w:r>
        <w:t>zařízením</w:t>
      </w:r>
      <w:proofErr w:type="spellEnd"/>
      <w:r>
        <w:t xml:space="preserve"> a </w:t>
      </w:r>
      <w:proofErr w:type="spellStart"/>
      <w:r>
        <w:t>neurčuje</w:t>
      </w:r>
      <w:proofErr w:type="spellEnd"/>
      <w:r>
        <w:t xml:space="preserve"> </w:t>
      </w:r>
      <w:proofErr w:type="spellStart"/>
      <w:r>
        <w:t>diagnózu</w:t>
      </w:r>
      <w:proofErr w:type="spellEnd"/>
      <w:r>
        <w:t xml:space="preserve">. </w:t>
      </w:r>
      <w:proofErr w:type="spellStart"/>
      <w:r w:rsidR="00AF3704">
        <w:t>Může</w:t>
      </w:r>
      <w:proofErr w:type="spellEnd"/>
      <w:r>
        <w:t xml:space="preserve"> </w:t>
      </w:r>
      <w:proofErr w:type="spellStart"/>
      <w:r>
        <w:t>však</w:t>
      </w:r>
      <w:proofErr w:type="spellEnd"/>
      <w:r w:rsidR="00751AB6">
        <w:t>:</w:t>
      </w:r>
    </w:p>
    <w:p w14:paraId="0D9B6C27" w14:textId="1B68BF92" w:rsidR="00915848" w:rsidRPr="00EB452A" w:rsidRDefault="00EB452A" w:rsidP="00EB452A">
      <w:pPr>
        <w:pStyle w:val="Odstavecseseznamem"/>
        <w:numPr>
          <w:ilvl w:val="0"/>
          <w:numId w:val="10"/>
        </w:numPr>
        <w:spacing w:after="0" w:line="300" w:lineRule="atLeast"/>
        <w:rPr>
          <w:rFonts w:eastAsia="Times New Roman" w:cs="Arial"/>
          <w:szCs w:val="21"/>
          <w:lang w:val="cs-CZ" w:eastAsia="cs-CZ"/>
        </w:rPr>
      </w:pPr>
      <w:r w:rsidRPr="00EB452A">
        <w:rPr>
          <w:rFonts w:eastAsia="Times New Roman" w:cs="Arial"/>
          <w:szCs w:val="21"/>
          <w:lang w:val="cs-CZ" w:eastAsia="cs-CZ"/>
        </w:rPr>
        <w:t>odmítnout převzetí dítěte z důvodu ochrany zdraví ostatních dětí a zaměstnanců, pokud dítě zjevně vykazuje příznaky akutního infekčního nebo jiného onemocnění, které může představovat zdravotní riziko pro kolektiv nebo samotné dítě</w:t>
      </w:r>
      <w:r w:rsidRPr="00EB452A">
        <w:rPr>
          <w:rFonts w:cs="Arial"/>
        </w:rPr>
        <w:t xml:space="preserve">, </w:t>
      </w:r>
    </w:p>
    <w:p w14:paraId="385E0323" w14:textId="5579E430" w:rsidR="00CB3864" w:rsidRDefault="0074127D" w:rsidP="00751AB6">
      <w:pPr>
        <w:pStyle w:val="Odstavecseseznamem"/>
        <w:numPr>
          <w:ilvl w:val="0"/>
          <w:numId w:val="10"/>
        </w:numPr>
        <w:jc w:val="both"/>
      </w:pPr>
      <w:proofErr w:type="spellStart"/>
      <w:r>
        <w:lastRenderedPageBreak/>
        <w:t>při</w:t>
      </w:r>
      <w:proofErr w:type="spellEnd"/>
      <w:r>
        <w:t xml:space="preserve"> </w:t>
      </w:r>
      <w:proofErr w:type="spellStart"/>
      <w:r>
        <w:t>zhoršení</w:t>
      </w:r>
      <w:proofErr w:type="spellEnd"/>
      <w:r>
        <w:t xml:space="preserve"> </w:t>
      </w:r>
      <w:proofErr w:type="spellStart"/>
      <w:r>
        <w:t>zdravotního</w:t>
      </w:r>
      <w:proofErr w:type="spellEnd"/>
      <w:r>
        <w:t xml:space="preserve"> </w:t>
      </w:r>
      <w:proofErr w:type="spellStart"/>
      <w:r>
        <w:t>stavu</w:t>
      </w:r>
      <w:proofErr w:type="spellEnd"/>
      <w:r>
        <w:t xml:space="preserve"> </w:t>
      </w:r>
      <w:proofErr w:type="spellStart"/>
      <w:r>
        <w:t>během</w:t>
      </w:r>
      <w:proofErr w:type="spellEnd"/>
      <w:r>
        <w:t xml:space="preserve"> </w:t>
      </w:r>
      <w:proofErr w:type="spellStart"/>
      <w:r>
        <w:t>dne</w:t>
      </w:r>
      <w:proofErr w:type="spellEnd"/>
      <w:r>
        <w:t xml:space="preserve"> </w:t>
      </w:r>
      <w:proofErr w:type="spellStart"/>
      <w:r>
        <w:t>neprodleně</w:t>
      </w:r>
      <w:proofErr w:type="spellEnd"/>
      <w:r>
        <w:t xml:space="preserve"> </w:t>
      </w:r>
      <w:proofErr w:type="spellStart"/>
      <w:r>
        <w:t>informovat</w:t>
      </w:r>
      <w:proofErr w:type="spellEnd"/>
      <w:r>
        <w:t xml:space="preserve"> </w:t>
      </w:r>
      <w:proofErr w:type="spellStart"/>
      <w:r>
        <w:t>zákonného</w:t>
      </w:r>
      <w:proofErr w:type="spellEnd"/>
      <w:r>
        <w:t xml:space="preserve"> </w:t>
      </w:r>
      <w:proofErr w:type="spellStart"/>
      <w:r>
        <w:t>zástupce</w:t>
      </w:r>
      <w:proofErr w:type="spellEnd"/>
      <w:r>
        <w:t xml:space="preserve"> a </w:t>
      </w:r>
      <w:proofErr w:type="spellStart"/>
      <w:r>
        <w:t>požadovat</w:t>
      </w:r>
      <w:proofErr w:type="spellEnd"/>
      <w:r>
        <w:t xml:space="preserve"> </w:t>
      </w:r>
      <w:proofErr w:type="spellStart"/>
      <w:r>
        <w:t>převzetí</w:t>
      </w:r>
      <w:proofErr w:type="spellEnd"/>
      <w:r>
        <w:t xml:space="preserve"> </w:t>
      </w:r>
      <w:proofErr w:type="spellStart"/>
      <w:r>
        <w:t>dítěte</w:t>
      </w:r>
      <w:proofErr w:type="spellEnd"/>
      <w:r>
        <w:t>.</w:t>
      </w:r>
    </w:p>
    <w:p w14:paraId="09AB2C69" w14:textId="77777777" w:rsidR="00CB3864" w:rsidRDefault="0074127D" w:rsidP="00EF28F1">
      <w:pPr>
        <w:jc w:val="both"/>
      </w:pPr>
      <w:r>
        <w:t xml:space="preserve">Za </w:t>
      </w:r>
      <w:proofErr w:type="spellStart"/>
      <w:r>
        <w:t>rizikové</w:t>
      </w:r>
      <w:proofErr w:type="spellEnd"/>
      <w:r>
        <w:t xml:space="preserve"> </w:t>
      </w:r>
      <w:proofErr w:type="spellStart"/>
      <w:r>
        <w:t>příznaky</w:t>
      </w:r>
      <w:proofErr w:type="spellEnd"/>
      <w:r>
        <w:t xml:space="preserve"> </w:t>
      </w:r>
      <w:proofErr w:type="spellStart"/>
      <w:r>
        <w:t>mohou</w:t>
      </w:r>
      <w:proofErr w:type="spellEnd"/>
      <w:r>
        <w:t xml:space="preserve"> </w:t>
      </w:r>
      <w:proofErr w:type="spellStart"/>
      <w:r>
        <w:t>být</w:t>
      </w:r>
      <w:proofErr w:type="spellEnd"/>
      <w:r>
        <w:t xml:space="preserve"> </w:t>
      </w:r>
      <w:proofErr w:type="spellStart"/>
      <w:r>
        <w:t>považovány</w:t>
      </w:r>
      <w:proofErr w:type="spellEnd"/>
      <w:r>
        <w:t xml:space="preserve"> </w:t>
      </w:r>
      <w:proofErr w:type="spellStart"/>
      <w:r>
        <w:t>zejména</w:t>
      </w:r>
      <w:proofErr w:type="spellEnd"/>
      <w:r>
        <w:t xml:space="preserve"> </w:t>
      </w:r>
      <w:proofErr w:type="spellStart"/>
      <w:r>
        <w:t>horečka</w:t>
      </w:r>
      <w:proofErr w:type="spellEnd"/>
      <w:r>
        <w:t xml:space="preserve"> </w:t>
      </w:r>
      <w:proofErr w:type="spellStart"/>
      <w:r>
        <w:t>nebo</w:t>
      </w:r>
      <w:proofErr w:type="spellEnd"/>
      <w:r>
        <w:t xml:space="preserve"> </w:t>
      </w:r>
      <w:proofErr w:type="spellStart"/>
      <w:r>
        <w:t>zvýšená</w:t>
      </w:r>
      <w:proofErr w:type="spellEnd"/>
      <w:r>
        <w:t xml:space="preserve"> </w:t>
      </w:r>
      <w:proofErr w:type="spellStart"/>
      <w:r>
        <w:t>teplota</w:t>
      </w:r>
      <w:proofErr w:type="spellEnd"/>
      <w:r>
        <w:t xml:space="preserve">, </w:t>
      </w:r>
      <w:proofErr w:type="spellStart"/>
      <w:r>
        <w:t>zvracení</w:t>
      </w:r>
      <w:proofErr w:type="spellEnd"/>
      <w:r>
        <w:t xml:space="preserve">, </w:t>
      </w:r>
      <w:proofErr w:type="spellStart"/>
      <w:r>
        <w:t>průjem</w:t>
      </w:r>
      <w:proofErr w:type="spellEnd"/>
      <w:r>
        <w:t xml:space="preserve">, </w:t>
      </w:r>
      <w:proofErr w:type="spellStart"/>
      <w:r>
        <w:t>výrazný</w:t>
      </w:r>
      <w:proofErr w:type="spellEnd"/>
      <w:r>
        <w:t xml:space="preserve"> </w:t>
      </w:r>
      <w:proofErr w:type="spellStart"/>
      <w:r>
        <w:t>kašel</w:t>
      </w:r>
      <w:proofErr w:type="spellEnd"/>
      <w:r>
        <w:t xml:space="preserve">, </w:t>
      </w:r>
      <w:proofErr w:type="spellStart"/>
      <w:r>
        <w:t>zjevné</w:t>
      </w:r>
      <w:proofErr w:type="spellEnd"/>
      <w:r>
        <w:t xml:space="preserve"> </w:t>
      </w:r>
      <w:proofErr w:type="spellStart"/>
      <w:r>
        <w:t>dýchací</w:t>
      </w:r>
      <w:proofErr w:type="spellEnd"/>
      <w:r>
        <w:t xml:space="preserve"> </w:t>
      </w:r>
      <w:proofErr w:type="spellStart"/>
      <w:r>
        <w:t>obtíže</w:t>
      </w:r>
      <w:proofErr w:type="spellEnd"/>
      <w:r>
        <w:t xml:space="preserve">, </w:t>
      </w:r>
      <w:proofErr w:type="spellStart"/>
      <w:r>
        <w:t>hnisavý</w:t>
      </w:r>
      <w:proofErr w:type="spellEnd"/>
      <w:r>
        <w:t xml:space="preserve"> </w:t>
      </w:r>
      <w:proofErr w:type="spellStart"/>
      <w:r>
        <w:t>zánět</w:t>
      </w:r>
      <w:proofErr w:type="spellEnd"/>
      <w:r>
        <w:t xml:space="preserve"> </w:t>
      </w:r>
      <w:proofErr w:type="spellStart"/>
      <w:r>
        <w:t>spojivek</w:t>
      </w:r>
      <w:proofErr w:type="spellEnd"/>
      <w:r>
        <w:t xml:space="preserve">, </w:t>
      </w:r>
      <w:proofErr w:type="spellStart"/>
      <w:r>
        <w:t>infekční</w:t>
      </w:r>
      <w:proofErr w:type="spellEnd"/>
      <w:r>
        <w:t xml:space="preserve"> </w:t>
      </w:r>
      <w:proofErr w:type="spellStart"/>
      <w:r>
        <w:t>vyrážka</w:t>
      </w:r>
      <w:proofErr w:type="spellEnd"/>
      <w:r>
        <w:t xml:space="preserve">, </w:t>
      </w:r>
      <w:proofErr w:type="spellStart"/>
      <w:r>
        <w:t>zjevné</w:t>
      </w:r>
      <w:proofErr w:type="spellEnd"/>
      <w:r>
        <w:t xml:space="preserve"> </w:t>
      </w:r>
      <w:proofErr w:type="spellStart"/>
      <w:r>
        <w:t>parazitární</w:t>
      </w:r>
      <w:proofErr w:type="spellEnd"/>
      <w:r>
        <w:t xml:space="preserve"> </w:t>
      </w:r>
      <w:proofErr w:type="spellStart"/>
      <w:r>
        <w:t>onemocnění</w:t>
      </w:r>
      <w:proofErr w:type="spellEnd"/>
      <w:r>
        <w:t xml:space="preserve"> </w:t>
      </w:r>
      <w:proofErr w:type="spellStart"/>
      <w:r>
        <w:t>nebo</w:t>
      </w:r>
      <w:proofErr w:type="spellEnd"/>
      <w:r>
        <w:t xml:space="preserve"> </w:t>
      </w:r>
      <w:proofErr w:type="spellStart"/>
      <w:r>
        <w:t>jiný</w:t>
      </w:r>
      <w:proofErr w:type="spellEnd"/>
      <w:r>
        <w:t xml:space="preserve"> </w:t>
      </w:r>
      <w:proofErr w:type="spellStart"/>
      <w:r>
        <w:t>stav</w:t>
      </w:r>
      <w:proofErr w:type="spellEnd"/>
      <w:r>
        <w:t xml:space="preserve">, </w:t>
      </w:r>
      <w:proofErr w:type="spellStart"/>
      <w:r>
        <w:t>který</w:t>
      </w:r>
      <w:proofErr w:type="spellEnd"/>
      <w:r>
        <w:t xml:space="preserve"> </w:t>
      </w:r>
      <w:proofErr w:type="spellStart"/>
      <w:r>
        <w:t>může</w:t>
      </w:r>
      <w:proofErr w:type="spellEnd"/>
      <w:r>
        <w:t xml:space="preserve"> </w:t>
      </w:r>
      <w:proofErr w:type="spellStart"/>
      <w:r>
        <w:t>ohrožovat</w:t>
      </w:r>
      <w:proofErr w:type="spellEnd"/>
      <w:r>
        <w:t xml:space="preserve"> </w:t>
      </w:r>
      <w:proofErr w:type="spellStart"/>
      <w:r>
        <w:t>dítě</w:t>
      </w:r>
      <w:proofErr w:type="spellEnd"/>
      <w:r>
        <w:t xml:space="preserve"> </w:t>
      </w:r>
      <w:proofErr w:type="spellStart"/>
      <w:r>
        <w:t>nebo</w:t>
      </w:r>
      <w:proofErr w:type="spellEnd"/>
      <w:r>
        <w:t xml:space="preserve"> </w:t>
      </w:r>
      <w:proofErr w:type="spellStart"/>
      <w:r>
        <w:t>kolektiv</w:t>
      </w:r>
      <w:proofErr w:type="spellEnd"/>
      <w:r>
        <w:t xml:space="preserve">. U </w:t>
      </w:r>
      <w:proofErr w:type="spellStart"/>
      <w:r>
        <w:t>opakovaných</w:t>
      </w:r>
      <w:proofErr w:type="spellEnd"/>
      <w:r>
        <w:t xml:space="preserve"> </w:t>
      </w:r>
      <w:proofErr w:type="spellStart"/>
      <w:r>
        <w:t>chronických</w:t>
      </w:r>
      <w:proofErr w:type="spellEnd"/>
      <w:r>
        <w:t xml:space="preserve"> </w:t>
      </w:r>
      <w:proofErr w:type="spellStart"/>
      <w:r>
        <w:t>příznaků</w:t>
      </w:r>
      <w:proofErr w:type="spellEnd"/>
      <w:r>
        <w:t xml:space="preserve">, </w:t>
      </w:r>
      <w:proofErr w:type="spellStart"/>
      <w:r>
        <w:t>které</w:t>
      </w:r>
      <w:proofErr w:type="spellEnd"/>
      <w:r>
        <w:t xml:space="preserve"> </w:t>
      </w:r>
      <w:proofErr w:type="spellStart"/>
      <w:r>
        <w:t>mohou</w:t>
      </w:r>
      <w:proofErr w:type="spellEnd"/>
      <w:r>
        <w:t xml:space="preserve"> </w:t>
      </w:r>
      <w:proofErr w:type="spellStart"/>
      <w:r>
        <w:t>budit</w:t>
      </w:r>
      <w:proofErr w:type="spellEnd"/>
      <w:r>
        <w:t xml:space="preserve"> </w:t>
      </w:r>
      <w:proofErr w:type="spellStart"/>
      <w:r>
        <w:t>důvodné</w:t>
      </w:r>
      <w:proofErr w:type="spellEnd"/>
      <w:r>
        <w:t xml:space="preserve"> </w:t>
      </w:r>
      <w:proofErr w:type="spellStart"/>
      <w:r>
        <w:t>pochybnosti</w:t>
      </w:r>
      <w:proofErr w:type="spellEnd"/>
      <w:r>
        <w:t xml:space="preserve"> o </w:t>
      </w:r>
      <w:proofErr w:type="spellStart"/>
      <w:r>
        <w:t>zdravotním</w:t>
      </w:r>
      <w:proofErr w:type="spellEnd"/>
      <w:r>
        <w:t xml:space="preserve"> </w:t>
      </w:r>
      <w:proofErr w:type="spellStart"/>
      <w:r>
        <w:t>stavu</w:t>
      </w:r>
      <w:proofErr w:type="spellEnd"/>
      <w:r>
        <w:t xml:space="preserve"> </w:t>
      </w:r>
      <w:proofErr w:type="spellStart"/>
      <w:r>
        <w:t>dítěte</w:t>
      </w:r>
      <w:proofErr w:type="spellEnd"/>
      <w:r>
        <w:t xml:space="preserve">, </w:t>
      </w:r>
      <w:proofErr w:type="spellStart"/>
      <w:r>
        <w:t>může</w:t>
      </w:r>
      <w:proofErr w:type="spellEnd"/>
      <w:r>
        <w:t xml:space="preserve"> </w:t>
      </w:r>
      <w:proofErr w:type="spellStart"/>
      <w:r>
        <w:t>škola</w:t>
      </w:r>
      <w:proofErr w:type="spellEnd"/>
      <w:r>
        <w:t xml:space="preserve"> </w:t>
      </w:r>
      <w:proofErr w:type="spellStart"/>
      <w:r>
        <w:t>požádat</w:t>
      </w:r>
      <w:proofErr w:type="spellEnd"/>
      <w:r>
        <w:t xml:space="preserve"> </w:t>
      </w:r>
      <w:proofErr w:type="spellStart"/>
      <w:r>
        <w:t>zákonného</w:t>
      </w:r>
      <w:proofErr w:type="spellEnd"/>
      <w:r>
        <w:t xml:space="preserve"> </w:t>
      </w:r>
      <w:proofErr w:type="spellStart"/>
      <w:r>
        <w:t>zástupce</w:t>
      </w:r>
      <w:proofErr w:type="spellEnd"/>
      <w:r>
        <w:t xml:space="preserve"> o </w:t>
      </w:r>
      <w:proofErr w:type="spellStart"/>
      <w:r>
        <w:t>lékařské</w:t>
      </w:r>
      <w:proofErr w:type="spellEnd"/>
      <w:r>
        <w:t xml:space="preserve"> </w:t>
      </w:r>
      <w:proofErr w:type="spellStart"/>
      <w:r>
        <w:t>vyjádření</w:t>
      </w:r>
      <w:proofErr w:type="spellEnd"/>
      <w:r>
        <w:t>.</w:t>
      </w:r>
    </w:p>
    <w:p w14:paraId="06D371B1" w14:textId="77777777" w:rsidR="00CB3864" w:rsidRDefault="0074127D" w:rsidP="00EF28F1">
      <w:pPr>
        <w:jc w:val="both"/>
      </w:pPr>
      <w:proofErr w:type="spellStart"/>
      <w:r>
        <w:t>Informace</w:t>
      </w:r>
      <w:proofErr w:type="spellEnd"/>
      <w:r>
        <w:t xml:space="preserve"> o </w:t>
      </w:r>
      <w:proofErr w:type="spellStart"/>
      <w:r>
        <w:t>výskytu</w:t>
      </w:r>
      <w:proofErr w:type="spellEnd"/>
      <w:r>
        <w:t xml:space="preserve"> </w:t>
      </w:r>
      <w:proofErr w:type="spellStart"/>
      <w:r>
        <w:t>infekčního</w:t>
      </w:r>
      <w:proofErr w:type="spellEnd"/>
      <w:r>
        <w:t xml:space="preserve"> </w:t>
      </w:r>
      <w:proofErr w:type="spellStart"/>
      <w:r>
        <w:t>nebo</w:t>
      </w:r>
      <w:proofErr w:type="spellEnd"/>
      <w:r>
        <w:t xml:space="preserve"> </w:t>
      </w:r>
      <w:proofErr w:type="spellStart"/>
      <w:r>
        <w:t>parazitárního</w:t>
      </w:r>
      <w:proofErr w:type="spellEnd"/>
      <w:r>
        <w:t xml:space="preserve"> </w:t>
      </w:r>
      <w:proofErr w:type="spellStart"/>
      <w:r>
        <w:t>onemocnění</w:t>
      </w:r>
      <w:proofErr w:type="spellEnd"/>
      <w:r>
        <w:t xml:space="preserve"> </w:t>
      </w:r>
      <w:proofErr w:type="spellStart"/>
      <w:r>
        <w:t>sděluje</w:t>
      </w:r>
      <w:proofErr w:type="spellEnd"/>
      <w:r>
        <w:t xml:space="preserve"> </w:t>
      </w:r>
      <w:proofErr w:type="spellStart"/>
      <w:r>
        <w:t>škola</w:t>
      </w:r>
      <w:proofErr w:type="spellEnd"/>
      <w:r>
        <w:t xml:space="preserve"> </w:t>
      </w:r>
      <w:proofErr w:type="spellStart"/>
      <w:r>
        <w:t>ostatním</w:t>
      </w:r>
      <w:proofErr w:type="spellEnd"/>
      <w:r>
        <w:t xml:space="preserve"> </w:t>
      </w:r>
      <w:proofErr w:type="spellStart"/>
      <w:r>
        <w:t>zákonným</w:t>
      </w:r>
      <w:proofErr w:type="spellEnd"/>
      <w:r>
        <w:t xml:space="preserve"> </w:t>
      </w:r>
      <w:proofErr w:type="spellStart"/>
      <w:r>
        <w:t>zástupcům</w:t>
      </w:r>
      <w:proofErr w:type="spellEnd"/>
      <w:r>
        <w:t xml:space="preserve"> </w:t>
      </w:r>
      <w:proofErr w:type="spellStart"/>
      <w:r>
        <w:t>přiměřeně</w:t>
      </w:r>
      <w:proofErr w:type="spellEnd"/>
      <w:r>
        <w:t xml:space="preserve">, bez </w:t>
      </w:r>
      <w:proofErr w:type="spellStart"/>
      <w:r>
        <w:t>uvedení</w:t>
      </w:r>
      <w:proofErr w:type="spellEnd"/>
      <w:r>
        <w:t xml:space="preserve"> identity </w:t>
      </w:r>
      <w:proofErr w:type="spellStart"/>
      <w:r>
        <w:t>dítěte</w:t>
      </w:r>
      <w:proofErr w:type="spellEnd"/>
      <w:r>
        <w:t xml:space="preserve"> a v </w:t>
      </w:r>
      <w:proofErr w:type="spellStart"/>
      <w:r>
        <w:t>souladu</w:t>
      </w:r>
      <w:proofErr w:type="spellEnd"/>
      <w:r>
        <w:t xml:space="preserve"> s </w:t>
      </w:r>
      <w:proofErr w:type="spellStart"/>
      <w:r>
        <w:t>ochranou</w:t>
      </w:r>
      <w:proofErr w:type="spellEnd"/>
      <w:r>
        <w:t xml:space="preserve"> </w:t>
      </w:r>
      <w:proofErr w:type="spellStart"/>
      <w:r>
        <w:t>osobních</w:t>
      </w:r>
      <w:proofErr w:type="spellEnd"/>
      <w:r>
        <w:t xml:space="preserve"> </w:t>
      </w:r>
      <w:proofErr w:type="spellStart"/>
      <w:r>
        <w:t>údajů</w:t>
      </w:r>
      <w:proofErr w:type="spellEnd"/>
      <w:r>
        <w:t xml:space="preserve">. V </w:t>
      </w:r>
      <w:proofErr w:type="spellStart"/>
      <w:r>
        <w:t>nezbytných</w:t>
      </w:r>
      <w:proofErr w:type="spellEnd"/>
      <w:r>
        <w:t xml:space="preserve"> </w:t>
      </w:r>
      <w:proofErr w:type="spellStart"/>
      <w:r>
        <w:t>případech</w:t>
      </w:r>
      <w:proofErr w:type="spellEnd"/>
      <w:r>
        <w:t xml:space="preserve"> </w:t>
      </w:r>
      <w:proofErr w:type="spellStart"/>
      <w:r>
        <w:t>škola</w:t>
      </w:r>
      <w:proofErr w:type="spellEnd"/>
      <w:r>
        <w:t xml:space="preserve"> </w:t>
      </w:r>
      <w:proofErr w:type="spellStart"/>
      <w:r>
        <w:t>postupuje</w:t>
      </w:r>
      <w:proofErr w:type="spellEnd"/>
      <w:r>
        <w:t xml:space="preserve"> </w:t>
      </w:r>
      <w:proofErr w:type="spellStart"/>
      <w:r>
        <w:t>podle</w:t>
      </w:r>
      <w:proofErr w:type="spellEnd"/>
      <w:r>
        <w:t xml:space="preserve"> </w:t>
      </w:r>
      <w:proofErr w:type="spellStart"/>
      <w:r>
        <w:t>pokynů</w:t>
      </w:r>
      <w:proofErr w:type="spellEnd"/>
      <w:r>
        <w:t xml:space="preserve"> </w:t>
      </w:r>
      <w:proofErr w:type="spellStart"/>
      <w:r>
        <w:t>orgánu</w:t>
      </w:r>
      <w:proofErr w:type="spellEnd"/>
      <w:r>
        <w:t xml:space="preserve"> </w:t>
      </w:r>
      <w:proofErr w:type="spellStart"/>
      <w:r>
        <w:t>ochrany</w:t>
      </w:r>
      <w:proofErr w:type="spellEnd"/>
      <w:r>
        <w:t xml:space="preserve"> </w:t>
      </w:r>
      <w:proofErr w:type="spellStart"/>
      <w:r>
        <w:t>veřejného</w:t>
      </w:r>
      <w:proofErr w:type="spellEnd"/>
      <w:r>
        <w:t xml:space="preserve"> </w:t>
      </w:r>
      <w:proofErr w:type="spellStart"/>
      <w:r>
        <w:t>zdraví</w:t>
      </w:r>
      <w:proofErr w:type="spellEnd"/>
      <w:r>
        <w:t>.</w:t>
      </w:r>
    </w:p>
    <w:p w14:paraId="78BD59F4" w14:textId="77777777" w:rsidR="00CB3864" w:rsidRDefault="0074127D">
      <w:pPr>
        <w:pStyle w:val="Nadpis2"/>
      </w:pPr>
      <w:proofErr w:type="spellStart"/>
      <w:r>
        <w:rPr>
          <w:rFonts w:ascii="Arial" w:hAnsi="Arial"/>
          <w:b w:val="0"/>
        </w:rPr>
        <w:t>Prevence</w:t>
      </w:r>
      <w:proofErr w:type="spellEnd"/>
      <w:r>
        <w:rPr>
          <w:rFonts w:ascii="Arial" w:hAnsi="Arial"/>
          <w:b w:val="0"/>
        </w:rPr>
        <w:t xml:space="preserve"> </w:t>
      </w:r>
      <w:proofErr w:type="spellStart"/>
      <w:r>
        <w:rPr>
          <w:rFonts w:ascii="Arial" w:hAnsi="Arial"/>
          <w:b w:val="0"/>
        </w:rPr>
        <w:t>rizikového</w:t>
      </w:r>
      <w:proofErr w:type="spellEnd"/>
      <w:r>
        <w:rPr>
          <w:rFonts w:ascii="Arial" w:hAnsi="Arial"/>
          <w:b w:val="0"/>
        </w:rPr>
        <w:t xml:space="preserve"> </w:t>
      </w:r>
      <w:proofErr w:type="spellStart"/>
      <w:r>
        <w:rPr>
          <w:rFonts w:ascii="Arial" w:hAnsi="Arial"/>
          <w:b w:val="0"/>
        </w:rPr>
        <w:t>chování</w:t>
      </w:r>
      <w:proofErr w:type="spellEnd"/>
      <w:r>
        <w:rPr>
          <w:rFonts w:ascii="Arial" w:hAnsi="Arial"/>
          <w:b w:val="0"/>
        </w:rPr>
        <w:t xml:space="preserve"> a </w:t>
      </w:r>
      <w:proofErr w:type="spellStart"/>
      <w:r>
        <w:rPr>
          <w:rFonts w:ascii="Arial" w:hAnsi="Arial"/>
          <w:b w:val="0"/>
        </w:rPr>
        <w:t>ochrana</w:t>
      </w:r>
      <w:proofErr w:type="spellEnd"/>
      <w:r>
        <w:rPr>
          <w:rFonts w:ascii="Arial" w:hAnsi="Arial"/>
          <w:b w:val="0"/>
        </w:rPr>
        <w:t xml:space="preserve"> </w:t>
      </w:r>
      <w:proofErr w:type="spellStart"/>
      <w:r>
        <w:rPr>
          <w:rFonts w:ascii="Arial" w:hAnsi="Arial"/>
          <w:b w:val="0"/>
        </w:rPr>
        <w:t>před</w:t>
      </w:r>
      <w:proofErr w:type="spellEnd"/>
      <w:r>
        <w:rPr>
          <w:rFonts w:ascii="Arial" w:hAnsi="Arial"/>
          <w:b w:val="0"/>
        </w:rPr>
        <w:t xml:space="preserve"> </w:t>
      </w:r>
      <w:proofErr w:type="spellStart"/>
      <w:r>
        <w:rPr>
          <w:rFonts w:ascii="Arial" w:hAnsi="Arial"/>
          <w:b w:val="0"/>
        </w:rPr>
        <w:t>diskriminací</w:t>
      </w:r>
      <w:proofErr w:type="spellEnd"/>
    </w:p>
    <w:p w14:paraId="1330F0DC" w14:textId="77777777" w:rsidR="00CB3864"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vytváří</w:t>
      </w:r>
      <w:proofErr w:type="spellEnd"/>
      <w:r>
        <w:t xml:space="preserve"> </w:t>
      </w:r>
      <w:proofErr w:type="spellStart"/>
      <w:r>
        <w:t>příznivé</w:t>
      </w:r>
      <w:proofErr w:type="spellEnd"/>
      <w:r>
        <w:t xml:space="preserve"> </w:t>
      </w:r>
      <w:proofErr w:type="spellStart"/>
      <w:r>
        <w:t>sociální</w:t>
      </w:r>
      <w:proofErr w:type="spellEnd"/>
      <w:r>
        <w:t xml:space="preserve"> </w:t>
      </w:r>
      <w:proofErr w:type="spellStart"/>
      <w:r>
        <w:t>klima</w:t>
      </w:r>
      <w:proofErr w:type="spellEnd"/>
      <w:r>
        <w:t xml:space="preserve">, </w:t>
      </w:r>
      <w:proofErr w:type="spellStart"/>
      <w:r>
        <w:t>podporuje</w:t>
      </w:r>
      <w:proofErr w:type="spellEnd"/>
      <w:r>
        <w:t xml:space="preserve"> </w:t>
      </w:r>
      <w:proofErr w:type="spellStart"/>
      <w:r>
        <w:t>spolupráci</w:t>
      </w:r>
      <w:proofErr w:type="spellEnd"/>
      <w:r>
        <w:t xml:space="preserve">, </w:t>
      </w:r>
      <w:proofErr w:type="spellStart"/>
      <w:r>
        <w:t>empatii</w:t>
      </w:r>
      <w:proofErr w:type="spellEnd"/>
      <w:r>
        <w:t xml:space="preserve">, </w:t>
      </w:r>
      <w:proofErr w:type="spellStart"/>
      <w:r>
        <w:t>respekt</w:t>
      </w:r>
      <w:proofErr w:type="spellEnd"/>
      <w:r>
        <w:t xml:space="preserve">, </w:t>
      </w:r>
      <w:proofErr w:type="spellStart"/>
      <w:r>
        <w:t>komunikaci</w:t>
      </w:r>
      <w:proofErr w:type="spellEnd"/>
      <w:r>
        <w:t xml:space="preserve"> a </w:t>
      </w:r>
      <w:proofErr w:type="spellStart"/>
      <w:r>
        <w:t>bezpečné</w:t>
      </w:r>
      <w:proofErr w:type="spellEnd"/>
      <w:r>
        <w:t xml:space="preserve"> </w:t>
      </w:r>
      <w:proofErr w:type="spellStart"/>
      <w:r>
        <w:t>vztahy</w:t>
      </w:r>
      <w:proofErr w:type="spellEnd"/>
      <w:r>
        <w:t xml:space="preserve"> </w:t>
      </w:r>
      <w:proofErr w:type="spellStart"/>
      <w:r>
        <w:t>mezi</w:t>
      </w:r>
      <w:proofErr w:type="spellEnd"/>
      <w:r>
        <w:t xml:space="preserve"> </w:t>
      </w:r>
      <w:proofErr w:type="spellStart"/>
      <w:r>
        <w:t>dětmi</w:t>
      </w:r>
      <w:proofErr w:type="spellEnd"/>
      <w:r>
        <w:t xml:space="preserve">. </w:t>
      </w:r>
      <w:proofErr w:type="spellStart"/>
      <w:r>
        <w:t>Pedagogové</w:t>
      </w:r>
      <w:proofErr w:type="spellEnd"/>
      <w:r>
        <w:t xml:space="preserve"> </w:t>
      </w:r>
      <w:proofErr w:type="spellStart"/>
      <w:r>
        <w:t>průběžně</w:t>
      </w:r>
      <w:proofErr w:type="spellEnd"/>
      <w:r>
        <w:t xml:space="preserve"> </w:t>
      </w:r>
      <w:proofErr w:type="spellStart"/>
      <w:r>
        <w:t>sledují</w:t>
      </w:r>
      <w:proofErr w:type="spellEnd"/>
      <w:r>
        <w:t xml:space="preserve"> </w:t>
      </w:r>
      <w:proofErr w:type="spellStart"/>
      <w:r>
        <w:t>vztahy</w:t>
      </w:r>
      <w:proofErr w:type="spellEnd"/>
      <w:r>
        <w:t xml:space="preserve"> </w:t>
      </w:r>
      <w:proofErr w:type="spellStart"/>
      <w:r>
        <w:t>ve</w:t>
      </w:r>
      <w:proofErr w:type="spellEnd"/>
      <w:r>
        <w:t xml:space="preserve"> </w:t>
      </w:r>
      <w:proofErr w:type="spellStart"/>
      <w:r>
        <w:t>třídách</w:t>
      </w:r>
      <w:proofErr w:type="spellEnd"/>
      <w:r>
        <w:t xml:space="preserve"> a </w:t>
      </w:r>
      <w:proofErr w:type="spellStart"/>
      <w:r>
        <w:t>řeší</w:t>
      </w:r>
      <w:proofErr w:type="spellEnd"/>
      <w:r>
        <w:t xml:space="preserve"> </w:t>
      </w:r>
      <w:proofErr w:type="spellStart"/>
      <w:r>
        <w:t>projevy</w:t>
      </w:r>
      <w:proofErr w:type="spellEnd"/>
      <w:r>
        <w:t xml:space="preserve"> </w:t>
      </w:r>
      <w:proofErr w:type="spellStart"/>
      <w:r>
        <w:t>ubližování</w:t>
      </w:r>
      <w:proofErr w:type="spellEnd"/>
      <w:r>
        <w:t xml:space="preserve">, </w:t>
      </w:r>
      <w:proofErr w:type="spellStart"/>
      <w:r>
        <w:t>vylučování</w:t>
      </w:r>
      <w:proofErr w:type="spellEnd"/>
      <w:r>
        <w:t xml:space="preserve">, </w:t>
      </w:r>
      <w:proofErr w:type="spellStart"/>
      <w:r>
        <w:t>agresivity</w:t>
      </w:r>
      <w:proofErr w:type="spellEnd"/>
      <w:r>
        <w:t xml:space="preserve">, </w:t>
      </w:r>
      <w:proofErr w:type="spellStart"/>
      <w:r>
        <w:t>nepřátelství</w:t>
      </w:r>
      <w:proofErr w:type="spellEnd"/>
      <w:r>
        <w:t xml:space="preserve"> </w:t>
      </w:r>
      <w:proofErr w:type="spellStart"/>
      <w:r>
        <w:t>nebo</w:t>
      </w:r>
      <w:proofErr w:type="spellEnd"/>
      <w:r>
        <w:t xml:space="preserve"> </w:t>
      </w:r>
      <w:proofErr w:type="spellStart"/>
      <w:r>
        <w:t>diskriminace</w:t>
      </w:r>
      <w:proofErr w:type="spellEnd"/>
      <w:r>
        <w:t xml:space="preserve"> </w:t>
      </w:r>
      <w:proofErr w:type="spellStart"/>
      <w:r>
        <w:t>včas</w:t>
      </w:r>
      <w:proofErr w:type="spellEnd"/>
      <w:r>
        <w:t xml:space="preserve">, </w:t>
      </w:r>
      <w:proofErr w:type="spellStart"/>
      <w:r>
        <w:t>přiměřeně</w:t>
      </w:r>
      <w:proofErr w:type="spellEnd"/>
      <w:r>
        <w:t xml:space="preserve"> </w:t>
      </w:r>
      <w:proofErr w:type="spellStart"/>
      <w:r>
        <w:t>věku</w:t>
      </w:r>
      <w:proofErr w:type="spellEnd"/>
      <w:r>
        <w:t xml:space="preserve"> </w:t>
      </w:r>
      <w:proofErr w:type="spellStart"/>
      <w:r>
        <w:t>dětí</w:t>
      </w:r>
      <w:proofErr w:type="spellEnd"/>
      <w:r>
        <w:t xml:space="preserve"> a </w:t>
      </w:r>
      <w:proofErr w:type="spellStart"/>
      <w:r>
        <w:t>ve</w:t>
      </w:r>
      <w:proofErr w:type="spellEnd"/>
      <w:r>
        <w:t xml:space="preserve"> </w:t>
      </w:r>
      <w:proofErr w:type="spellStart"/>
      <w:r>
        <w:t>spolupráci</w:t>
      </w:r>
      <w:proofErr w:type="spellEnd"/>
      <w:r>
        <w:t xml:space="preserve"> se </w:t>
      </w:r>
      <w:proofErr w:type="spellStart"/>
      <w:r>
        <w:t>zákonnými</w:t>
      </w:r>
      <w:proofErr w:type="spellEnd"/>
      <w:r>
        <w:t xml:space="preserve"> </w:t>
      </w:r>
      <w:proofErr w:type="spellStart"/>
      <w:r>
        <w:t>zástupci</w:t>
      </w:r>
      <w:proofErr w:type="spellEnd"/>
      <w:r>
        <w:t xml:space="preserve">, </w:t>
      </w:r>
      <w:proofErr w:type="spellStart"/>
      <w:r>
        <w:t>případně</w:t>
      </w:r>
      <w:proofErr w:type="spellEnd"/>
      <w:r>
        <w:t xml:space="preserve"> </w:t>
      </w:r>
      <w:proofErr w:type="spellStart"/>
      <w:r>
        <w:t>školským</w:t>
      </w:r>
      <w:proofErr w:type="spellEnd"/>
      <w:r>
        <w:t xml:space="preserve"> </w:t>
      </w:r>
      <w:proofErr w:type="spellStart"/>
      <w:r>
        <w:t>poradenským</w:t>
      </w:r>
      <w:proofErr w:type="spellEnd"/>
      <w:r>
        <w:t xml:space="preserve"> </w:t>
      </w:r>
      <w:proofErr w:type="spellStart"/>
      <w:r>
        <w:t>zařízením</w:t>
      </w:r>
      <w:proofErr w:type="spellEnd"/>
      <w:r>
        <w:t xml:space="preserve"> </w:t>
      </w:r>
      <w:proofErr w:type="spellStart"/>
      <w:r>
        <w:t>nebo</w:t>
      </w:r>
      <w:proofErr w:type="spellEnd"/>
      <w:r>
        <w:t xml:space="preserve"> OSPOD.</w:t>
      </w:r>
    </w:p>
    <w:p w14:paraId="5794EE47" w14:textId="77777777" w:rsidR="00CB3864" w:rsidRDefault="0074127D" w:rsidP="00EF28F1">
      <w:pPr>
        <w:jc w:val="both"/>
      </w:pPr>
      <w:proofErr w:type="spellStart"/>
      <w:r>
        <w:t>Tělesné</w:t>
      </w:r>
      <w:proofErr w:type="spellEnd"/>
      <w:r>
        <w:t xml:space="preserve"> </w:t>
      </w:r>
      <w:proofErr w:type="spellStart"/>
      <w:r>
        <w:t>tresty</w:t>
      </w:r>
      <w:proofErr w:type="spellEnd"/>
      <w:r>
        <w:t xml:space="preserve">, </w:t>
      </w:r>
      <w:proofErr w:type="spellStart"/>
      <w:r>
        <w:t>ponižující</w:t>
      </w:r>
      <w:proofErr w:type="spellEnd"/>
      <w:r>
        <w:t xml:space="preserve"> </w:t>
      </w:r>
      <w:proofErr w:type="spellStart"/>
      <w:r>
        <w:t>zacházení</w:t>
      </w:r>
      <w:proofErr w:type="spellEnd"/>
      <w:r>
        <w:t xml:space="preserve">, </w:t>
      </w:r>
      <w:proofErr w:type="spellStart"/>
      <w:r>
        <w:t>psychický</w:t>
      </w:r>
      <w:proofErr w:type="spellEnd"/>
      <w:r>
        <w:t xml:space="preserve"> </w:t>
      </w:r>
      <w:proofErr w:type="spellStart"/>
      <w:r>
        <w:t>nátlak</w:t>
      </w:r>
      <w:proofErr w:type="spellEnd"/>
      <w:r>
        <w:t xml:space="preserve">, </w:t>
      </w:r>
      <w:proofErr w:type="spellStart"/>
      <w:r>
        <w:t>zahanbování</w:t>
      </w:r>
      <w:proofErr w:type="spellEnd"/>
      <w:r>
        <w:t xml:space="preserve">, </w:t>
      </w:r>
      <w:proofErr w:type="spellStart"/>
      <w:r>
        <w:t>trestání</w:t>
      </w:r>
      <w:proofErr w:type="spellEnd"/>
      <w:r>
        <w:t xml:space="preserve"> </w:t>
      </w:r>
      <w:proofErr w:type="spellStart"/>
      <w:r>
        <w:t>odpíráním</w:t>
      </w:r>
      <w:proofErr w:type="spellEnd"/>
      <w:r>
        <w:t xml:space="preserve"> </w:t>
      </w:r>
      <w:proofErr w:type="spellStart"/>
      <w:r>
        <w:t>jídla</w:t>
      </w:r>
      <w:proofErr w:type="spellEnd"/>
      <w:r>
        <w:t xml:space="preserve">, </w:t>
      </w:r>
      <w:proofErr w:type="spellStart"/>
      <w:r>
        <w:t>pití</w:t>
      </w:r>
      <w:proofErr w:type="spellEnd"/>
      <w:r>
        <w:t xml:space="preserve">, </w:t>
      </w:r>
      <w:proofErr w:type="spellStart"/>
      <w:r>
        <w:t>hygienických</w:t>
      </w:r>
      <w:proofErr w:type="spellEnd"/>
      <w:r>
        <w:t xml:space="preserve"> </w:t>
      </w:r>
      <w:proofErr w:type="spellStart"/>
      <w:r>
        <w:t>potřeb</w:t>
      </w:r>
      <w:proofErr w:type="spellEnd"/>
      <w:r>
        <w:t xml:space="preserve"> </w:t>
      </w:r>
      <w:proofErr w:type="spellStart"/>
      <w:r>
        <w:t>nebo</w:t>
      </w:r>
      <w:proofErr w:type="spellEnd"/>
      <w:r>
        <w:t xml:space="preserve"> </w:t>
      </w:r>
      <w:proofErr w:type="spellStart"/>
      <w:r>
        <w:t>přiměřeného</w:t>
      </w:r>
      <w:proofErr w:type="spellEnd"/>
      <w:r>
        <w:t xml:space="preserve"> </w:t>
      </w:r>
      <w:proofErr w:type="spellStart"/>
      <w:r>
        <w:t>odpočinku</w:t>
      </w:r>
      <w:proofErr w:type="spellEnd"/>
      <w:r>
        <w:t xml:space="preserve"> </w:t>
      </w:r>
      <w:proofErr w:type="spellStart"/>
      <w:r>
        <w:t>jsou</w:t>
      </w:r>
      <w:proofErr w:type="spellEnd"/>
      <w:r>
        <w:t xml:space="preserve"> v </w:t>
      </w:r>
      <w:proofErr w:type="spellStart"/>
      <w:r>
        <w:t>mateřské</w:t>
      </w:r>
      <w:proofErr w:type="spellEnd"/>
      <w:r>
        <w:t xml:space="preserve"> </w:t>
      </w:r>
      <w:proofErr w:type="spellStart"/>
      <w:r>
        <w:t>škole</w:t>
      </w:r>
      <w:proofErr w:type="spellEnd"/>
      <w:r>
        <w:t xml:space="preserve"> </w:t>
      </w:r>
      <w:proofErr w:type="spellStart"/>
      <w:r>
        <w:t>nepřípustné</w:t>
      </w:r>
      <w:proofErr w:type="spellEnd"/>
      <w:r>
        <w:t>.</w:t>
      </w:r>
    </w:p>
    <w:p w14:paraId="07860924" w14:textId="77777777" w:rsidR="00CB3864" w:rsidRDefault="0074127D">
      <w:pPr>
        <w:pStyle w:val="Nadpis1"/>
      </w:pPr>
      <w:r>
        <w:rPr>
          <w:rFonts w:ascii="Arial" w:hAnsi="Arial"/>
          <w:b w:val="0"/>
        </w:rPr>
        <w:t xml:space="preserve">12. </w:t>
      </w:r>
      <w:proofErr w:type="spellStart"/>
      <w:r>
        <w:rPr>
          <w:rFonts w:ascii="Arial" w:hAnsi="Arial"/>
          <w:b w:val="0"/>
        </w:rPr>
        <w:t>Podávání</w:t>
      </w:r>
      <w:proofErr w:type="spellEnd"/>
      <w:r>
        <w:rPr>
          <w:rFonts w:ascii="Arial" w:hAnsi="Arial"/>
          <w:b w:val="0"/>
        </w:rPr>
        <w:t xml:space="preserve"> </w:t>
      </w:r>
      <w:proofErr w:type="spellStart"/>
      <w:r>
        <w:rPr>
          <w:rFonts w:ascii="Arial" w:hAnsi="Arial"/>
          <w:b w:val="0"/>
        </w:rPr>
        <w:t>léků</w:t>
      </w:r>
      <w:proofErr w:type="spellEnd"/>
      <w:r>
        <w:rPr>
          <w:rFonts w:ascii="Arial" w:hAnsi="Arial"/>
          <w:b w:val="0"/>
        </w:rPr>
        <w:t xml:space="preserve"> a </w:t>
      </w:r>
      <w:proofErr w:type="spellStart"/>
      <w:r>
        <w:rPr>
          <w:rFonts w:ascii="Arial" w:hAnsi="Arial"/>
          <w:b w:val="0"/>
        </w:rPr>
        <w:t>zdravotní</w:t>
      </w:r>
      <w:proofErr w:type="spellEnd"/>
      <w:r>
        <w:rPr>
          <w:rFonts w:ascii="Arial" w:hAnsi="Arial"/>
          <w:b w:val="0"/>
        </w:rPr>
        <w:t xml:space="preserve"> </w:t>
      </w:r>
      <w:proofErr w:type="spellStart"/>
      <w:r>
        <w:rPr>
          <w:rFonts w:ascii="Arial" w:hAnsi="Arial"/>
          <w:b w:val="0"/>
        </w:rPr>
        <w:t>specifika</w:t>
      </w:r>
      <w:proofErr w:type="spellEnd"/>
    </w:p>
    <w:p w14:paraId="3C195A68" w14:textId="77777777" w:rsidR="00CB3864"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není</w:t>
      </w:r>
      <w:proofErr w:type="spellEnd"/>
      <w:r>
        <w:t xml:space="preserve"> </w:t>
      </w:r>
      <w:proofErr w:type="spellStart"/>
      <w:r>
        <w:t>zdravotnickým</w:t>
      </w:r>
      <w:proofErr w:type="spellEnd"/>
      <w:r>
        <w:t xml:space="preserve"> </w:t>
      </w:r>
      <w:proofErr w:type="spellStart"/>
      <w:r>
        <w:t>zařízením</w:t>
      </w:r>
      <w:proofErr w:type="spellEnd"/>
      <w:r>
        <w:t xml:space="preserve"> a </w:t>
      </w:r>
      <w:proofErr w:type="spellStart"/>
      <w:r>
        <w:t>pedagogičtí</w:t>
      </w:r>
      <w:proofErr w:type="spellEnd"/>
      <w:r>
        <w:t xml:space="preserve"> </w:t>
      </w:r>
      <w:proofErr w:type="spellStart"/>
      <w:r>
        <w:t>pracovníci</w:t>
      </w:r>
      <w:proofErr w:type="spellEnd"/>
      <w:r>
        <w:t xml:space="preserve"> </w:t>
      </w:r>
      <w:proofErr w:type="spellStart"/>
      <w:r>
        <w:t>nejsou</w:t>
      </w:r>
      <w:proofErr w:type="spellEnd"/>
      <w:r>
        <w:t xml:space="preserve"> </w:t>
      </w:r>
      <w:proofErr w:type="spellStart"/>
      <w:r>
        <w:t>zdravotnickými</w:t>
      </w:r>
      <w:proofErr w:type="spellEnd"/>
      <w:r>
        <w:t xml:space="preserve"> </w:t>
      </w:r>
      <w:proofErr w:type="spellStart"/>
      <w:r>
        <w:t>pracovníky</w:t>
      </w:r>
      <w:proofErr w:type="spellEnd"/>
      <w:r>
        <w:t xml:space="preserve">. </w:t>
      </w:r>
      <w:proofErr w:type="spellStart"/>
      <w:r>
        <w:t>Škola</w:t>
      </w:r>
      <w:proofErr w:type="spellEnd"/>
      <w:r>
        <w:t xml:space="preserve"> </w:t>
      </w:r>
      <w:proofErr w:type="spellStart"/>
      <w:r>
        <w:t>běžně</w:t>
      </w:r>
      <w:proofErr w:type="spellEnd"/>
      <w:r>
        <w:t xml:space="preserve"> </w:t>
      </w:r>
      <w:proofErr w:type="spellStart"/>
      <w:r>
        <w:t>nepodává</w:t>
      </w:r>
      <w:proofErr w:type="spellEnd"/>
      <w:r>
        <w:t xml:space="preserve"> </w:t>
      </w:r>
      <w:proofErr w:type="spellStart"/>
      <w:r>
        <w:t>dětem</w:t>
      </w:r>
      <w:proofErr w:type="spellEnd"/>
      <w:r>
        <w:t xml:space="preserve"> </w:t>
      </w:r>
      <w:proofErr w:type="spellStart"/>
      <w:r>
        <w:t>léky</w:t>
      </w:r>
      <w:proofErr w:type="spellEnd"/>
      <w:r>
        <w:t xml:space="preserve"> ani </w:t>
      </w:r>
      <w:proofErr w:type="spellStart"/>
      <w:r>
        <w:t>volně</w:t>
      </w:r>
      <w:proofErr w:type="spellEnd"/>
      <w:r>
        <w:t xml:space="preserve"> </w:t>
      </w:r>
      <w:proofErr w:type="spellStart"/>
      <w:r>
        <w:t>prodejné</w:t>
      </w:r>
      <w:proofErr w:type="spellEnd"/>
      <w:r>
        <w:t xml:space="preserve"> </w:t>
      </w:r>
      <w:proofErr w:type="spellStart"/>
      <w:r>
        <w:t>léčivé</w:t>
      </w:r>
      <w:proofErr w:type="spellEnd"/>
      <w:r>
        <w:t xml:space="preserve"> </w:t>
      </w:r>
      <w:proofErr w:type="spellStart"/>
      <w:r>
        <w:t>přípravky</w:t>
      </w:r>
      <w:proofErr w:type="spellEnd"/>
      <w:r>
        <w:t>.</w:t>
      </w:r>
    </w:p>
    <w:p w14:paraId="33AE27B1" w14:textId="77777777" w:rsidR="00CB3864" w:rsidRDefault="0074127D" w:rsidP="00EF28F1">
      <w:pPr>
        <w:jc w:val="both"/>
      </w:pPr>
      <w:proofErr w:type="spellStart"/>
      <w:r>
        <w:t>Výjimkou</w:t>
      </w:r>
      <w:proofErr w:type="spellEnd"/>
      <w:r>
        <w:t xml:space="preserve"> </w:t>
      </w:r>
      <w:proofErr w:type="spellStart"/>
      <w:r>
        <w:t>mohou</w:t>
      </w:r>
      <w:proofErr w:type="spellEnd"/>
      <w:r>
        <w:t xml:space="preserve"> </w:t>
      </w:r>
      <w:proofErr w:type="spellStart"/>
      <w:r>
        <w:t>být</w:t>
      </w:r>
      <w:proofErr w:type="spellEnd"/>
      <w:r>
        <w:t xml:space="preserve"> </w:t>
      </w:r>
      <w:proofErr w:type="spellStart"/>
      <w:r>
        <w:t>případy</w:t>
      </w:r>
      <w:proofErr w:type="spellEnd"/>
      <w:r>
        <w:t xml:space="preserve">, </w:t>
      </w:r>
      <w:proofErr w:type="spellStart"/>
      <w:r>
        <w:t>kdy</w:t>
      </w:r>
      <w:proofErr w:type="spellEnd"/>
      <w:r>
        <w:t xml:space="preserve"> je </w:t>
      </w:r>
      <w:proofErr w:type="spellStart"/>
      <w:r>
        <w:t>podání</w:t>
      </w:r>
      <w:proofErr w:type="spellEnd"/>
      <w:r>
        <w:t xml:space="preserve"> </w:t>
      </w:r>
      <w:proofErr w:type="spellStart"/>
      <w:r>
        <w:t>léku</w:t>
      </w:r>
      <w:proofErr w:type="spellEnd"/>
      <w:r>
        <w:t xml:space="preserve"> </w:t>
      </w:r>
      <w:proofErr w:type="spellStart"/>
      <w:r>
        <w:t>nezbytné</w:t>
      </w:r>
      <w:proofErr w:type="spellEnd"/>
      <w:r>
        <w:t xml:space="preserve"> k </w:t>
      </w:r>
      <w:proofErr w:type="spellStart"/>
      <w:r>
        <w:t>ochraně</w:t>
      </w:r>
      <w:proofErr w:type="spellEnd"/>
      <w:r>
        <w:t xml:space="preserve"> </w:t>
      </w:r>
      <w:proofErr w:type="spellStart"/>
      <w:r>
        <w:t>života</w:t>
      </w:r>
      <w:proofErr w:type="spellEnd"/>
      <w:r>
        <w:t xml:space="preserve"> </w:t>
      </w:r>
      <w:proofErr w:type="spellStart"/>
      <w:r>
        <w:t>nebo</w:t>
      </w:r>
      <w:proofErr w:type="spellEnd"/>
      <w:r>
        <w:t xml:space="preserve"> </w:t>
      </w:r>
      <w:proofErr w:type="spellStart"/>
      <w:r>
        <w:t>zdraví</w:t>
      </w:r>
      <w:proofErr w:type="spellEnd"/>
      <w:r>
        <w:t xml:space="preserve"> </w:t>
      </w:r>
      <w:proofErr w:type="spellStart"/>
      <w:r>
        <w:t>dítěte</w:t>
      </w:r>
      <w:proofErr w:type="spellEnd"/>
      <w:r>
        <w:t xml:space="preserve">, </w:t>
      </w:r>
      <w:proofErr w:type="spellStart"/>
      <w:r>
        <w:t>zejména</w:t>
      </w:r>
      <w:proofErr w:type="spellEnd"/>
      <w:r>
        <w:t xml:space="preserve"> u </w:t>
      </w:r>
      <w:proofErr w:type="spellStart"/>
      <w:r>
        <w:t>dlouhodobého</w:t>
      </w:r>
      <w:proofErr w:type="spellEnd"/>
      <w:r>
        <w:t xml:space="preserve"> </w:t>
      </w:r>
      <w:proofErr w:type="spellStart"/>
      <w:r>
        <w:t>zdravotního</w:t>
      </w:r>
      <w:proofErr w:type="spellEnd"/>
      <w:r>
        <w:t xml:space="preserve"> </w:t>
      </w:r>
      <w:proofErr w:type="spellStart"/>
      <w:r>
        <w:t>omezení</w:t>
      </w:r>
      <w:proofErr w:type="spellEnd"/>
      <w:r>
        <w:t xml:space="preserve"> </w:t>
      </w:r>
      <w:proofErr w:type="spellStart"/>
      <w:r>
        <w:t>nebo</w:t>
      </w:r>
      <w:proofErr w:type="spellEnd"/>
      <w:r>
        <w:t xml:space="preserve"> </w:t>
      </w:r>
      <w:proofErr w:type="spellStart"/>
      <w:r>
        <w:t>akutního</w:t>
      </w:r>
      <w:proofErr w:type="spellEnd"/>
      <w:r>
        <w:t xml:space="preserve"> </w:t>
      </w:r>
      <w:proofErr w:type="spellStart"/>
      <w:r>
        <w:t>rizika</w:t>
      </w:r>
      <w:proofErr w:type="spellEnd"/>
      <w:r>
        <w:t xml:space="preserve">, a </w:t>
      </w:r>
      <w:proofErr w:type="spellStart"/>
      <w:r>
        <w:t>jsou</w:t>
      </w:r>
      <w:proofErr w:type="spellEnd"/>
      <w:r>
        <w:t xml:space="preserve"> </w:t>
      </w:r>
      <w:proofErr w:type="spellStart"/>
      <w:r>
        <w:t>současně</w:t>
      </w:r>
      <w:proofErr w:type="spellEnd"/>
      <w:r>
        <w:t xml:space="preserve"> </w:t>
      </w:r>
      <w:proofErr w:type="spellStart"/>
      <w:r>
        <w:t>splněny</w:t>
      </w:r>
      <w:proofErr w:type="spellEnd"/>
      <w:r>
        <w:t xml:space="preserve"> </w:t>
      </w:r>
      <w:proofErr w:type="spellStart"/>
      <w:r>
        <w:t>tyto</w:t>
      </w:r>
      <w:proofErr w:type="spellEnd"/>
      <w:r>
        <w:t xml:space="preserve"> </w:t>
      </w:r>
      <w:proofErr w:type="spellStart"/>
      <w:r>
        <w:t>podmínky</w:t>
      </w:r>
      <w:proofErr w:type="spellEnd"/>
      <w:r>
        <w:t>:</w:t>
      </w:r>
    </w:p>
    <w:p w14:paraId="3B3577F5" w14:textId="77777777" w:rsidR="00CB3864" w:rsidRDefault="0074127D" w:rsidP="00EF28F1">
      <w:pPr>
        <w:pStyle w:val="Seznamsodrkami"/>
        <w:ind w:left="340"/>
        <w:jc w:val="both"/>
      </w:pPr>
      <w:proofErr w:type="spellStart"/>
      <w:r>
        <w:t>zákonný</w:t>
      </w:r>
      <w:proofErr w:type="spellEnd"/>
      <w:r>
        <w:t xml:space="preserve"> </w:t>
      </w:r>
      <w:proofErr w:type="spellStart"/>
      <w:r>
        <w:t>zástupce</w:t>
      </w:r>
      <w:proofErr w:type="spellEnd"/>
      <w:r>
        <w:t xml:space="preserve"> </w:t>
      </w:r>
      <w:proofErr w:type="spellStart"/>
      <w:r>
        <w:t>podá</w:t>
      </w:r>
      <w:proofErr w:type="spellEnd"/>
      <w:r>
        <w:t xml:space="preserve"> </w:t>
      </w:r>
      <w:proofErr w:type="spellStart"/>
      <w:r>
        <w:t>písemnou</w:t>
      </w:r>
      <w:proofErr w:type="spellEnd"/>
      <w:r>
        <w:t xml:space="preserve"> </w:t>
      </w:r>
      <w:proofErr w:type="spellStart"/>
      <w:r>
        <w:t>žádost</w:t>
      </w:r>
      <w:proofErr w:type="spellEnd"/>
      <w:r>
        <w:t>,</w:t>
      </w:r>
    </w:p>
    <w:p w14:paraId="0D47D6DC" w14:textId="77777777" w:rsidR="00CB3864" w:rsidRDefault="0074127D" w:rsidP="00EF28F1">
      <w:pPr>
        <w:pStyle w:val="Seznamsodrkami"/>
        <w:ind w:left="340"/>
        <w:jc w:val="both"/>
      </w:pPr>
      <w:proofErr w:type="spellStart"/>
      <w:r>
        <w:t>žádost</w:t>
      </w:r>
      <w:proofErr w:type="spellEnd"/>
      <w:r>
        <w:t xml:space="preserve"> je </w:t>
      </w:r>
      <w:proofErr w:type="spellStart"/>
      <w:r>
        <w:t>doložena</w:t>
      </w:r>
      <w:proofErr w:type="spellEnd"/>
      <w:r>
        <w:t xml:space="preserve"> </w:t>
      </w:r>
      <w:proofErr w:type="spellStart"/>
      <w:r>
        <w:t>aktuálním</w:t>
      </w:r>
      <w:proofErr w:type="spellEnd"/>
      <w:r>
        <w:t xml:space="preserve"> </w:t>
      </w:r>
      <w:proofErr w:type="spellStart"/>
      <w:r>
        <w:t>lékařským</w:t>
      </w:r>
      <w:proofErr w:type="spellEnd"/>
      <w:r>
        <w:t xml:space="preserve"> </w:t>
      </w:r>
      <w:proofErr w:type="spellStart"/>
      <w:r>
        <w:t>vyjádřením</w:t>
      </w:r>
      <w:proofErr w:type="spellEnd"/>
      <w:r>
        <w:t xml:space="preserve"> s </w:t>
      </w:r>
      <w:proofErr w:type="spellStart"/>
      <w:r>
        <w:t>přesným</w:t>
      </w:r>
      <w:proofErr w:type="spellEnd"/>
      <w:r>
        <w:t xml:space="preserve"> </w:t>
      </w:r>
      <w:proofErr w:type="spellStart"/>
      <w:r>
        <w:t>uvedením</w:t>
      </w:r>
      <w:proofErr w:type="spellEnd"/>
      <w:r>
        <w:t xml:space="preserve"> </w:t>
      </w:r>
      <w:proofErr w:type="spellStart"/>
      <w:r>
        <w:t>léku</w:t>
      </w:r>
      <w:proofErr w:type="spellEnd"/>
      <w:r>
        <w:t xml:space="preserve">, </w:t>
      </w:r>
      <w:proofErr w:type="spellStart"/>
      <w:r>
        <w:t>dávkování</w:t>
      </w:r>
      <w:proofErr w:type="spellEnd"/>
      <w:r>
        <w:t xml:space="preserve">, </w:t>
      </w:r>
      <w:proofErr w:type="spellStart"/>
      <w:r>
        <w:t>způsobu</w:t>
      </w:r>
      <w:proofErr w:type="spellEnd"/>
      <w:r>
        <w:t xml:space="preserve"> </w:t>
      </w:r>
      <w:proofErr w:type="spellStart"/>
      <w:r>
        <w:t>podání</w:t>
      </w:r>
      <w:proofErr w:type="spellEnd"/>
      <w:r>
        <w:t xml:space="preserve">, </w:t>
      </w:r>
      <w:proofErr w:type="spellStart"/>
      <w:r>
        <w:t>doby</w:t>
      </w:r>
      <w:proofErr w:type="spellEnd"/>
      <w:r>
        <w:t xml:space="preserve"> </w:t>
      </w:r>
      <w:proofErr w:type="spellStart"/>
      <w:r>
        <w:t>podání</w:t>
      </w:r>
      <w:proofErr w:type="spellEnd"/>
      <w:r>
        <w:t xml:space="preserve"> a </w:t>
      </w:r>
      <w:proofErr w:type="spellStart"/>
      <w:r>
        <w:t>situací</w:t>
      </w:r>
      <w:proofErr w:type="spellEnd"/>
      <w:r>
        <w:t xml:space="preserve">, </w:t>
      </w:r>
      <w:proofErr w:type="spellStart"/>
      <w:r>
        <w:t>kdy</w:t>
      </w:r>
      <w:proofErr w:type="spellEnd"/>
      <w:r>
        <w:t xml:space="preserve"> </w:t>
      </w:r>
      <w:proofErr w:type="spellStart"/>
      <w:r>
        <w:t>má</w:t>
      </w:r>
      <w:proofErr w:type="spellEnd"/>
      <w:r>
        <w:t xml:space="preserve"> </w:t>
      </w:r>
      <w:proofErr w:type="spellStart"/>
      <w:r>
        <w:t>být</w:t>
      </w:r>
      <w:proofErr w:type="spellEnd"/>
      <w:r>
        <w:t xml:space="preserve"> </w:t>
      </w:r>
      <w:proofErr w:type="spellStart"/>
      <w:r>
        <w:t>lék</w:t>
      </w:r>
      <w:proofErr w:type="spellEnd"/>
      <w:r>
        <w:t xml:space="preserve"> </w:t>
      </w:r>
      <w:proofErr w:type="spellStart"/>
      <w:r>
        <w:t>podán</w:t>
      </w:r>
      <w:proofErr w:type="spellEnd"/>
      <w:r>
        <w:t>,</w:t>
      </w:r>
    </w:p>
    <w:p w14:paraId="180A7C22" w14:textId="77777777" w:rsidR="00CB3864" w:rsidRDefault="0074127D" w:rsidP="00EF28F1">
      <w:pPr>
        <w:pStyle w:val="Seznamsodrkami"/>
        <w:ind w:left="340"/>
        <w:jc w:val="both"/>
      </w:pPr>
      <w:proofErr w:type="spellStart"/>
      <w:r>
        <w:t>škola</w:t>
      </w:r>
      <w:proofErr w:type="spellEnd"/>
      <w:r>
        <w:t xml:space="preserve"> </w:t>
      </w:r>
      <w:proofErr w:type="spellStart"/>
      <w:r>
        <w:t>posoudí</w:t>
      </w:r>
      <w:proofErr w:type="spellEnd"/>
      <w:r>
        <w:t xml:space="preserve"> </w:t>
      </w:r>
      <w:proofErr w:type="spellStart"/>
      <w:r>
        <w:t>organizační</w:t>
      </w:r>
      <w:proofErr w:type="spellEnd"/>
      <w:r>
        <w:t xml:space="preserve"> a </w:t>
      </w:r>
      <w:proofErr w:type="spellStart"/>
      <w:r>
        <w:t>personální</w:t>
      </w:r>
      <w:proofErr w:type="spellEnd"/>
      <w:r>
        <w:t xml:space="preserve"> </w:t>
      </w:r>
      <w:proofErr w:type="spellStart"/>
      <w:r>
        <w:t>možnosti</w:t>
      </w:r>
      <w:proofErr w:type="spellEnd"/>
      <w:r>
        <w:t xml:space="preserve"> a </w:t>
      </w:r>
      <w:proofErr w:type="spellStart"/>
      <w:r>
        <w:t>stanoví</w:t>
      </w:r>
      <w:proofErr w:type="spellEnd"/>
      <w:r>
        <w:t xml:space="preserve"> </w:t>
      </w:r>
      <w:proofErr w:type="spellStart"/>
      <w:r>
        <w:t>konkrétní</w:t>
      </w:r>
      <w:proofErr w:type="spellEnd"/>
      <w:r>
        <w:t xml:space="preserve"> </w:t>
      </w:r>
      <w:proofErr w:type="spellStart"/>
      <w:r>
        <w:t>postup</w:t>
      </w:r>
      <w:proofErr w:type="spellEnd"/>
      <w:r>
        <w:t>,</w:t>
      </w:r>
    </w:p>
    <w:p w14:paraId="6548DF65" w14:textId="77777777" w:rsidR="00CB3864" w:rsidRDefault="0074127D" w:rsidP="00EF28F1">
      <w:pPr>
        <w:pStyle w:val="Seznamsodrkami"/>
        <w:ind w:left="340"/>
        <w:jc w:val="both"/>
      </w:pPr>
      <w:r>
        <w:t xml:space="preserve">se </w:t>
      </w:r>
      <w:proofErr w:type="spellStart"/>
      <w:r>
        <w:t>zákonným</w:t>
      </w:r>
      <w:proofErr w:type="spellEnd"/>
      <w:r>
        <w:t xml:space="preserve"> </w:t>
      </w:r>
      <w:proofErr w:type="spellStart"/>
      <w:r>
        <w:t>zástupcem</w:t>
      </w:r>
      <w:proofErr w:type="spellEnd"/>
      <w:r>
        <w:t xml:space="preserve"> a </w:t>
      </w:r>
      <w:proofErr w:type="spellStart"/>
      <w:r>
        <w:t>dotčenými</w:t>
      </w:r>
      <w:proofErr w:type="spellEnd"/>
      <w:r>
        <w:t xml:space="preserve"> </w:t>
      </w:r>
      <w:proofErr w:type="spellStart"/>
      <w:r>
        <w:t>zaměstnanci</w:t>
      </w:r>
      <w:proofErr w:type="spellEnd"/>
      <w:r>
        <w:t xml:space="preserve"> je </w:t>
      </w:r>
      <w:proofErr w:type="spellStart"/>
      <w:r>
        <w:t>sepsán</w:t>
      </w:r>
      <w:proofErr w:type="spellEnd"/>
      <w:r>
        <w:t xml:space="preserve"> </w:t>
      </w:r>
      <w:proofErr w:type="spellStart"/>
      <w:r>
        <w:t>protokol</w:t>
      </w:r>
      <w:proofErr w:type="spellEnd"/>
      <w:r>
        <w:t xml:space="preserve"> </w:t>
      </w:r>
      <w:proofErr w:type="spellStart"/>
      <w:r>
        <w:t>nebo</w:t>
      </w:r>
      <w:proofErr w:type="spellEnd"/>
      <w:r>
        <w:t xml:space="preserve"> </w:t>
      </w:r>
      <w:proofErr w:type="spellStart"/>
      <w:r>
        <w:t>dohoda</w:t>
      </w:r>
      <w:proofErr w:type="spellEnd"/>
      <w:r>
        <w:t xml:space="preserve"> o </w:t>
      </w:r>
      <w:proofErr w:type="spellStart"/>
      <w:r>
        <w:t>podání</w:t>
      </w:r>
      <w:proofErr w:type="spellEnd"/>
      <w:r>
        <w:t xml:space="preserve"> </w:t>
      </w:r>
      <w:proofErr w:type="spellStart"/>
      <w:r>
        <w:t>léku</w:t>
      </w:r>
      <w:proofErr w:type="spellEnd"/>
      <w:r>
        <w:t>,</w:t>
      </w:r>
    </w:p>
    <w:p w14:paraId="37AF04A0" w14:textId="77777777" w:rsidR="00CB3864" w:rsidRDefault="0074127D" w:rsidP="00EF28F1">
      <w:pPr>
        <w:pStyle w:val="Seznamsodrkami"/>
        <w:ind w:left="340"/>
        <w:jc w:val="both"/>
      </w:pPr>
      <w:proofErr w:type="spellStart"/>
      <w:r>
        <w:t>lék</w:t>
      </w:r>
      <w:proofErr w:type="spellEnd"/>
      <w:r>
        <w:t xml:space="preserve"> je </w:t>
      </w:r>
      <w:proofErr w:type="spellStart"/>
      <w:r>
        <w:t>předán</w:t>
      </w:r>
      <w:proofErr w:type="spellEnd"/>
      <w:r>
        <w:t xml:space="preserve"> v </w:t>
      </w:r>
      <w:proofErr w:type="spellStart"/>
      <w:r>
        <w:t>originálním</w:t>
      </w:r>
      <w:proofErr w:type="spellEnd"/>
      <w:r>
        <w:t xml:space="preserve"> </w:t>
      </w:r>
      <w:proofErr w:type="spellStart"/>
      <w:r>
        <w:t>obalu</w:t>
      </w:r>
      <w:proofErr w:type="spellEnd"/>
      <w:r>
        <w:t xml:space="preserve">, </w:t>
      </w:r>
      <w:proofErr w:type="spellStart"/>
      <w:r>
        <w:t>řádně</w:t>
      </w:r>
      <w:proofErr w:type="spellEnd"/>
      <w:r>
        <w:t xml:space="preserve"> </w:t>
      </w:r>
      <w:proofErr w:type="spellStart"/>
      <w:r>
        <w:t>označený</w:t>
      </w:r>
      <w:proofErr w:type="spellEnd"/>
      <w:r>
        <w:t xml:space="preserve"> </w:t>
      </w:r>
      <w:proofErr w:type="spellStart"/>
      <w:r>
        <w:t>jménem</w:t>
      </w:r>
      <w:proofErr w:type="spellEnd"/>
      <w:r>
        <w:t xml:space="preserve"> </w:t>
      </w:r>
      <w:proofErr w:type="spellStart"/>
      <w:r>
        <w:t>dítěte</w:t>
      </w:r>
      <w:proofErr w:type="spellEnd"/>
      <w:r>
        <w:t xml:space="preserve">, </w:t>
      </w:r>
      <w:proofErr w:type="spellStart"/>
      <w:r>
        <w:t>dávkováním</w:t>
      </w:r>
      <w:proofErr w:type="spellEnd"/>
      <w:r>
        <w:t xml:space="preserve"> a </w:t>
      </w:r>
      <w:proofErr w:type="spellStart"/>
      <w:r>
        <w:t>dobou</w:t>
      </w:r>
      <w:proofErr w:type="spellEnd"/>
      <w:r>
        <w:t xml:space="preserve"> </w:t>
      </w:r>
      <w:proofErr w:type="spellStart"/>
      <w:r>
        <w:t>použitelnosti</w:t>
      </w:r>
      <w:proofErr w:type="spellEnd"/>
      <w:r>
        <w:t>.</w:t>
      </w:r>
    </w:p>
    <w:p w14:paraId="50514D49" w14:textId="77777777" w:rsidR="00CB3864" w:rsidRDefault="0074127D" w:rsidP="00EF28F1">
      <w:pPr>
        <w:jc w:val="both"/>
      </w:pPr>
      <w:r>
        <w:t xml:space="preserve">V </w:t>
      </w:r>
      <w:proofErr w:type="spellStart"/>
      <w:r>
        <w:t>život</w:t>
      </w:r>
      <w:proofErr w:type="spellEnd"/>
      <w:r>
        <w:t xml:space="preserve"> </w:t>
      </w:r>
      <w:proofErr w:type="spellStart"/>
      <w:r>
        <w:t>ohrožujícím</w:t>
      </w:r>
      <w:proofErr w:type="spellEnd"/>
      <w:r>
        <w:t xml:space="preserve"> </w:t>
      </w:r>
      <w:proofErr w:type="spellStart"/>
      <w:r>
        <w:t>stavu</w:t>
      </w:r>
      <w:proofErr w:type="spellEnd"/>
      <w:r>
        <w:t xml:space="preserve"> </w:t>
      </w:r>
      <w:proofErr w:type="spellStart"/>
      <w:r>
        <w:t>nebo</w:t>
      </w:r>
      <w:proofErr w:type="spellEnd"/>
      <w:r>
        <w:t xml:space="preserve"> </w:t>
      </w:r>
      <w:proofErr w:type="spellStart"/>
      <w:r>
        <w:t>při</w:t>
      </w:r>
      <w:proofErr w:type="spellEnd"/>
      <w:r>
        <w:t xml:space="preserve"> </w:t>
      </w:r>
      <w:proofErr w:type="spellStart"/>
      <w:r>
        <w:t>vážném</w:t>
      </w:r>
      <w:proofErr w:type="spellEnd"/>
      <w:r>
        <w:t xml:space="preserve"> </w:t>
      </w:r>
      <w:proofErr w:type="spellStart"/>
      <w:r>
        <w:t>zhoršení</w:t>
      </w:r>
      <w:proofErr w:type="spellEnd"/>
      <w:r>
        <w:t xml:space="preserve"> </w:t>
      </w:r>
      <w:proofErr w:type="spellStart"/>
      <w:r>
        <w:t>zdravotního</w:t>
      </w:r>
      <w:proofErr w:type="spellEnd"/>
      <w:r>
        <w:t xml:space="preserve"> </w:t>
      </w:r>
      <w:proofErr w:type="spellStart"/>
      <w:r>
        <w:t>stavu</w:t>
      </w:r>
      <w:proofErr w:type="spellEnd"/>
      <w:r>
        <w:t xml:space="preserve"> </w:t>
      </w:r>
      <w:proofErr w:type="spellStart"/>
      <w:r>
        <w:t>dítěte</w:t>
      </w:r>
      <w:proofErr w:type="spellEnd"/>
      <w:r>
        <w:t xml:space="preserve"> </w:t>
      </w:r>
      <w:proofErr w:type="spellStart"/>
      <w:r>
        <w:t>škola</w:t>
      </w:r>
      <w:proofErr w:type="spellEnd"/>
      <w:r>
        <w:t xml:space="preserve"> </w:t>
      </w:r>
      <w:proofErr w:type="spellStart"/>
      <w:r>
        <w:t>poskytne</w:t>
      </w:r>
      <w:proofErr w:type="spellEnd"/>
      <w:r>
        <w:t xml:space="preserve"> </w:t>
      </w:r>
      <w:proofErr w:type="spellStart"/>
      <w:r>
        <w:t>přiměřenou</w:t>
      </w:r>
      <w:proofErr w:type="spellEnd"/>
      <w:r>
        <w:t xml:space="preserve"> </w:t>
      </w:r>
      <w:proofErr w:type="spellStart"/>
      <w:r>
        <w:t>první</w:t>
      </w:r>
      <w:proofErr w:type="spellEnd"/>
      <w:r>
        <w:t xml:space="preserve"> </w:t>
      </w:r>
      <w:proofErr w:type="spellStart"/>
      <w:r>
        <w:t>pomoc</w:t>
      </w:r>
      <w:proofErr w:type="spellEnd"/>
      <w:r>
        <w:t xml:space="preserve"> a </w:t>
      </w:r>
      <w:proofErr w:type="spellStart"/>
      <w:r>
        <w:t>bezodkladně</w:t>
      </w:r>
      <w:proofErr w:type="spellEnd"/>
      <w:r>
        <w:t xml:space="preserve"> </w:t>
      </w:r>
      <w:proofErr w:type="spellStart"/>
      <w:r>
        <w:t>volá</w:t>
      </w:r>
      <w:proofErr w:type="spellEnd"/>
      <w:r>
        <w:t xml:space="preserve"> </w:t>
      </w:r>
      <w:proofErr w:type="spellStart"/>
      <w:r>
        <w:t>zdravotnickou</w:t>
      </w:r>
      <w:proofErr w:type="spellEnd"/>
      <w:r>
        <w:t xml:space="preserve"> </w:t>
      </w:r>
      <w:proofErr w:type="spellStart"/>
      <w:r>
        <w:t>záchrannou</w:t>
      </w:r>
      <w:proofErr w:type="spellEnd"/>
      <w:r>
        <w:t xml:space="preserve"> </w:t>
      </w:r>
      <w:proofErr w:type="spellStart"/>
      <w:r>
        <w:t>službu</w:t>
      </w:r>
      <w:proofErr w:type="spellEnd"/>
      <w:r>
        <w:t xml:space="preserve"> a </w:t>
      </w:r>
      <w:proofErr w:type="spellStart"/>
      <w:r>
        <w:t>informuje</w:t>
      </w:r>
      <w:proofErr w:type="spellEnd"/>
      <w:r>
        <w:t xml:space="preserve"> </w:t>
      </w:r>
      <w:proofErr w:type="spellStart"/>
      <w:r>
        <w:t>zákonné</w:t>
      </w:r>
      <w:proofErr w:type="spellEnd"/>
      <w:r>
        <w:t xml:space="preserve"> </w:t>
      </w:r>
      <w:proofErr w:type="spellStart"/>
      <w:r>
        <w:t>zástupce</w:t>
      </w:r>
      <w:proofErr w:type="spellEnd"/>
      <w:r>
        <w:t>.</w:t>
      </w:r>
    </w:p>
    <w:p w14:paraId="5A0EB738" w14:textId="77777777" w:rsidR="00CB3864" w:rsidRDefault="0074127D">
      <w:pPr>
        <w:pStyle w:val="Nadpis1"/>
      </w:pPr>
      <w:r>
        <w:rPr>
          <w:rFonts w:ascii="Arial" w:hAnsi="Arial"/>
          <w:b w:val="0"/>
        </w:rPr>
        <w:t xml:space="preserve">13. </w:t>
      </w:r>
      <w:proofErr w:type="spellStart"/>
      <w:r>
        <w:rPr>
          <w:rFonts w:ascii="Arial" w:hAnsi="Arial"/>
          <w:b w:val="0"/>
        </w:rPr>
        <w:t>Péče</w:t>
      </w:r>
      <w:proofErr w:type="spellEnd"/>
      <w:r>
        <w:rPr>
          <w:rFonts w:ascii="Arial" w:hAnsi="Arial"/>
          <w:b w:val="0"/>
        </w:rPr>
        <w:t xml:space="preserve"> o </w:t>
      </w:r>
      <w:proofErr w:type="spellStart"/>
      <w:r>
        <w:rPr>
          <w:rFonts w:ascii="Arial" w:hAnsi="Arial"/>
          <w:b w:val="0"/>
        </w:rPr>
        <w:t>majetek</w:t>
      </w:r>
      <w:proofErr w:type="spellEnd"/>
      <w:r>
        <w:rPr>
          <w:rFonts w:ascii="Arial" w:hAnsi="Arial"/>
          <w:b w:val="0"/>
        </w:rPr>
        <w:t xml:space="preserve"> </w:t>
      </w:r>
      <w:proofErr w:type="spellStart"/>
      <w:r>
        <w:rPr>
          <w:rFonts w:ascii="Arial" w:hAnsi="Arial"/>
          <w:b w:val="0"/>
        </w:rPr>
        <w:t>školy</w:t>
      </w:r>
      <w:proofErr w:type="spellEnd"/>
    </w:p>
    <w:p w14:paraId="0197C70C" w14:textId="77777777" w:rsidR="00CB3864" w:rsidRDefault="0074127D" w:rsidP="00EF28F1">
      <w:pPr>
        <w:jc w:val="both"/>
      </w:pPr>
      <w:proofErr w:type="spellStart"/>
      <w:r>
        <w:t>Děti</w:t>
      </w:r>
      <w:proofErr w:type="spellEnd"/>
      <w:r>
        <w:t xml:space="preserve"> </w:t>
      </w:r>
      <w:proofErr w:type="spellStart"/>
      <w:r>
        <w:t>jsou</w:t>
      </w:r>
      <w:proofErr w:type="spellEnd"/>
      <w:r>
        <w:t xml:space="preserve"> </w:t>
      </w:r>
      <w:proofErr w:type="spellStart"/>
      <w:r>
        <w:t>vedeny</w:t>
      </w:r>
      <w:proofErr w:type="spellEnd"/>
      <w:r>
        <w:t xml:space="preserve"> k </w:t>
      </w:r>
      <w:proofErr w:type="spellStart"/>
      <w:r>
        <w:t>šetrnému</w:t>
      </w:r>
      <w:proofErr w:type="spellEnd"/>
      <w:r>
        <w:t xml:space="preserve"> </w:t>
      </w:r>
      <w:proofErr w:type="spellStart"/>
      <w:r>
        <w:t>zacházení</w:t>
      </w:r>
      <w:proofErr w:type="spellEnd"/>
      <w:r>
        <w:t xml:space="preserve"> s </w:t>
      </w:r>
      <w:proofErr w:type="spellStart"/>
      <w:r>
        <w:t>hračkami</w:t>
      </w:r>
      <w:proofErr w:type="spellEnd"/>
      <w:r>
        <w:t xml:space="preserve">, </w:t>
      </w:r>
      <w:proofErr w:type="spellStart"/>
      <w:r>
        <w:t>knihami</w:t>
      </w:r>
      <w:proofErr w:type="spellEnd"/>
      <w:r>
        <w:t xml:space="preserve">, </w:t>
      </w:r>
      <w:proofErr w:type="spellStart"/>
      <w:r>
        <w:t>pomůckami</w:t>
      </w:r>
      <w:proofErr w:type="spellEnd"/>
      <w:r>
        <w:t xml:space="preserve">, </w:t>
      </w:r>
      <w:proofErr w:type="spellStart"/>
      <w:r>
        <w:t>vybavením</w:t>
      </w:r>
      <w:proofErr w:type="spellEnd"/>
      <w:r>
        <w:t xml:space="preserve"> a </w:t>
      </w:r>
      <w:proofErr w:type="spellStart"/>
      <w:r>
        <w:t>prostory</w:t>
      </w:r>
      <w:proofErr w:type="spellEnd"/>
      <w:r>
        <w:t xml:space="preserve"> </w:t>
      </w:r>
      <w:proofErr w:type="spellStart"/>
      <w:r>
        <w:t>školy</w:t>
      </w:r>
      <w:proofErr w:type="spellEnd"/>
      <w:r>
        <w:t xml:space="preserve">. </w:t>
      </w:r>
      <w:proofErr w:type="spellStart"/>
      <w:r>
        <w:t>Zákonní</w:t>
      </w:r>
      <w:proofErr w:type="spellEnd"/>
      <w:r>
        <w:t xml:space="preserve"> </w:t>
      </w:r>
      <w:proofErr w:type="spellStart"/>
      <w:r>
        <w:t>zástupci</w:t>
      </w:r>
      <w:proofErr w:type="spellEnd"/>
      <w:r>
        <w:t xml:space="preserve"> a </w:t>
      </w:r>
      <w:proofErr w:type="spellStart"/>
      <w:r>
        <w:t>další</w:t>
      </w:r>
      <w:proofErr w:type="spellEnd"/>
      <w:r>
        <w:t xml:space="preserve"> </w:t>
      </w:r>
      <w:proofErr w:type="spellStart"/>
      <w:r>
        <w:t>osoby</w:t>
      </w:r>
      <w:proofErr w:type="spellEnd"/>
      <w:r>
        <w:t xml:space="preserve"> </w:t>
      </w:r>
      <w:proofErr w:type="spellStart"/>
      <w:r>
        <w:t>pohybující</w:t>
      </w:r>
      <w:proofErr w:type="spellEnd"/>
      <w:r>
        <w:t xml:space="preserve"> se v </w:t>
      </w:r>
      <w:proofErr w:type="spellStart"/>
      <w:r>
        <w:t>prostorách</w:t>
      </w:r>
      <w:proofErr w:type="spellEnd"/>
      <w:r>
        <w:t xml:space="preserve"> </w:t>
      </w:r>
      <w:proofErr w:type="spellStart"/>
      <w:r>
        <w:t>školy</w:t>
      </w:r>
      <w:proofErr w:type="spellEnd"/>
      <w:r>
        <w:t xml:space="preserve"> </w:t>
      </w:r>
      <w:proofErr w:type="spellStart"/>
      <w:r>
        <w:t>jsou</w:t>
      </w:r>
      <w:proofErr w:type="spellEnd"/>
      <w:r>
        <w:t xml:space="preserve"> </w:t>
      </w:r>
      <w:proofErr w:type="spellStart"/>
      <w:r>
        <w:t>povinni</w:t>
      </w:r>
      <w:proofErr w:type="spellEnd"/>
      <w:r>
        <w:t xml:space="preserve"> </w:t>
      </w:r>
      <w:proofErr w:type="spellStart"/>
      <w:r>
        <w:t>chovat</w:t>
      </w:r>
      <w:proofErr w:type="spellEnd"/>
      <w:r>
        <w:t xml:space="preserve"> se </w:t>
      </w:r>
      <w:proofErr w:type="spellStart"/>
      <w:r>
        <w:t>tak</w:t>
      </w:r>
      <w:proofErr w:type="spellEnd"/>
      <w:r>
        <w:t xml:space="preserve">, aby </w:t>
      </w:r>
      <w:proofErr w:type="spellStart"/>
      <w:r>
        <w:t>nepoškozovali</w:t>
      </w:r>
      <w:proofErr w:type="spellEnd"/>
      <w:r>
        <w:t xml:space="preserve"> </w:t>
      </w:r>
      <w:proofErr w:type="spellStart"/>
      <w:r>
        <w:t>majetek</w:t>
      </w:r>
      <w:proofErr w:type="spellEnd"/>
      <w:r>
        <w:t xml:space="preserve"> </w:t>
      </w:r>
      <w:proofErr w:type="spellStart"/>
      <w:r>
        <w:t>školy</w:t>
      </w:r>
      <w:proofErr w:type="spellEnd"/>
      <w:r>
        <w:t xml:space="preserve"> a </w:t>
      </w:r>
      <w:proofErr w:type="spellStart"/>
      <w:r>
        <w:t>neohrožovali</w:t>
      </w:r>
      <w:proofErr w:type="spellEnd"/>
      <w:r>
        <w:t xml:space="preserve"> </w:t>
      </w:r>
      <w:proofErr w:type="spellStart"/>
      <w:r>
        <w:t>bezpečnost</w:t>
      </w:r>
      <w:proofErr w:type="spellEnd"/>
      <w:r>
        <w:t xml:space="preserve"> </w:t>
      </w:r>
      <w:proofErr w:type="spellStart"/>
      <w:r>
        <w:t>dětí</w:t>
      </w:r>
      <w:proofErr w:type="spellEnd"/>
      <w:r>
        <w:t>.</w:t>
      </w:r>
    </w:p>
    <w:p w14:paraId="36BBD9D2" w14:textId="77777777" w:rsidR="00CB3864" w:rsidRDefault="0074127D" w:rsidP="00EF28F1">
      <w:pPr>
        <w:jc w:val="both"/>
      </w:pPr>
      <w:proofErr w:type="spellStart"/>
      <w:r>
        <w:t>Zjištěné</w:t>
      </w:r>
      <w:proofErr w:type="spellEnd"/>
      <w:r>
        <w:t xml:space="preserve"> </w:t>
      </w:r>
      <w:proofErr w:type="spellStart"/>
      <w:r>
        <w:t>poškození</w:t>
      </w:r>
      <w:proofErr w:type="spellEnd"/>
      <w:r>
        <w:t xml:space="preserve"> </w:t>
      </w:r>
      <w:proofErr w:type="spellStart"/>
      <w:r>
        <w:t>majetku</w:t>
      </w:r>
      <w:proofErr w:type="spellEnd"/>
      <w:r>
        <w:t xml:space="preserve"> je </w:t>
      </w:r>
      <w:proofErr w:type="spellStart"/>
      <w:r>
        <w:t>nutné</w:t>
      </w:r>
      <w:proofErr w:type="spellEnd"/>
      <w:r>
        <w:t xml:space="preserve"> </w:t>
      </w:r>
      <w:proofErr w:type="spellStart"/>
      <w:r>
        <w:t>neprodleně</w:t>
      </w:r>
      <w:proofErr w:type="spellEnd"/>
      <w:r>
        <w:t xml:space="preserve"> </w:t>
      </w:r>
      <w:proofErr w:type="spellStart"/>
      <w:r>
        <w:t>oznámit</w:t>
      </w:r>
      <w:proofErr w:type="spellEnd"/>
      <w:r>
        <w:t xml:space="preserve"> </w:t>
      </w:r>
      <w:proofErr w:type="spellStart"/>
      <w:r>
        <w:t>pedagogickému</w:t>
      </w:r>
      <w:proofErr w:type="spellEnd"/>
      <w:r>
        <w:t xml:space="preserve"> </w:t>
      </w:r>
      <w:proofErr w:type="spellStart"/>
      <w:r>
        <w:t>pracovníkovi</w:t>
      </w:r>
      <w:proofErr w:type="spellEnd"/>
      <w:r>
        <w:t xml:space="preserve"> </w:t>
      </w:r>
      <w:proofErr w:type="spellStart"/>
      <w:r>
        <w:t>nebo</w:t>
      </w:r>
      <w:proofErr w:type="spellEnd"/>
      <w:r>
        <w:t xml:space="preserve"> </w:t>
      </w:r>
      <w:proofErr w:type="spellStart"/>
      <w:r>
        <w:t>vedení</w:t>
      </w:r>
      <w:proofErr w:type="spellEnd"/>
      <w:r>
        <w:t xml:space="preserve"> </w:t>
      </w:r>
      <w:proofErr w:type="spellStart"/>
      <w:r>
        <w:t>školy</w:t>
      </w:r>
      <w:proofErr w:type="spellEnd"/>
      <w:r>
        <w:t xml:space="preserve">. Po </w:t>
      </w:r>
      <w:proofErr w:type="spellStart"/>
      <w:r>
        <w:t>předání</w:t>
      </w:r>
      <w:proofErr w:type="spellEnd"/>
      <w:r>
        <w:t xml:space="preserve"> </w:t>
      </w:r>
      <w:proofErr w:type="spellStart"/>
      <w:r>
        <w:t>nebo</w:t>
      </w:r>
      <w:proofErr w:type="spellEnd"/>
      <w:r>
        <w:t xml:space="preserve"> </w:t>
      </w:r>
      <w:proofErr w:type="spellStart"/>
      <w:r>
        <w:t>vyzvednutí</w:t>
      </w:r>
      <w:proofErr w:type="spellEnd"/>
      <w:r>
        <w:t xml:space="preserve"> </w:t>
      </w:r>
      <w:proofErr w:type="spellStart"/>
      <w:r>
        <w:t>dítěte</w:t>
      </w:r>
      <w:proofErr w:type="spellEnd"/>
      <w:r>
        <w:t xml:space="preserve"> </w:t>
      </w:r>
      <w:proofErr w:type="spellStart"/>
      <w:r>
        <w:t>zákonní</w:t>
      </w:r>
      <w:proofErr w:type="spellEnd"/>
      <w:r>
        <w:t xml:space="preserve"> </w:t>
      </w:r>
      <w:proofErr w:type="spellStart"/>
      <w:r>
        <w:t>zástupci</w:t>
      </w:r>
      <w:proofErr w:type="spellEnd"/>
      <w:r>
        <w:t xml:space="preserve"> bez </w:t>
      </w:r>
      <w:proofErr w:type="spellStart"/>
      <w:r>
        <w:t>zbytečného</w:t>
      </w:r>
      <w:proofErr w:type="spellEnd"/>
      <w:r>
        <w:t xml:space="preserve"> </w:t>
      </w:r>
      <w:proofErr w:type="spellStart"/>
      <w:r>
        <w:t>odkladu</w:t>
      </w:r>
      <w:proofErr w:type="spellEnd"/>
      <w:r>
        <w:t xml:space="preserve"> </w:t>
      </w:r>
      <w:proofErr w:type="spellStart"/>
      <w:r>
        <w:t>opustí</w:t>
      </w:r>
      <w:proofErr w:type="spellEnd"/>
      <w:r>
        <w:t xml:space="preserve"> </w:t>
      </w:r>
      <w:proofErr w:type="spellStart"/>
      <w:r>
        <w:t>prostory</w:t>
      </w:r>
      <w:proofErr w:type="spellEnd"/>
      <w:r>
        <w:t xml:space="preserve"> </w:t>
      </w:r>
      <w:proofErr w:type="spellStart"/>
      <w:r>
        <w:t>školy</w:t>
      </w:r>
      <w:proofErr w:type="spellEnd"/>
      <w:r>
        <w:t xml:space="preserve"> a </w:t>
      </w:r>
      <w:proofErr w:type="spellStart"/>
      <w:r>
        <w:t>školní</w:t>
      </w:r>
      <w:proofErr w:type="spellEnd"/>
      <w:r>
        <w:t xml:space="preserve"> </w:t>
      </w:r>
      <w:proofErr w:type="spellStart"/>
      <w:r>
        <w:t>zahrady</w:t>
      </w:r>
      <w:proofErr w:type="spellEnd"/>
      <w:r>
        <w:t xml:space="preserve">, </w:t>
      </w:r>
      <w:proofErr w:type="spellStart"/>
      <w:r>
        <w:t>pokud</w:t>
      </w:r>
      <w:proofErr w:type="spellEnd"/>
      <w:r>
        <w:t xml:space="preserve"> </w:t>
      </w:r>
      <w:proofErr w:type="spellStart"/>
      <w:r>
        <w:t>není</w:t>
      </w:r>
      <w:proofErr w:type="spellEnd"/>
      <w:r>
        <w:t xml:space="preserve"> se </w:t>
      </w:r>
      <w:proofErr w:type="spellStart"/>
      <w:r>
        <w:t>školou</w:t>
      </w:r>
      <w:proofErr w:type="spellEnd"/>
      <w:r>
        <w:t xml:space="preserve"> </w:t>
      </w:r>
      <w:proofErr w:type="spellStart"/>
      <w:r>
        <w:t>dohodnuto</w:t>
      </w:r>
      <w:proofErr w:type="spellEnd"/>
      <w:r>
        <w:t xml:space="preserve"> </w:t>
      </w:r>
      <w:proofErr w:type="spellStart"/>
      <w:r>
        <w:t>jinak</w:t>
      </w:r>
      <w:proofErr w:type="spellEnd"/>
      <w:r>
        <w:t xml:space="preserve"> </w:t>
      </w:r>
      <w:proofErr w:type="spellStart"/>
      <w:r>
        <w:t>nebo</w:t>
      </w:r>
      <w:proofErr w:type="spellEnd"/>
      <w:r>
        <w:t xml:space="preserve"> se </w:t>
      </w:r>
      <w:proofErr w:type="spellStart"/>
      <w:r>
        <w:t>neúčastní</w:t>
      </w:r>
      <w:proofErr w:type="spellEnd"/>
      <w:r>
        <w:t xml:space="preserve"> </w:t>
      </w:r>
      <w:proofErr w:type="spellStart"/>
      <w:r>
        <w:t>školní</w:t>
      </w:r>
      <w:proofErr w:type="spellEnd"/>
      <w:r>
        <w:t xml:space="preserve"> </w:t>
      </w:r>
      <w:proofErr w:type="spellStart"/>
      <w:r>
        <w:t>akce</w:t>
      </w:r>
      <w:proofErr w:type="spellEnd"/>
      <w:r>
        <w:t>.</w:t>
      </w:r>
    </w:p>
    <w:p w14:paraId="5FA02B8C" w14:textId="77777777" w:rsidR="00CB3864" w:rsidRDefault="0074127D" w:rsidP="00EF28F1">
      <w:pPr>
        <w:jc w:val="both"/>
      </w:pPr>
      <w:r>
        <w:t xml:space="preserve">Ve </w:t>
      </w:r>
      <w:proofErr w:type="spellStart"/>
      <w:r>
        <w:t>vnitřních</w:t>
      </w:r>
      <w:proofErr w:type="spellEnd"/>
      <w:r>
        <w:t xml:space="preserve"> </w:t>
      </w:r>
      <w:proofErr w:type="spellStart"/>
      <w:r>
        <w:t>i</w:t>
      </w:r>
      <w:proofErr w:type="spellEnd"/>
      <w:r>
        <w:t xml:space="preserve"> </w:t>
      </w:r>
      <w:proofErr w:type="spellStart"/>
      <w:r>
        <w:t>venkovních</w:t>
      </w:r>
      <w:proofErr w:type="spellEnd"/>
      <w:r>
        <w:t xml:space="preserve"> </w:t>
      </w:r>
      <w:proofErr w:type="spellStart"/>
      <w:r>
        <w:t>prostorách</w:t>
      </w:r>
      <w:proofErr w:type="spellEnd"/>
      <w:r>
        <w:t xml:space="preserve"> </w:t>
      </w:r>
      <w:proofErr w:type="spellStart"/>
      <w:r>
        <w:t>mateřské</w:t>
      </w:r>
      <w:proofErr w:type="spellEnd"/>
      <w:r>
        <w:t xml:space="preserve"> </w:t>
      </w:r>
      <w:proofErr w:type="spellStart"/>
      <w:r>
        <w:t>školy</w:t>
      </w:r>
      <w:proofErr w:type="spellEnd"/>
      <w:r>
        <w:t xml:space="preserve"> </w:t>
      </w:r>
      <w:proofErr w:type="spellStart"/>
      <w:r>
        <w:t>platí</w:t>
      </w:r>
      <w:proofErr w:type="spellEnd"/>
      <w:r>
        <w:t xml:space="preserve"> </w:t>
      </w:r>
      <w:proofErr w:type="spellStart"/>
      <w:r>
        <w:t>zákaz</w:t>
      </w:r>
      <w:proofErr w:type="spellEnd"/>
      <w:r>
        <w:t xml:space="preserve"> </w:t>
      </w:r>
      <w:proofErr w:type="spellStart"/>
      <w:r>
        <w:t>kouření</w:t>
      </w:r>
      <w:proofErr w:type="spellEnd"/>
      <w:r>
        <w:t xml:space="preserve">, </w:t>
      </w:r>
      <w:proofErr w:type="spellStart"/>
      <w:r>
        <w:t>užívání</w:t>
      </w:r>
      <w:proofErr w:type="spellEnd"/>
      <w:r>
        <w:t xml:space="preserve"> </w:t>
      </w:r>
      <w:proofErr w:type="spellStart"/>
      <w:r>
        <w:t>alkoholu</w:t>
      </w:r>
      <w:proofErr w:type="spellEnd"/>
      <w:r>
        <w:t xml:space="preserve"> a </w:t>
      </w:r>
      <w:proofErr w:type="spellStart"/>
      <w:r>
        <w:t>návykových</w:t>
      </w:r>
      <w:proofErr w:type="spellEnd"/>
      <w:r>
        <w:t xml:space="preserve"> </w:t>
      </w:r>
      <w:proofErr w:type="spellStart"/>
      <w:r>
        <w:t>látek</w:t>
      </w:r>
      <w:proofErr w:type="spellEnd"/>
      <w:r>
        <w:t xml:space="preserve"> a </w:t>
      </w:r>
      <w:proofErr w:type="spellStart"/>
      <w:r>
        <w:t>zákaz</w:t>
      </w:r>
      <w:proofErr w:type="spellEnd"/>
      <w:r>
        <w:t xml:space="preserve"> </w:t>
      </w:r>
      <w:proofErr w:type="spellStart"/>
      <w:r>
        <w:t>manipulace</w:t>
      </w:r>
      <w:proofErr w:type="spellEnd"/>
      <w:r>
        <w:t xml:space="preserve"> s </w:t>
      </w:r>
      <w:proofErr w:type="spellStart"/>
      <w:r>
        <w:t>otevřeným</w:t>
      </w:r>
      <w:proofErr w:type="spellEnd"/>
      <w:r>
        <w:t xml:space="preserve"> </w:t>
      </w:r>
      <w:proofErr w:type="spellStart"/>
      <w:r>
        <w:t>ohněm</w:t>
      </w:r>
      <w:proofErr w:type="spellEnd"/>
      <w:r>
        <w:t xml:space="preserve"> </w:t>
      </w:r>
      <w:proofErr w:type="spellStart"/>
      <w:r>
        <w:t>mimo</w:t>
      </w:r>
      <w:proofErr w:type="spellEnd"/>
      <w:r>
        <w:t xml:space="preserve"> </w:t>
      </w:r>
      <w:proofErr w:type="spellStart"/>
      <w:r>
        <w:t>činnosti</w:t>
      </w:r>
      <w:proofErr w:type="spellEnd"/>
      <w:r>
        <w:t xml:space="preserve"> </w:t>
      </w:r>
      <w:proofErr w:type="spellStart"/>
      <w:r>
        <w:t>řízené</w:t>
      </w:r>
      <w:proofErr w:type="spellEnd"/>
      <w:r>
        <w:t xml:space="preserve"> </w:t>
      </w:r>
      <w:proofErr w:type="spellStart"/>
      <w:r>
        <w:t>školou</w:t>
      </w:r>
      <w:proofErr w:type="spellEnd"/>
      <w:r>
        <w:t xml:space="preserve"> v </w:t>
      </w:r>
      <w:proofErr w:type="spellStart"/>
      <w:r>
        <w:t>souladu</w:t>
      </w:r>
      <w:proofErr w:type="spellEnd"/>
      <w:r>
        <w:t xml:space="preserve"> s </w:t>
      </w:r>
      <w:proofErr w:type="spellStart"/>
      <w:r>
        <w:t>bezpečnostními</w:t>
      </w:r>
      <w:proofErr w:type="spellEnd"/>
      <w:r>
        <w:t xml:space="preserve"> </w:t>
      </w:r>
      <w:proofErr w:type="spellStart"/>
      <w:r>
        <w:t>pravidly</w:t>
      </w:r>
      <w:proofErr w:type="spellEnd"/>
      <w:r>
        <w:t>.</w:t>
      </w:r>
    </w:p>
    <w:p w14:paraId="1EB3927F" w14:textId="77777777" w:rsidR="00CB3864" w:rsidRDefault="0074127D">
      <w:pPr>
        <w:pStyle w:val="Nadpis1"/>
      </w:pPr>
      <w:r>
        <w:rPr>
          <w:rFonts w:ascii="Arial" w:hAnsi="Arial"/>
          <w:b w:val="0"/>
        </w:rPr>
        <w:lastRenderedPageBreak/>
        <w:t xml:space="preserve">14. </w:t>
      </w:r>
      <w:proofErr w:type="spellStart"/>
      <w:r>
        <w:rPr>
          <w:rFonts w:ascii="Arial" w:hAnsi="Arial"/>
          <w:b w:val="0"/>
        </w:rPr>
        <w:t>Ochrana</w:t>
      </w:r>
      <w:proofErr w:type="spellEnd"/>
      <w:r>
        <w:rPr>
          <w:rFonts w:ascii="Arial" w:hAnsi="Arial"/>
          <w:b w:val="0"/>
        </w:rPr>
        <w:t xml:space="preserve"> </w:t>
      </w:r>
      <w:proofErr w:type="spellStart"/>
      <w:r>
        <w:rPr>
          <w:rFonts w:ascii="Arial" w:hAnsi="Arial"/>
          <w:b w:val="0"/>
        </w:rPr>
        <w:t>osobních</w:t>
      </w:r>
      <w:proofErr w:type="spellEnd"/>
      <w:r>
        <w:rPr>
          <w:rFonts w:ascii="Arial" w:hAnsi="Arial"/>
          <w:b w:val="0"/>
        </w:rPr>
        <w:t xml:space="preserve"> </w:t>
      </w:r>
      <w:proofErr w:type="spellStart"/>
      <w:r>
        <w:rPr>
          <w:rFonts w:ascii="Arial" w:hAnsi="Arial"/>
          <w:b w:val="0"/>
        </w:rPr>
        <w:t>údajů</w:t>
      </w:r>
      <w:proofErr w:type="spellEnd"/>
      <w:r>
        <w:rPr>
          <w:rFonts w:ascii="Arial" w:hAnsi="Arial"/>
          <w:b w:val="0"/>
        </w:rPr>
        <w:t xml:space="preserve">, </w:t>
      </w:r>
      <w:proofErr w:type="spellStart"/>
      <w:r>
        <w:rPr>
          <w:rFonts w:ascii="Arial" w:hAnsi="Arial"/>
          <w:b w:val="0"/>
        </w:rPr>
        <w:t>fotografie</w:t>
      </w:r>
      <w:proofErr w:type="spellEnd"/>
      <w:r>
        <w:rPr>
          <w:rFonts w:ascii="Arial" w:hAnsi="Arial"/>
          <w:b w:val="0"/>
        </w:rPr>
        <w:t xml:space="preserve"> a </w:t>
      </w:r>
      <w:proofErr w:type="spellStart"/>
      <w:r>
        <w:rPr>
          <w:rFonts w:ascii="Arial" w:hAnsi="Arial"/>
          <w:b w:val="0"/>
        </w:rPr>
        <w:t>mlčenlivost</w:t>
      </w:r>
      <w:proofErr w:type="spellEnd"/>
    </w:p>
    <w:p w14:paraId="6A07D68B" w14:textId="77777777" w:rsidR="00CB3864" w:rsidRDefault="0074127D" w:rsidP="00EF28F1">
      <w:pPr>
        <w:jc w:val="both"/>
      </w:pPr>
      <w:proofErr w:type="spellStart"/>
      <w:r>
        <w:t>Škola</w:t>
      </w:r>
      <w:proofErr w:type="spellEnd"/>
      <w:r>
        <w:t xml:space="preserve"> </w:t>
      </w:r>
      <w:proofErr w:type="spellStart"/>
      <w:r>
        <w:t>zpracovává</w:t>
      </w:r>
      <w:proofErr w:type="spellEnd"/>
      <w:r>
        <w:t xml:space="preserve"> </w:t>
      </w:r>
      <w:proofErr w:type="spellStart"/>
      <w:r>
        <w:t>osobní</w:t>
      </w:r>
      <w:proofErr w:type="spellEnd"/>
      <w:r>
        <w:t xml:space="preserve"> </w:t>
      </w:r>
      <w:proofErr w:type="spellStart"/>
      <w:r>
        <w:t>údaje</w:t>
      </w:r>
      <w:proofErr w:type="spellEnd"/>
      <w:r>
        <w:t xml:space="preserve"> </w:t>
      </w:r>
      <w:proofErr w:type="spellStart"/>
      <w:r>
        <w:t>dětí</w:t>
      </w:r>
      <w:proofErr w:type="spellEnd"/>
      <w:r>
        <w:t xml:space="preserve"> a </w:t>
      </w:r>
      <w:proofErr w:type="spellStart"/>
      <w:r>
        <w:t>zákonných</w:t>
      </w:r>
      <w:proofErr w:type="spellEnd"/>
      <w:r>
        <w:t xml:space="preserve"> </w:t>
      </w:r>
      <w:proofErr w:type="spellStart"/>
      <w:r>
        <w:t>zástupců</w:t>
      </w:r>
      <w:proofErr w:type="spellEnd"/>
      <w:r>
        <w:t xml:space="preserve"> </w:t>
      </w:r>
      <w:proofErr w:type="spellStart"/>
      <w:r>
        <w:t>pouze</w:t>
      </w:r>
      <w:proofErr w:type="spellEnd"/>
      <w:r>
        <w:t xml:space="preserve"> v </w:t>
      </w:r>
      <w:proofErr w:type="spellStart"/>
      <w:r>
        <w:t>rozsahu</w:t>
      </w:r>
      <w:proofErr w:type="spellEnd"/>
      <w:r>
        <w:t xml:space="preserve"> </w:t>
      </w:r>
      <w:proofErr w:type="spellStart"/>
      <w:r>
        <w:t>nezbytném</w:t>
      </w:r>
      <w:proofErr w:type="spellEnd"/>
      <w:r>
        <w:t xml:space="preserve"> pro </w:t>
      </w:r>
      <w:proofErr w:type="spellStart"/>
      <w:r>
        <w:t>plnění</w:t>
      </w:r>
      <w:proofErr w:type="spellEnd"/>
      <w:r>
        <w:t xml:space="preserve"> </w:t>
      </w:r>
      <w:proofErr w:type="spellStart"/>
      <w:r>
        <w:t>právních</w:t>
      </w:r>
      <w:proofErr w:type="spellEnd"/>
      <w:r>
        <w:t xml:space="preserve"> </w:t>
      </w:r>
      <w:proofErr w:type="spellStart"/>
      <w:r>
        <w:t>povinností</w:t>
      </w:r>
      <w:proofErr w:type="spellEnd"/>
      <w:r>
        <w:t xml:space="preserve">, </w:t>
      </w:r>
      <w:proofErr w:type="spellStart"/>
      <w:r>
        <w:t>výkon</w:t>
      </w:r>
      <w:proofErr w:type="spellEnd"/>
      <w:r>
        <w:t xml:space="preserve"> </w:t>
      </w:r>
      <w:proofErr w:type="spellStart"/>
      <w:r>
        <w:t>veřejné</w:t>
      </w:r>
      <w:proofErr w:type="spellEnd"/>
      <w:r>
        <w:t xml:space="preserve"> </w:t>
      </w:r>
      <w:proofErr w:type="spellStart"/>
      <w:r>
        <w:t>moci</w:t>
      </w:r>
      <w:proofErr w:type="spellEnd"/>
      <w:r>
        <w:t xml:space="preserve">, </w:t>
      </w:r>
      <w:proofErr w:type="spellStart"/>
      <w:r>
        <w:t>ochranu</w:t>
      </w:r>
      <w:proofErr w:type="spellEnd"/>
      <w:r>
        <w:t xml:space="preserve"> </w:t>
      </w:r>
      <w:proofErr w:type="spellStart"/>
      <w:r>
        <w:t>životně</w:t>
      </w:r>
      <w:proofErr w:type="spellEnd"/>
      <w:r>
        <w:t xml:space="preserve"> </w:t>
      </w:r>
      <w:proofErr w:type="spellStart"/>
      <w:r>
        <w:t>důležitých</w:t>
      </w:r>
      <w:proofErr w:type="spellEnd"/>
      <w:r>
        <w:t xml:space="preserve"> </w:t>
      </w:r>
      <w:proofErr w:type="spellStart"/>
      <w:r>
        <w:t>zájmů</w:t>
      </w:r>
      <w:proofErr w:type="spellEnd"/>
      <w:r>
        <w:t xml:space="preserve">, </w:t>
      </w:r>
      <w:proofErr w:type="spellStart"/>
      <w:r>
        <w:t>plnění</w:t>
      </w:r>
      <w:proofErr w:type="spellEnd"/>
      <w:r>
        <w:t xml:space="preserve"> </w:t>
      </w:r>
      <w:proofErr w:type="spellStart"/>
      <w:r>
        <w:t>smluvních</w:t>
      </w:r>
      <w:proofErr w:type="spellEnd"/>
      <w:r>
        <w:t xml:space="preserve"> </w:t>
      </w:r>
      <w:proofErr w:type="spellStart"/>
      <w:r>
        <w:t>nebo</w:t>
      </w:r>
      <w:proofErr w:type="spellEnd"/>
      <w:r>
        <w:t xml:space="preserve"> </w:t>
      </w:r>
      <w:proofErr w:type="spellStart"/>
      <w:r>
        <w:t>obdobných</w:t>
      </w:r>
      <w:proofErr w:type="spellEnd"/>
      <w:r>
        <w:t xml:space="preserve"> </w:t>
      </w:r>
      <w:proofErr w:type="spellStart"/>
      <w:r>
        <w:t>vztahů</w:t>
      </w:r>
      <w:proofErr w:type="spellEnd"/>
      <w:r>
        <w:t xml:space="preserve"> </w:t>
      </w:r>
      <w:proofErr w:type="spellStart"/>
      <w:r>
        <w:t>nebo</w:t>
      </w:r>
      <w:proofErr w:type="spellEnd"/>
      <w:r>
        <w:t xml:space="preserve"> </w:t>
      </w:r>
      <w:proofErr w:type="spellStart"/>
      <w:r>
        <w:t>na</w:t>
      </w:r>
      <w:proofErr w:type="spellEnd"/>
      <w:r>
        <w:t xml:space="preserve"> </w:t>
      </w:r>
      <w:proofErr w:type="spellStart"/>
      <w:r>
        <w:t>základě</w:t>
      </w:r>
      <w:proofErr w:type="spellEnd"/>
      <w:r>
        <w:t xml:space="preserve"> </w:t>
      </w:r>
      <w:proofErr w:type="spellStart"/>
      <w:r>
        <w:t>platného</w:t>
      </w:r>
      <w:proofErr w:type="spellEnd"/>
      <w:r>
        <w:t xml:space="preserve"> </w:t>
      </w:r>
      <w:proofErr w:type="spellStart"/>
      <w:r>
        <w:t>souhlasu</w:t>
      </w:r>
      <w:proofErr w:type="spellEnd"/>
      <w:r>
        <w:t xml:space="preserve">, je-li </w:t>
      </w:r>
      <w:proofErr w:type="spellStart"/>
      <w:r>
        <w:t>souhlas</w:t>
      </w:r>
      <w:proofErr w:type="spellEnd"/>
      <w:r>
        <w:t xml:space="preserve"> </w:t>
      </w:r>
      <w:proofErr w:type="spellStart"/>
      <w:r>
        <w:t>právním</w:t>
      </w:r>
      <w:proofErr w:type="spellEnd"/>
      <w:r>
        <w:t xml:space="preserve"> </w:t>
      </w:r>
      <w:proofErr w:type="spellStart"/>
      <w:r>
        <w:t>důvodem</w:t>
      </w:r>
      <w:proofErr w:type="spellEnd"/>
      <w:r>
        <w:t xml:space="preserve"> </w:t>
      </w:r>
      <w:proofErr w:type="spellStart"/>
      <w:r>
        <w:t>zpracování</w:t>
      </w:r>
      <w:proofErr w:type="spellEnd"/>
      <w:r>
        <w:t xml:space="preserve">. </w:t>
      </w:r>
      <w:proofErr w:type="spellStart"/>
      <w:r>
        <w:t>Zaměstnanci</w:t>
      </w:r>
      <w:proofErr w:type="spellEnd"/>
      <w:r>
        <w:t xml:space="preserve"> </w:t>
      </w:r>
      <w:proofErr w:type="spellStart"/>
      <w:r>
        <w:t>školy</w:t>
      </w:r>
      <w:proofErr w:type="spellEnd"/>
      <w:r>
        <w:t xml:space="preserve"> </w:t>
      </w:r>
      <w:proofErr w:type="spellStart"/>
      <w:r>
        <w:t>jsou</w:t>
      </w:r>
      <w:proofErr w:type="spellEnd"/>
      <w:r>
        <w:t xml:space="preserve"> </w:t>
      </w:r>
      <w:proofErr w:type="spellStart"/>
      <w:r>
        <w:t>povinni</w:t>
      </w:r>
      <w:proofErr w:type="spellEnd"/>
      <w:r>
        <w:t xml:space="preserve"> </w:t>
      </w:r>
      <w:proofErr w:type="spellStart"/>
      <w:r>
        <w:t>zachovávat</w:t>
      </w:r>
      <w:proofErr w:type="spellEnd"/>
      <w:r>
        <w:t xml:space="preserve"> </w:t>
      </w:r>
      <w:proofErr w:type="spellStart"/>
      <w:r>
        <w:t>mlčenlivost</w:t>
      </w:r>
      <w:proofErr w:type="spellEnd"/>
      <w:r>
        <w:t xml:space="preserve"> o </w:t>
      </w:r>
      <w:proofErr w:type="spellStart"/>
      <w:r>
        <w:t>důvěrných</w:t>
      </w:r>
      <w:proofErr w:type="spellEnd"/>
      <w:r>
        <w:t xml:space="preserve"> </w:t>
      </w:r>
      <w:proofErr w:type="spellStart"/>
      <w:r>
        <w:t>skutečnostech</w:t>
      </w:r>
      <w:proofErr w:type="spellEnd"/>
      <w:r>
        <w:t xml:space="preserve"> </w:t>
      </w:r>
      <w:proofErr w:type="spellStart"/>
      <w:r>
        <w:t>týkajících</w:t>
      </w:r>
      <w:proofErr w:type="spellEnd"/>
      <w:r>
        <w:t xml:space="preserve"> se </w:t>
      </w:r>
      <w:proofErr w:type="spellStart"/>
      <w:r>
        <w:t>dětí</w:t>
      </w:r>
      <w:proofErr w:type="spellEnd"/>
      <w:r>
        <w:t xml:space="preserve"> a </w:t>
      </w:r>
      <w:proofErr w:type="spellStart"/>
      <w:r>
        <w:t>jejich</w:t>
      </w:r>
      <w:proofErr w:type="spellEnd"/>
      <w:r>
        <w:t xml:space="preserve"> </w:t>
      </w:r>
      <w:proofErr w:type="spellStart"/>
      <w:r>
        <w:t>rodin</w:t>
      </w:r>
      <w:proofErr w:type="spellEnd"/>
      <w:r>
        <w:t>.</w:t>
      </w:r>
    </w:p>
    <w:p w14:paraId="49BE8C7B" w14:textId="77777777" w:rsidR="00CB3864" w:rsidRDefault="0074127D" w:rsidP="00EF28F1">
      <w:pPr>
        <w:jc w:val="both"/>
      </w:pPr>
      <w:proofErr w:type="spellStart"/>
      <w:r>
        <w:t>Pořizování</w:t>
      </w:r>
      <w:proofErr w:type="spellEnd"/>
      <w:r>
        <w:t xml:space="preserve"> a </w:t>
      </w:r>
      <w:proofErr w:type="spellStart"/>
      <w:r>
        <w:t>zveřejňování</w:t>
      </w:r>
      <w:proofErr w:type="spellEnd"/>
      <w:r>
        <w:t xml:space="preserve"> </w:t>
      </w:r>
      <w:proofErr w:type="spellStart"/>
      <w:r>
        <w:t>fotografií</w:t>
      </w:r>
      <w:proofErr w:type="spellEnd"/>
      <w:r>
        <w:t xml:space="preserve"> a </w:t>
      </w:r>
      <w:proofErr w:type="spellStart"/>
      <w:r>
        <w:t>audiovizuálních</w:t>
      </w:r>
      <w:proofErr w:type="spellEnd"/>
      <w:r>
        <w:t xml:space="preserve"> </w:t>
      </w:r>
      <w:proofErr w:type="spellStart"/>
      <w:r>
        <w:t>záznamů</w:t>
      </w:r>
      <w:proofErr w:type="spellEnd"/>
      <w:r>
        <w:t xml:space="preserve"> </w:t>
      </w:r>
      <w:proofErr w:type="spellStart"/>
      <w:r>
        <w:t>dětí</w:t>
      </w:r>
      <w:proofErr w:type="spellEnd"/>
      <w:r>
        <w:t xml:space="preserve"> pro </w:t>
      </w:r>
      <w:proofErr w:type="spellStart"/>
      <w:r>
        <w:t>účely</w:t>
      </w:r>
      <w:proofErr w:type="spellEnd"/>
      <w:r>
        <w:t xml:space="preserve"> </w:t>
      </w:r>
      <w:proofErr w:type="spellStart"/>
      <w:r>
        <w:t>prezentace</w:t>
      </w:r>
      <w:proofErr w:type="spellEnd"/>
      <w:r>
        <w:t xml:space="preserve"> </w:t>
      </w:r>
      <w:proofErr w:type="spellStart"/>
      <w:r>
        <w:t>školy</w:t>
      </w:r>
      <w:proofErr w:type="spellEnd"/>
      <w:r>
        <w:t xml:space="preserve"> se </w:t>
      </w:r>
      <w:proofErr w:type="spellStart"/>
      <w:r>
        <w:t>neodvozuje</w:t>
      </w:r>
      <w:proofErr w:type="spellEnd"/>
      <w:r>
        <w:t xml:space="preserve"> od </w:t>
      </w:r>
      <w:proofErr w:type="spellStart"/>
      <w:r>
        <w:t>samotného</w:t>
      </w:r>
      <w:proofErr w:type="spellEnd"/>
      <w:r>
        <w:t xml:space="preserve"> </w:t>
      </w:r>
      <w:proofErr w:type="spellStart"/>
      <w:r>
        <w:t>školního</w:t>
      </w:r>
      <w:proofErr w:type="spellEnd"/>
      <w:r>
        <w:t xml:space="preserve"> </w:t>
      </w:r>
      <w:proofErr w:type="spellStart"/>
      <w:r>
        <w:t>řádu</w:t>
      </w:r>
      <w:proofErr w:type="spellEnd"/>
      <w:r>
        <w:t xml:space="preserve">. </w:t>
      </w:r>
      <w:proofErr w:type="spellStart"/>
      <w:r>
        <w:t>Řídí</w:t>
      </w:r>
      <w:proofErr w:type="spellEnd"/>
      <w:r>
        <w:t xml:space="preserve"> se </w:t>
      </w:r>
      <w:proofErr w:type="spellStart"/>
      <w:r>
        <w:t>samostatnou</w:t>
      </w:r>
      <w:proofErr w:type="spellEnd"/>
      <w:r>
        <w:t xml:space="preserve"> </w:t>
      </w:r>
      <w:proofErr w:type="spellStart"/>
      <w:r>
        <w:t>informací</w:t>
      </w:r>
      <w:proofErr w:type="spellEnd"/>
      <w:r>
        <w:t xml:space="preserve"> o </w:t>
      </w:r>
      <w:proofErr w:type="spellStart"/>
      <w:r>
        <w:t>zpracování</w:t>
      </w:r>
      <w:proofErr w:type="spellEnd"/>
      <w:r>
        <w:t xml:space="preserve"> </w:t>
      </w:r>
      <w:proofErr w:type="spellStart"/>
      <w:r>
        <w:t>osobních</w:t>
      </w:r>
      <w:proofErr w:type="spellEnd"/>
      <w:r>
        <w:t xml:space="preserve"> </w:t>
      </w:r>
      <w:proofErr w:type="spellStart"/>
      <w:r>
        <w:t>údajů</w:t>
      </w:r>
      <w:proofErr w:type="spellEnd"/>
      <w:r>
        <w:t xml:space="preserve">, </w:t>
      </w:r>
      <w:proofErr w:type="spellStart"/>
      <w:r>
        <w:t>případně</w:t>
      </w:r>
      <w:proofErr w:type="spellEnd"/>
      <w:r>
        <w:t xml:space="preserve"> </w:t>
      </w:r>
      <w:proofErr w:type="spellStart"/>
      <w:r>
        <w:t>samostatným</w:t>
      </w:r>
      <w:proofErr w:type="spellEnd"/>
      <w:r>
        <w:t xml:space="preserve">, </w:t>
      </w:r>
      <w:proofErr w:type="spellStart"/>
      <w:r>
        <w:t>dobrovolným</w:t>
      </w:r>
      <w:proofErr w:type="spellEnd"/>
      <w:r>
        <w:t xml:space="preserve">, </w:t>
      </w:r>
      <w:proofErr w:type="spellStart"/>
      <w:r>
        <w:t>konkrétním</w:t>
      </w:r>
      <w:proofErr w:type="spellEnd"/>
      <w:r>
        <w:t xml:space="preserve"> a </w:t>
      </w:r>
      <w:proofErr w:type="spellStart"/>
      <w:r>
        <w:t>odvolatelným</w:t>
      </w:r>
      <w:proofErr w:type="spellEnd"/>
      <w:r>
        <w:t xml:space="preserve"> </w:t>
      </w:r>
      <w:proofErr w:type="spellStart"/>
      <w:r>
        <w:t>souhlasem</w:t>
      </w:r>
      <w:proofErr w:type="spellEnd"/>
      <w:r>
        <w:t xml:space="preserve"> </w:t>
      </w:r>
      <w:proofErr w:type="spellStart"/>
      <w:r>
        <w:t>zákonného</w:t>
      </w:r>
      <w:proofErr w:type="spellEnd"/>
      <w:r>
        <w:t xml:space="preserve"> </w:t>
      </w:r>
      <w:proofErr w:type="spellStart"/>
      <w:r>
        <w:t>zástupce</w:t>
      </w:r>
      <w:proofErr w:type="spellEnd"/>
      <w:r>
        <w:t xml:space="preserve">. </w:t>
      </w:r>
      <w:proofErr w:type="spellStart"/>
      <w:r>
        <w:t>Nesouhlas</w:t>
      </w:r>
      <w:proofErr w:type="spellEnd"/>
      <w:r>
        <w:t xml:space="preserve"> </w:t>
      </w:r>
      <w:proofErr w:type="spellStart"/>
      <w:r>
        <w:t>nebo</w:t>
      </w:r>
      <w:proofErr w:type="spellEnd"/>
      <w:r>
        <w:t xml:space="preserve"> </w:t>
      </w:r>
      <w:proofErr w:type="spellStart"/>
      <w:r>
        <w:t>odvolání</w:t>
      </w:r>
      <w:proofErr w:type="spellEnd"/>
      <w:r>
        <w:t xml:space="preserve"> </w:t>
      </w:r>
      <w:proofErr w:type="spellStart"/>
      <w:r>
        <w:t>souhlasu</w:t>
      </w:r>
      <w:proofErr w:type="spellEnd"/>
      <w:r>
        <w:t xml:space="preserve"> </w:t>
      </w:r>
      <w:proofErr w:type="spellStart"/>
      <w:r>
        <w:t>nesmí</w:t>
      </w:r>
      <w:proofErr w:type="spellEnd"/>
      <w:r>
        <w:t xml:space="preserve"> </w:t>
      </w:r>
      <w:proofErr w:type="spellStart"/>
      <w:r>
        <w:t>být</w:t>
      </w:r>
      <w:proofErr w:type="spellEnd"/>
      <w:r>
        <w:t xml:space="preserve"> </w:t>
      </w:r>
      <w:proofErr w:type="spellStart"/>
      <w:r>
        <w:t>dítěti</w:t>
      </w:r>
      <w:proofErr w:type="spellEnd"/>
      <w:r>
        <w:t xml:space="preserve"> ani </w:t>
      </w:r>
      <w:proofErr w:type="spellStart"/>
      <w:r>
        <w:t>zákonnému</w:t>
      </w:r>
      <w:proofErr w:type="spellEnd"/>
      <w:r>
        <w:t xml:space="preserve"> </w:t>
      </w:r>
      <w:proofErr w:type="spellStart"/>
      <w:r>
        <w:t>zástupci</w:t>
      </w:r>
      <w:proofErr w:type="spellEnd"/>
      <w:r>
        <w:t xml:space="preserve"> </w:t>
      </w:r>
      <w:proofErr w:type="spellStart"/>
      <w:r>
        <w:t>na</w:t>
      </w:r>
      <w:proofErr w:type="spellEnd"/>
      <w:r>
        <w:t xml:space="preserve"> </w:t>
      </w:r>
      <w:proofErr w:type="spellStart"/>
      <w:r>
        <w:t>újmu</w:t>
      </w:r>
      <w:proofErr w:type="spellEnd"/>
      <w:r>
        <w:t>.</w:t>
      </w:r>
    </w:p>
    <w:p w14:paraId="2E20196F" w14:textId="77777777" w:rsidR="00CB3864" w:rsidRDefault="0074127D" w:rsidP="00EF28F1">
      <w:pPr>
        <w:jc w:val="both"/>
      </w:pPr>
      <w:proofErr w:type="spellStart"/>
      <w:r>
        <w:t>Dokumentace</w:t>
      </w:r>
      <w:proofErr w:type="spellEnd"/>
      <w:r>
        <w:t xml:space="preserve"> </w:t>
      </w:r>
      <w:proofErr w:type="spellStart"/>
      <w:r>
        <w:t>obsahující</w:t>
      </w:r>
      <w:proofErr w:type="spellEnd"/>
      <w:r>
        <w:t xml:space="preserve"> </w:t>
      </w:r>
      <w:proofErr w:type="spellStart"/>
      <w:r>
        <w:t>osobní</w:t>
      </w:r>
      <w:proofErr w:type="spellEnd"/>
      <w:r>
        <w:t xml:space="preserve"> </w:t>
      </w:r>
      <w:proofErr w:type="spellStart"/>
      <w:r>
        <w:t>údaje</w:t>
      </w:r>
      <w:proofErr w:type="spellEnd"/>
      <w:r>
        <w:t xml:space="preserve">, </w:t>
      </w:r>
      <w:proofErr w:type="spellStart"/>
      <w:r>
        <w:t>pedagogickou</w:t>
      </w:r>
      <w:proofErr w:type="spellEnd"/>
      <w:r>
        <w:t xml:space="preserve"> </w:t>
      </w:r>
      <w:proofErr w:type="spellStart"/>
      <w:r>
        <w:t>diagnostiku</w:t>
      </w:r>
      <w:proofErr w:type="spellEnd"/>
      <w:r>
        <w:t xml:space="preserve">, </w:t>
      </w:r>
      <w:proofErr w:type="spellStart"/>
      <w:r>
        <w:t>zprávy</w:t>
      </w:r>
      <w:proofErr w:type="spellEnd"/>
      <w:r>
        <w:t xml:space="preserve"> </w:t>
      </w:r>
      <w:proofErr w:type="spellStart"/>
      <w:r>
        <w:t>školských</w:t>
      </w:r>
      <w:proofErr w:type="spellEnd"/>
      <w:r>
        <w:t xml:space="preserve"> </w:t>
      </w:r>
      <w:proofErr w:type="spellStart"/>
      <w:r>
        <w:t>poradenských</w:t>
      </w:r>
      <w:proofErr w:type="spellEnd"/>
      <w:r>
        <w:t xml:space="preserve"> </w:t>
      </w:r>
      <w:proofErr w:type="spellStart"/>
      <w:r>
        <w:t>zařízení</w:t>
      </w:r>
      <w:proofErr w:type="spellEnd"/>
      <w:r>
        <w:t xml:space="preserve">, </w:t>
      </w:r>
      <w:proofErr w:type="spellStart"/>
      <w:r>
        <w:t>zdravotní</w:t>
      </w:r>
      <w:proofErr w:type="spellEnd"/>
      <w:r>
        <w:t xml:space="preserve"> </w:t>
      </w:r>
      <w:proofErr w:type="spellStart"/>
      <w:r>
        <w:t>informace</w:t>
      </w:r>
      <w:proofErr w:type="spellEnd"/>
      <w:r>
        <w:t xml:space="preserve"> </w:t>
      </w:r>
      <w:proofErr w:type="spellStart"/>
      <w:r>
        <w:t>nebo</w:t>
      </w:r>
      <w:proofErr w:type="spellEnd"/>
      <w:r>
        <w:t xml:space="preserve"> </w:t>
      </w:r>
      <w:proofErr w:type="spellStart"/>
      <w:r>
        <w:t>údaje</w:t>
      </w:r>
      <w:proofErr w:type="spellEnd"/>
      <w:r>
        <w:t xml:space="preserve"> o </w:t>
      </w:r>
      <w:proofErr w:type="spellStart"/>
      <w:r>
        <w:t>sociální</w:t>
      </w:r>
      <w:proofErr w:type="spellEnd"/>
      <w:r>
        <w:t xml:space="preserve"> </w:t>
      </w:r>
      <w:proofErr w:type="spellStart"/>
      <w:r>
        <w:t>situaci</w:t>
      </w:r>
      <w:proofErr w:type="spellEnd"/>
      <w:r>
        <w:t xml:space="preserve"> </w:t>
      </w:r>
      <w:proofErr w:type="spellStart"/>
      <w:r>
        <w:t>rodiny</w:t>
      </w:r>
      <w:proofErr w:type="spellEnd"/>
      <w:r>
        <w:t xml:space="preserve"> je </w:t>
      </w:r>
      <w:proofErr w:type="spellStart"/>
      <w:r>
        <w:t>přístupná</w:t>
      </w:r>
      <w:proofErr w:type="spellEnd"/>
      <w:r>
        <w:t xml:space="preserve"> </w:t>
      </w:r>
      <w:proofErr w:type="spellStart"/>
      <w:r>
        <w:t>pouze</w:t>
      </w:r>
      <w:proofErr w:type="spellEnd"/>
      <w:r>
        <w:t xml:space="preserve"> </w:t>
      </w:r>
      <w:proofErr w:type="spellStart"/>
      <w:r>
        <w:t>oprávněným</w:t>
      </w:r>
      <w:proofErr w:type="spellEnd"/>
      <w:r>
        <w:t xml:space="preserve"> </w:t>
      </w:r>
      <w:proofErr w:type="spellStart"/>
      <w:r>
        <w:t>osobám</w:t>
      </w:r>
      <w:proofErr w:type="spellEnd"/>
      <w:r>
        <w:t xml:space="preserve"> v </w:t>
      </w:r>
      <w:proofErr w:type="spellStart"/>
      <w:r>
        <w:t>rozsahu</w:t>
      </w:r>
      <w:proofErr w:type="spellEnd"/>
      <w:r>
        <w:t xml:space="preserve"> </w:t>
      </w:r>
      <w:proofErr w:type="spellStart"/>
      <w:r>
        <w:t>nezbytném</w:t>
      </w:r>
      <w:proofErr w:type="spellEnd"/>
      <w:r>
        <w:t xml:space="preserve"> pro </w:t>
      </w:r>
      <w:proofErr w:type="spellStart"/>
      <w:r>
        <w:t>plnění</w:t>
      </w:r>
      <w:proofErr w:type="spellEnd"/>
      <w:r>
        <w:t xml:space="preserve"> </w:t>
      </w:r>
      <w:proofErr w:type="spellStart"/>
      <w:r>
        <w:t>jejich</w:t>
      </w:r>
      <w:proofErr w:type="spellEnd"/>
      <w:r>
        <w:t xml:space="preserve"> </w:t>
      </w:r>
      <w:proofErr w:type="spellStart"/>
      <w:r>
        <w:t>úkolů</w:t>
      </w:r>
      <w:proofErr w:type="spellEnd"/>
      <w:r>
        <w:t>.</w:t>
      </w:r>
    </w:p>
    <w:p w14:paraId="061AF079" w14:textId="77777777" w:rsidR="00E45D98" w:rsidRPr="00E45D98" w:rsidRDefault="00E45D98" w:rsidP="00E45D98">
      <w:pPr>
        <w:jc w:val="both"/>
        <w:rPr>
          <w:lang w:val="cs-CZ"/>
        </w:rPr>
      </w:pPr>
      <w:r w:rsidRPr="00E45D98">
        <w:rPr>
          <w:lang w:val="cs-CZ"/>
        </w:rPr>
        <w:t>Pořizování zvukových, obrazových nebo audiovizuálních záznamů zaměstnanců školy za účelem jejich zveřejňování, znevažování nebo jiného neoprávněného použití bez právního důvodu není přípustné. Tím nejsou dotčena práva vyplývající z právních předpisů.</w:t>
      </w:r>
    </w:p>
    <w:p w14:paraId="207C8D7E" w14:textId="77777777" w:rsidR="00CB3864" w:rsidRDefault="0074127D">
      <w:pPr>
        <w:pStyle w:val="Nadpis1"/>
      </w:pPr>
      <w:r>
        <w:rPr>
          <w:rFonts w:ascii="Arial" w:hAnsi="Arial"/>
          <w:b w:val="0"/>
        </w:rPr>
        <w:t xml:space="preserve">15. </w:t>
      </w:r>
      <w:proofErr w:type="spellStart"/>
      <w:r>
        <w:rPr>
          <w:rFonts w:ascii="Arial" w:hAnsi="Arial"/>
          <w:b w:val="0"/>
        </w:rPr>
        <w:t>Pedagogická</w:t>
      </w:r>
      <w:proofErr w:type="spellEnd"/>
      <w:r>
        <w:rPr>
          <w:rFonts w:ascii="Arial" w:hAnsi="Arial"/>
          <w:b w:val="0"/>
        </w:rPr>
        <w:t xml:space="preserve"> </w:t>
      </w:r>
      <w:proofErr w:type="spellStart"/>
      <w:r>
        <w:rPr>
          <w:rFonts w:ascii="Arial" w:hAnsi="Arial"/>
          <w:b w:val="0"/>
        </w:rPr>
        <w:t>diagnostika</w:t>
      </w:r>
      <w:proofErr w:type="spellEnd"/>
      <w:r>
        <w:rPr>
          <w:rFonts w:ascii="Arial" w:hAnsi="Arial"/>
          <w:b w:val="0"/>
        </w:rPr>
        <w:t xml:space="preserve">, </w:t>
      </w:r>
      <w:proofErr w:type="spellStart"/>
      <w:r>
        <w:rPr>
          <w:rFonts w:ascii="Arial" w:hAnsi="Arial"/>
          <w:b w:val="0"/>
        </w:rPr>
        <w:t>evaluace</w:t>
      </w:r>
      <w:proofErr w:type="spellEnd"/>
      <w:r>
        <w:rPr>
          <w:rFonts w:ascii="Arial" w:hAnsi="Arial"/>
          <w:b w:val="0"/>
        </w:rPr>
        <w:t xml:space="preserve"> a </w:t>
      </w:r>
      <w:proofErr w:type="spellStart"/>
      <w:r>
        <w:rPr>
          <w:rFonts w:ascii="Arial" w:hAnsi="Arial"/>
          <w:b w:val="0"/>
        </w:rPr>
        <w:t>spolupráce</w:t>
      </w:r>
      <w:proofErr w:type="spellEnd"/>
      <w:r>
        <w:rPr>
          <w:rFonts w:ascii="Arial" w:hAnsi="Arial"/>
          <w:b w:val="0"/>
        </w:rPr>
        <w:t xml:space="preserve"> se </w:t>
      </w:r>
      <w:proofErr w:type="spellStart"/>
      <w:r>
        <w:rPr>
          <w:rFonts w:ascii="Arial" w:hAnsi="Arial"/>
          <w:b w:val="0"/>
        </w:rPr>
        <w:t>zákonnými</w:t>
      </w:r>
      <w:proofErr w:type="spellEnd"/>
      <w:r>
        <w:rPr>
          <w:rFonts w:ascii="Arial" w:hAnsi="Arial"/>
          <w:b w:val="0"/>
        </w:rPr>
        <w:t xml:space="preserve"> </w:t>
      </w:r>
      <w:proofErr w:type="spellStart"/>
      <w:r>
        <w:rPr>
          <w:rFonts w:ascii="Arial" w:hAnsi="Arial"/>
          <w:b w:val="0"/>
        </w:rPr>
        <w:t>zástupci</w:t>
      </w:r>
      <w:proofErr w:type="spellEnd"/>
    </w:p>
    <w:p w14:paraId="654CF044" w14:textId="77777777" w:rsidR="00CB3864" w:rsidRDefault="0074127D" w:rsidP="00EF28F1">
      <w:pPr>
        <w:jc w:val="both"/>
      </w:pPr>
      <w:proofErr w:type="spellStart"/>
      <w:r>
        <w:t>Mateřská</w:t>
      </w:r>
      <w:proofErr w:type="spellEnd"/>
      <w:r>
        <w:t xml:space="preserve"> </w:t>
      </w:r>
      <w:proofErr w:type="spellStart"/>
      <w:r>
        <w:t>škola</w:t>
      </w:r>
      <w:proofErr w:type="spellEnd"/>
      <w:r>
        <w:t xml:space="preserve"> </w:t>
      </w:r>
      <w:proofErr w:type="spellStart"/>
      <w:r>
        <w:t>průběžně</w:t>
      </w:r>
      <w:proofErr w:type="spellEnd"/>
      <w:r>
        <w:t xml:space="preserve"> </w:t>
      </w:r>
      <w:proofErr w:type="spellStart"/>
      <w:r>
        <w:t>sleduje</w:t>
      </w:r>
      <w:proofErr w:type="spellEnd"/>
      <w:r>
        <w:t xml:space="preserve"> a </w:t>
      </w:r>
      <w:proofErr w:type="spellStart"/>
      <w:r>
        <w:t>vyhodnocuje</w:t>
      </w:r>
      <w:proofErr w:type="spellEnd"/>
      <w:r>
        <w:t xml:space="preserve"> </w:t>
      </w:r>
      <w:proofErr w:type="spellStart"/>
      <w:r>
        <w:t>individuální</w:t>
      </w:r>
      <w:proofErr w:type="spellEnd"/>
      <w:r>
        <w:t xml:space="preserve"> </w:t>
      </w:r>
      <w:proofErr w:type="spellStart"/>
      <w:r>
        <w:t>pokroky</w:t>
      </w:r>
      <w:proofErr w:type="spellEnd"/>
      <w:r>
        <w:t xml:space="preserve"> </w:t>
      </w:r>
      <w:proofErr w:type="spellStart"/>
      <w:r>
        <w:t>dětí</w:t>
      </w:r>
      <w:proofErr w:type="spellEnd"/>
      <w:r>
        <w:t xml:space="preserve">. </w:t>
      </w:r>
      <w:proofErr w:type="spellStart"/>
      <w:r>
        <w:t>Pedagogická</w:t>
      </w:r>
      <w:proofErr w:type="spellEnd"/>
      <w:r>
        <w:t xml:space="preserve"> </w:t>
      </w:r>
      <w:proofErr w:type="spellStart"/>
      <w:r>
        <w:t>diagnostika</w:t>
      </w:r>
      <w:proofErr w:type="spellEnd"/>
      <w:r>
        <w:t xml:space="preserve"> je </w:t>
      </w:r>
      <w:proofErr w:type="spellStart"/>
      <w:r>
        <w:t>realizována</w:t>
      </w:r>
      <w:proofErr w:type="spellEnd"/>
      <w:r>
        <w:t xml:space="preserve"> </w:t>
      </w:r>
      <w:proofErr w:type="spellStart"/>
      <w:r>
        <w:t>především</w:t>
      </w:r>
      <w:proofErr w:type="spellEnd"/>
      <w:r>
        <w:t xml:space="preserve"> </w:t>
      </w:r>
      <w:proofErr w:type="spellStart"/>
      <w:r>
        <w:t>pozorováním</w:t>
      </w:r>
      <w:proofErr w:type="spellEnd"/>
      <w:r>
        <w:t xml:space="preserve"> </w:t>
      </w:r>
      <w:proofErr w:type="spellStart"/>
      <w:r>
        <w:t>dítěte</w:t>
      </w:r>
      <w:proofErr w:type="spellEnd"/>
      <w:r>
        <w:t xml:space="preserve"> v </w:t>
      </w:r>
      <w:proofErr w:type="spellStart"/>
      <w:r>
        <w:t>přirozených</w:t>
      </w:r>
      <w:proofErr w:type="spellEnd"/>
      <w:r>
        <w:t xml:space="preserve"> </w:t>
      </w:r>
      <w:proofErr w:type="spellStart"/>
      <w:r>
        <w:t>situacích</w:t>
      </w:r>
      <w:proofErr w:type="spellEnd"/>
      <w:r>
        <w:t xml:space="preserve">, </w:t>
      </w:r>
      <w:proofErr w:type="spellStart"/>
      <w:r>
        <w:t>rozborem</w:t>
      </w:r>
      <w:proofErr w:type="spellEnd"/>
      <w:r>
        <w:t xml:space="preserve"> </w:t>
      </w:r>
      <w:proofErr w:type="spellStart"/>
      <w:r>
        <w:t>jeho</w:t>
      </w:r>
      <w:proofErr w:type="spellEnd"/>
      <w:r>
        <w:t xml:space="preserve"> </w:t>
      </w:r>
      <w:proofErr w:type="spellStart"/>
      <w:r>
        <w:t>činností</w:t>
      </w:r>
      <w:proofErr w:type="spellEnd"/>
      <w:r>
        <w:t xml:space="preserve">, </w:t>
      </w:r>
      <w:proofErr w:type="spellStart"/>
      <w:r>
        <w:t>komunikace</w:t>
      </w:r>
      <w:proofErr w:type="spellEnd"/>
      <w:r>
        <w:t xml:space="preserve">, </w:t>
      </w:r>
      <w:proofErr w:type="spellStart"/>
      <w:r>
        <w:t>hry</w:t>
      </w:r>
      <w:proofErr w:type="spellEnd"/>
      <w:r>
        <w:t xml:space="preserve">, </w:t>
      </w:r>
      <w:proofErr w:type="spellStart"/>
      <w:r>
        <w:t>zapojení</w:t>
      </w:r>
      <w:proofErr w:type="spellEnd"/>
      <w:r>
        <w:t xml:space="preserve"> do </w:t>
      </w:r>
      <w:proofErr w:type="spellStart"/>
      <w:r>
        <w:t>skupiny</w:t>
      </w:r>
      <w:proofErr w:type="spellEnd"/>
      <w:r>
        <w:t xml:space="preserve"> a </w:t>
      </w:r>
      <w:proofErr w:type="spellStart"/>
      <w:r>
        <w:t>pokroků</w:t>
      </w:r>
      <w:proofErr w:type="spellEnd"/>
      <w:r>
        <w:t xml:space="preserve"> v </w:t>
      </w:r>
      <w:proofErr w:type="spellStart"/>
      <w:r>
        <w:t>čase</w:t>
      </w:r>
      <w:proofErr w:type="spellEnd"/>
      <w:r>
        <w:t xml:space="preserve">. </w:t>
      </w:r>
      <w:proofErr w:type="spellStart"/>
      <w:r>
        <w:t>Cílem</w:t>
      </w:r>
      <w:proofErr w:type="spellEnd"/>
      <w:r>
        <w:t xml:space="preserve"> </w:t>
      </w:r>
      <w:proofErr w:type="spellStart"/>
      <w:r>
        <w:t>není</w:t>
      </w:r>
      <w:proofErr w:type="spellEnd"/>
      <w:r>
        <w:t xml:space="preserve"> </w:t>
      </w:r>
      <w:proofErr w:type="spellStart"/>
      <w:r>
        <w:t>srovnávat</w:t>
      </w:r>
      <w:proofErr w:type="spellEnd"/>
      <w:r>
        <w:t xml:space="preserve"> </w:t>
      </w:r>
      <w:proofErr w:type="spellStart"/>
      <w:r>
        <w:t>děti</w:t>
      </w:r>
      <w:proofErr w:type="spellEnd"/>
      <w:r>
        <w:t xml:space="preserve"> </w:t>
      </w:r>
      <w:proofErr w:type="spellStart"/>
      <w:r>
        <w:t>mezi</w:t>
      </w:r>
      <w:proofErr w:type="spellEnd"/>
      <w:r>
        <w:t xml:space="preserve"> </w:t>
      </w:r>
      <w:proofErr w:type="spellStart"/>
      <w:r>
        <w:t>sebou</w:t>
      </w:r>
      <w:proofErr w:type="spellEnd"/>
      <w:r>
        <w:t xml:space="preserve">, ale </w:t>
      </w:r>
      <w:proofErr w:type="spellStart"/>
      <w:r>
        <w:t>podporovat</w:t>
      </w:r>
      <w:proofErr w:type="spellEnd"/>
      <w:r>
        <w:t xml:space="preserve"> </w:t>
      </w:r>
      <w:proofErr w:type="spellStart"/>
      <w:r>
        <w:t>rozvoj</w:t>
      </w:r>
      <w:proofErr w:type="spellEnd"/>
      <w:r>
        <w:t xml:space="preserve"> </w:t>
      </w:r>
      <w:proofErr w:type="spellStart"/>
      <w:r>
        <w:t>každého</w:t>
      </w:r>
      <w:proofErr w:type="spellEnd"/>
      <w:r>
        <w:t xml:space="preserve"> </w:t>
      </w:r>
      <w:proofErr w:type="spellStart"/>
      <w:r>
        <w:t>dítěte</w:t>
      </w:r>
      <w:proofErr w:type="spellEnd"/>
      <w:r>
        <w:t xml:space="preserve"> </w:t>
      </w:r>
      <w:proofErr w:type="spellStart"/>
      <w:r>
        <w:t>podle</w:t>
      </w:r>
      <w:proofErr w:type="spellEnd"/>
      <w:r>
        <w:t xml:space="preserve"> </w:t>
      </w:r>
      <w:proofErr w:type="spellStart"/>
      <w:r>
        <w:t>jeho</w:t>
      </w:r>
      <w:proofErr w:type="spellEnd"/>
      <w:r>
        <w:t xml:space="preserve"> </w:t>
      </w:r>
      <w:proofErr w:type="spellStart"/>
      <w:r>
        <w:t>potřeb</w:t>
      </w:r>
      <w:proofErr w:type="spellEnd"/>
      <w:r>
        <w:t xml:space="preserve"> a </w:t>
      </w:r>
      <w:proofErr w:type="spellStart"/>
      <w:r>
        <w:t>možností</w:t>
      </w:r>
      <w:proofErr w:type="spellEnd"/>
      <w:r>
        <w:t>.</w:t>
      </w:r>
    </w:p>
    <w:p w14:paraId="53AA4435" w14:textId="77777777" w:rsidR="00CB3864" w:rsidRDefault="0074127D" w:rsidP="00EF28F1">
      <w:pPr>
        <w:jc w:val="both"/>
      </w:pPr>
      <w:proofErr w:type="spellStart"/>
      <w:r>
        <w:t>Škola</w:t>
      </w:r>
      <w:proofErr w:type="spellEnd"/>
      <w:r>
        <w:t xml:space="preserve"> </w:t>
      </w:r>
      <w:proofErr w:type="spellStart"/>
      <w:r>
        <w:t>může</w:t>
      </w:r>
      <w:proofErr w:type="spellEnd"/>
      <w:r>
        <w:t xml:space="preserve"> </w:t>
      </w:r>
      <w:proofErr w:type="spellStart"/>
      <w:r>
        <w:t>vést</w:t>
      </w:r>
      <w:proofErr w:type="spellEnd"/>
      <w:r>
        <w:t xml:space="preserve"> </w:t>
      </w:r>
      <w:proofErr w:type="spellStart"/>
      <w:r>
        <w:t>diagnostické</w:t>
      </w:r>
      <w:proofErr w:type="spellEnd"/>
      <w:r>
        <w:t xml:space="preserve"> portfolio a </w:t>
      </w:r>
      <w:proofErr w:type="spellStart"/>
      <w:r>
        <w:t>výběrové</w:t>
      </w:r>
      <w:proofErr w:type="spellEnd"/>
      <w:r>
        <w:t xml:space="preserve"> </w:t>
      </w:r>
      <w:proofErr w:type="spellStart"/>
      <w:r>
        <w:t>dětské</w:t>
      </w:r>
      <w:proofErr w:type="spellEnd"/>
      <w:r>
        <w:t xml:space="preserve"> portfolio v </w:t>
      </w:r>
      <w:proofErr w:type="spellStart"/>
      <w:r>
        <w:t>souladu</w:t>
      </w:r>
      <w:proofErr w:type="spellEnd"/>
      <w:r>
        <w:t xml:space="preserve"> se ŠVP PV. </w:t>
      </w:r>
      <w:proofErr w:type="spellStart"/>
      <w:r>
        <w:t>Diagnostické</w:t>
      </w:r>
      <w:proofErr w:type="spellEnd"/>
      <w:r>
        <w:t xml:space="preserve"> </w:t>
      </w:r>
      <w:proofErr w:type="spellStart"/>
      <w:r>
        <w:t>záznamy</w:t>
      </w:r>
      <w:proofErr w:type="spellEnd"/>
      <w:r>
        <w:t xml:space="preserve"> </w:t>
      </w:r>
      <w:proofErr w:type="spellStart"/>
      <w:r>
        <w:t>slouží</w:t>
      </w:r>
      <w:proofErr w:type="spellEnd"/>
      <w:r>
        <w:t xml:space="preserve"> </w:t>
      </w:r>
      <w:proofErr w:type="spellStart"/>
      <w:r>
        <w:t>pedagogům</w:t>
      </w:r>
      <w:proofErr w:type="spellEnd"/>
      <w:r>
        <w:t xml:space="preserve"> pro </w:t>
      </w:r>
      <w:proofErr w:type="spellStart"/>
      <w:r>
        <w:t>plánování</w:t>
      </w:r>
      <w:proofErr w:type="spellEnd"/>
      <w:r>
        <w:t xml:space="preserve"> </w:t>
      </w:r>
      <w:proofErr w:type="spellStart"/>
      <w:r>
        <w:t>podpory</w:t>
      </w:r>
      <w:proofErr w:type="spellEnd"/>
      <w:r>
        <w:t xml:space="preserve"> </w:t>
      </w:r>
      <w:proofErr w:type="spellStart"/>
      <w:r>
        <w:t>dítěte</w:t>
      </w:r>
      <w:proofErr w:type="spellEnd"/>
      <w:r>
        <w:t xml:space="preserve">, </w:t>
      </w:r>
      <w:proofErr w:type="spellStart"/>
      <w:r>
        <w:t>individualizaci</w:t>
      </w:r>
      <w:proofErr w:type="spellEnd"/>
      <w:r>
        <w:t xml:space="preserve"> </w:t>
      </w:r>
      <w:proofErr w:type="spellStart"/>
      <w:r>
        <w:t>vzdělávací</w:t>
      </w:r>
      <w:proofErr w:type="spellEnd"/>
      <w:r>
        <w:t xml:space="preserve"> </w:t>
      </w:r>
      <w:proofErr w:type="spellStart"/>
      <w:r>
        <w:t>nabídky</w:t>
      </w:r>
      <w:proofErr w:type="spellEnd"/>
      <w:r>
        <w:t xml:space="preserve"> a </w:t>
      </w:r>
      <w:proofErr w:type="spellStart"/>
      <w:r>
        <w:t>odbornou</w:t>
      </w:r>
      <w:proofErr w:type="spellEnd"/>
      <w:r>
        <w:t xml:space="preserve"> </w:t>
      </w:r>
      <w:proofErr w:type="spellStart"/>
      <w:r>
        <w:t>komunikaci</w:t>
      </w:r>
      <w:proofErr w:type="spellEnd"/>
      <w:r>
        <w:t xml:space="preserve"> se </w:t>
      </w:r>
      <w:proofErr w:type="spellStart"/>
      <w:r>
        <w:t>zákonnými</w:t>
      </w:r>
      <w:proofErr w:type="spellEnd"/>
      <w:r>
        <w:t xml:space="preserve"> </w:t>
      </w:r>
      <w:proofErr w:type="spellStart"/>
      <w:r>
        <w:t>zástupci</w:t>
      </w:r>
      <w:proofErr w:type="spellEnd"/>
      <w:r>
        <w:t xml:space="preserve"> a </w:t>
      </w:r>
      <w:proofErr w:type="spellStart"/>
      <w:r>
        <w:t>poradenskými</w:t>
      </w:r>
      <w:proofErr w:type="spellEnd"/>
      <w:r>
        <w:t xml:space="preserve"> </w:t>
      </w:r>
      <w:proofErr w:type="spellStart"/>
      <w:r>
        <w:t>pracovišti</w:t>
      </w:r>
      <w:proofErr w:type="spellEnd"/>
      <w:r>
        <w:t xml:space="preserve">. </w:t>
      </w:r>
      <w:proofErr w:type="spellStart"/>
      <w:r>
        <w:t>Výběrové</w:t>
      </w:r>
      <w:proofErr w:type="spellEnd"/>
      <w:r>
        <w:t xml:space="preserve"> portfolio </w:t>
      </w:r>
      <w:proofErr w:type="spellStart"/>
      <w:r>
        <w:t>podporuje</w:t>
      </w:r>
      <w:proofErr w:type="spellEnd"/>
      <w:r>
        <w:t xml:space="preserve"> </w:t>
      </w:r>
      <w:proofErr w:type="spellStart"/>
      <w:r>
        <w:t>sebehodnocení</w:t>
      </w:r>
      <w:proofErr w:type="spellEnd"/>
      <w:r>
        <w:t xml:space="preserve"> </w:t>
      </w:r>
      <w:proofErr w:type="spellStart"/>
      <w:r>
        <w:t>dítěte</w:t>
      </w:r>
      <w:proofErr w:type="spellEnd"/>
      <w:r>
        <w:t xml:space="preserve"> a </w:t>
      </w:r>
      <w:proofErr w:type="spellStart"/>
      <w:r>
        <w:t>sdílení</w:t>
      </w:r>
      <w:proofErr w:type="spellEnd"/>
      <w:r>
        <w:t xml:space="preserve"> </w:t>
      </w:r>
      <w:proofErr w:type="spellStart"/>
      <w:r>
        <w:t>jeho</w:t>
      </w:r>
      <w:proofErr w:type="spellEnd"/>
      <w:r>
        <w:t xml:space="preserve"> </w:t>
      </w:r>
      <w:proofErr w:type="spellStart"/>
      <w:r>
        <w:t>pokroků</w:t>
      </w:r>
      <w:proofErr w:type="spellEnd"/>
      <w:r>
        <w:t xml:space="preserve"> s </w:t>
      </w:r>
      <w:proofErr w:type="spellStart"/>
      <w:r>
        <w:t>rodinou</w:t>
      </w:r>
      <w:proofErr w:type="spellEnd"/>
      <w:r>
        <w:t>.</w:t>
      </w:r>
    </w:p>
    <w:p w14:paraId="27F0D30D" w14:textId="77777777" w:rsidR="002B11F8" w:rsidRDefault="002B11F8">
      <w:pPr>
        <w:pStyle w:val="Normln1"/>
        <w:jc w:val="both"/>
      </w:pPr>
      <w:r>
        <w:t>Evaluační systém školy sleduje zejména naplňování ŠVP PV, rozvoj klíčových kompetencí dětí, dosahování očekávaných výsledků učení a kvalitu podmínek vzdělávání, práci pedagogů, výsledky vzdělávání, bezpečnost, spolupráci se zákonnými zástupci a funkčnost používaných metod, včetně center aktivit. Zjištění jsou využívána pro plánování další práce a úpravu vzdělávací nabídky.</w:t>
      </w:r>
    </w:p>
    <w:p w14:paraId="29E57EE8" w14:textId="77777777" w:rsidR="00CB3864" w:rsidRDefault="0074127D">
      <w:pPr>
        <w:pStyle w:val="Nadpis1"/>
      </w:pPr>
      <w:r>
        <w:rPr>
          <w:rFonts w:ascii="Arial" w:hAnsi="Arial"/>
          <w:b w:val="0"/>
        </w:rPr>
        <w:t xml:space="preserve">16. </w:t>
      </w:r>
      <w:proofErr w:type="spellStart"/>
      <w:r>
        <w:rPr>
          <w:rFonts w:ascii="Arial" w:hAnsi="Arial"/>
          <w:b w:val="0"/>
        </w:rPr>
        <w:t>Podávání</w:t>
      </w:r>
      <w:proofErr w:type="spellEnd"/>
      <w:r>
        <w:rPr>
          <w:rFonts w:ascii="Arial" w:hAnsi="Arial"/>
          <w:b w:val="0"/>
        </w:rPr>
        <w:t xml:space="preserve"> a </w:t>
      </w:r>
      <w:proofErr w:type="spellStart"/>
      <w:r>
        <w:rPr>
          <w:rFonts w:ascii="Arial" w:hAnsi="Arial"/>
          <w:b w:val="0"/>
        </w:rPr>
        <w:t>vyřizování</w:t>
      </w:r>
      <w:proofErr w:type="spellEnd"/>
      <w:r>
        <w:rPr>
          <w:rFonts w:ascii="Arial" w:hAnsi="Arial"/>
          <w:b w:val="0"/>
        </w:rPr>
        <w:t xml:space="preserve"> </w:t>
      </w:r>
      <w:proofErr w:type="spellStart"/>
      <w:r>
        <w:rPr>
          <w:rFonts w:ascii="Arial" w:hAnsi="Arial"/>
          <w:b w:val="0"/>
        </w:rPr>
        <w:t>podnětů</w:t>
      </w:r>
      <w:proofErr w:type="spellEnd"/>
      <w:r>
        <w:rPr>
          <w:rFonts w:ascii="Arial" w:hAnsi="Arial"/>
          <w:b w:val="0"/>
        </w:rPr>
        <w:t xml:space="preserve"> a </w:t>
      </w:r>
      <w:proofErr w:type="spellStart"/>
      <w:r>
        <w:rPr>
          <w:rFonts w:ascii="Arial" w:hAnsi="Arial"/>
          <w:b w:val="0"/>
        </w:rPr>
        <w:t>stížností</w:t>
      </w:r>
      <w:proofErr w:type="spellEnd"/>
    </w:p>
    <w:p w14:paraId="64426278" w14:textId="41C2C52F" w:rsidR="00CB3864" w:rsidRDefault="0074127D" w:rsidP="00EF28F1">
      <w:pPr>
        <w:jc w:val="both"/>
      </w:pPr>
      <w:proofErr w:type="spellStart"/>
      <w:r>
        <w:t>Zákonný</w:t>
      </w:r>
      <w:proofErr w:type="spellEnd"/>
      <w:r>
        <w:t xml:space="preserve"> </w:t>
      </w:r>
      <w:proofErr w:type="spellStart"/>
      <w:r>
        <w:t>zástupce</w:t>
      </w:r>
      <w:proofErr w:type="spellEnd"/>
      <w:r>
        <w:t xml:space="preserve"> </w:t>
      </w:r>
      <w:proofErr w:type="spellStart"/>
      <w:r>
        <w:t>může</w:t>
      </w:r>
      <w:proofErr w:type="spellEnd"/>
      <w:r>
        <w:t xml:space="preserve"> </w:t>
      </w:r>
      <w:proofErr w:type="spellStart"/>
      <w:r>
        <w:t>podat</w:t>
      </w:r>
      <w:proofErr w:type="spellEnd"/>
      <w:r>
        <w:t xml:space="preserve"> </w:t>
      </w:r>
      <w:proofErr w:type="spellStart"/>
      <w:r>
        <w:t>podnět</w:t>
      </w:r>
      <w:proofErr w:type="spellEnd"/>
      <w:r>
        <w:t xml:space="preserve">, </w:t>
      </w:r>
      <w:proofErr w:type="spellStart"/>
      <w:r>
        <w:t>oznámení</w:t>
      </w:r>
      <w:proofErr w:type="spellEnd"/>
      <w:r>
        <w:t xml:space="preserve"> </w:t>
      </w:r>
      <w:proofErr w:type="spellStart"/>
      <w:r>
        <w:t>nebo</w:t>
      </w:r>
      <w:proofErr w:type="spellEnd"/>
      <w:r>
        <w:t xml:space="preserve"> </w:t>
      </w:r>
      <w:proofErr w:type="spellStart"/>
      <w:r>
        <w:t>stížnost</w:t>
      </w:r>
      <w:proofErr w:type="spellEnd"/>
      <w:r>
        <w:t xml:space="preserve"> k </w:t>
      </w:r>
      <w:proofErr w:type="spellStart"/>
      <w:r>
        <w:t>činnosti</w:t>
      </w:r>
      <w:proofErr w:type="spellEnd"/>
      <w:r>
        <w:t xml:space="preserve"> </w:t>
      </w:r>
      <w:proofErr w:type="spellStart"/>
      <w:r>
        <w:t>mateřské</w:t>
      </w:r>
      <w:proofErr w:type="spellEnd"/>
      <w:r>
        <w:t xml:space="preserve"> </w:t>
      </w:r>
      <w:proofErr w:type="spellStart"/>
      <w:r>
        <w:t>školy</w:t>
      </w:r>
      <w:proofErr w:type="spellEnd"/>
      <w:r>
        <w:t xml:space="preserve"> </w:t>
      </w:r>
      <w:proofErr w:type="spellStart"/>
      <w:r>
        <w:t>ústně</w:t>
      </w:r>
      <w:proofErr w:type="spellEnd"/>
      <w:r>
        <w:t xml:space="preserve">, </w:t>
      </w:r>
      <w:proofErr w:type="spellStart"/>
      <w:r>
        <w:t>písemně</w:t>
      </w:r>
      <w:proofErr w:type="spellEnd"/>
      <w:r>
        <w:t>, e-</w:t>
      </w:r>
      <w:proofErr w:type="spellStart"/>
      <w:r>
        <w:t>mailem</w:t>
      </w:r>
      <w:proofErr w:type="spellEnd"/>
      <w:r>
        <w:t xml:space="preserve"> </w:t>
      </w:r>
      <w:proofErr w:type="spellStart"/>
      <w:r>
        <w:t>nebo</w:t>
      </w:r>
      <w:proofErr w:type="spellEnd"/>
      <w:r>
        <w:t xml:space="preserve"> </w:t>
      </w:r>
      <w:proofErr w:type="spellStart"/>
      <w:r>
        <w:t>prostřednictvím</w:t>
      </w:r>
      <w:proofErr w:type="spellEnd"/>
      <w:r>
        <w:t xml:space="preserve"> </w:t>
      </w:r>
      <w:proofErr w:type="spellStart"/>
      <w:r>
        <w:t>datové</w:t>
      </w:r>
      <w:proofErr w:type="spellEnd"/>
      <w:r>
        <w:t xml:space="preserve"> </w:t>
      </w:r>
      <w:proofErr w:type="spellStart"/>
      <w:r>
        <w:t>schránky</w:t>
      </w:r>
      <w:proofErr w:type="spellEnd"/>
      <w:r>
        <w:t xml:space="preserve"> </w:t>
      </w:r>
      <w:proofErr w:type="spellStart"/>
      <w:r>
        <w:t>školy</w:t>
      </w:r>
      <w:proofErr w:type="spellEnd"/>
      <w:r>
        <w:t xml:space="preserve">. </w:t>
      </w:r>
      <w:proofErr w:type="spellStart"/>
      <w:r>
        <w:t>Ústní</w:t>
      </w:r>
      <w:proofErr w:type="spellEnd"/>
      <w:r>
        <w:t xml:space="preserve"> </w:t>
      </w:r>
      <w:proofErr w:type="spellStart"/>
      <w:r>
        <w:t>podání</w:t>
      </w:r>
      <w:proofErr w:type="spellEnd"/>
      <w:r>
        <w:t xml:space="preserve">, </w:t>
      </w:r>
      <w:proofErr w:type="spellStart"/>
      <w:r>
        <w:t>které</w:t>
      </w:r>
      <w:proofErr w:type="spellEnd"/>
      <w:r>
        <w:t xml:space="preserve"> </w:t>
      </w:r>
      <w:proofErr w:type="spellStart"/>
      <w:r>
        <w:t>má</w:t>
      </w:r>
      <w:proofErr w:type="spellEnd"/>
      <w:r>
        <w:t xml:space="preserve"> </w:t>
      </w:r>
      <w:proofErr w:type="spellStart"/>
      <w:r>
        <w:t>charakter</w:t>
      </w:r>
      <w:proofErr w:type="spellEnd"/>
      <w:r>
        <w:t xml:space="preserve"> </w:t>
      </w:r>
      <w:proofErr w:type="spellStart"/>
      <w:r>
        <w:t>stížnosti</w:t>
      </w:r>
      <w:proofErr w:type="spellEnd"/>
      <w:r>
        <w:t xml:space="preserve">, je </w:t>
      </w:r>
      <w:proofErr w:type="spellStart"/>
      <w:r>
        <w:t>na</w:t>
      </w:r>
      <w:proofErr w:type="spellEnd"/>
      <w:r>
        <w:t xml:space="preserve"> </w:t>
      </w:r>
      <w:proofErr w:type="spellStart"/>
      <w:r>
        <w:t>žádost</w:t>
      </w:r>
      <w:proofErr w:type="spellEnd"/>
      <w:r>
        <w:t xml:space="preserve"> </w:t>
      </w:r>
      <w:proofErr w:type="spellStart"/>
      <w:r>
        <w:t>stěžovatele</w:t>
      </w:r>
      <w:proofErr w:type="spellEnd"/>
      <w:r>
        <w:t xml:space="preserve"> </w:t>
      </w:r>
      <w:proofErr w:type="spellStart"/>
      <w:r>
        <w:t>nebo</w:t>
      </w:r>
      <w:proofErr w:type="spellEnd"/>
      <w:r>
        <w:t xml:space="preserve"> </w:t>
      </w:r>
      <w:proofErr w:type="spellStart"/>
      <w:r>
        <w:t>podle</w:t>
      </w:r>
      <w:proofErr w:type="spellEnd"/>
      <w:r>
        <w:t xml:space="preserve"> </w:t>
      </w:r>
      <w:proofErr w:type="spellStart"/>
      <w:r>
        <w:t>povahy</w:t>
      </w:r>
      <w:proofErr w:type="spellEnd"/>
      <w:r>
        <w:t xml:space="preserve"> </w:t>
      </w:r>
      <w:proofErr w:type="spellStart"/>
      <w:r>
        <w:t>věci</w:t>
      </w:r>
      <w:proofErr w:type="spellEnd"/>
      <w:r>
        <w:t xml:space="preserve"> </w:t>
      </w:r>
      <w:proofErr w:type="spellStart"/>
      <w:r>
        <w:t>zaznamenáno</w:t>
      </w:r>
      <w:proofErr w:type="spellEnd"/>
      <w:r>
        <w:t xml:space="preserve"> </w:t>
      </w:r>
      <w:proofErr w:type="spellStart"/>
      <w:r>
        <w:t>písemně</w:t>
      </w:r>
      <w:proofErr w:type="spellEnd"/>
      <w:r>
        <w:t>.</w:t>
      </w:r>
    </w:p>
    <w:p w14:paraId="61C88DC7" w14:textId="77777777" w:rsidR="00CB3864" w:rsidRDefault="0074127D" w:rsidP="00EF28F1">
      <w:pPr>
        <w:jc w:val="both"/>
      </w:pPr>
      <w:proofErr w:type="spellStart"/>
      <w:r>
        <w:t>Stížnost</w:t>
      </w:r>
      <w:proofErr w:type="spellEnd"/>
      <w:r>
        <w:t xml:space="preserve"> </w:t>
      </w:r>
      <w:proofErr w:type="spellStart"/>
      <w:r>
        <w:t>vyřizuje</w:t>
      </w:r>
      <w:proofErr w:type="spellEnd"/>
      <w:r>
        <w:t xml:space="preserve"> </w:t>
      </w:r>
      <w:proofErr w:type="spellStart"/>
      <w:r>
        <w:t>ředitel</w:t>
      </w:r>
      <w:proofErr w:type="spellEnd"/>
      <w:r>
        <w:t xml:space="preserve"> </w:t>
      </w:r>
      <w:proofErr w:type="spellStart"/>
      <w:r>
        <w:t>školy</w:t>
      </w:r>
      <w:proofErr w:type="spellEnd"/>
      <w:r>
        <w:t xml:space="preserve"> </w:t>
      </w:r>
      <w:proofErr w:type="spellStart"/>
      <w:r>
        <w:t>nebo</w:t>
      </w:r>
      <w:proofErr w:type="spellEnd"/>
      <w:r>
        <w:t xml:space="preserve"> </w:t>
      </w:r>
      <w:proofErr w:type="spellStart"/>
      <w:r>
        <w:t>jím</w:t>
      </w:r>
      <w:proofErr w:type="spellEnd"/>
      <w:r>
        <w:t xml:space="preserve"> </w:t>
      </w:r>
      <w:proofErr w:type="spellStart"/>
      <w:r>
        <w:t>pověřená</w:t>
      </w:r>
      <w:proofErr w:type="spellEnd"/>
      <w:r>
        <w:t xml:space="preserve"> </w:t>
      </w:r>
      <w:proofErr w:type="spellStart"/>
      <w:r>
        <w:t>osoba</w:t>
      </w:r>
      <w:proofErr w:type="spellEnd"/>
      <w:r>
        <w:t xml:space="preserve">. </w:t>
      </w:r>
      <w:proofErr w:type="spellStart"/>
      <w:r>
        <w:t>Škola</w:t>
      </w:r>
      <w:proofErr w:type="spellEnd"/>
      <w:r>
        <w:t xml:space="preserve"> </w:t>
      </w:r>
      <w:proofErr w:type="spellStart"/>
      <w:r>
        <w:t>stížnost</w:t>
      </w:r>
      <w:proofErr w:type="spellEnd"/>
      <w:r>
        <w:t xml:space="preserve"> </w:t>
      </w:r>
      <w:proofErr w:type="spellStart"/>
      <w:r>
        <w:t>prošetří</w:t>
      </w:r>
      <w:proofErr w:type="spellEnd"/>
      <w:r>
        <w:t xml:space="preserve">, </w:t>
      </w:r>
      <w:proofErr w:type="spellStart"/>
      <w:r>
        <w:t>vyhodnotí</w:t>
      </w:r>
      <w:proofErr w:type="spellEnd"/>
      <w:r>
        <w:t xml:space="preserve"> </w:t>
      </w:r>
      <w:proofErr w:type="spellStart"/>
      <w:r>
        <w:t>důvodnost</w:t>
      </w:r>
      <w:proofErr w:type="spellEnd"/>
      <w:r>
        <w:t xml:space="preserve"> a </w:t>
      </w:r>
      <w:proofErr w:type="spellStart"/>
      <w:r>
        <w:t>přijme</w:t>
      </w:r>
      <w:proofErr w:type="spellEnd"/>
      <w:r>
        <w:t xml:space="preserve"> </w:t>
      </w:r>
      <w:proofErr w:type="spellStart"/>
      <w:r>
        <w:t>případná</w:t>
      </w:r>
      <w:proofErr w:type="spellEnd"/>
      <w:r>
        <w:t xml:space="preserve"> </w:t>
      </w:r>
      <w:proofErr w:type="spellStart"/>
      <w:r>
        <w:t>opatření</w:t>
      </w:r>
      <w:proofErr w:type="spellEnd"/>
      <w:r>
        <w:t xml:space="preserve">. O </w:t>
      </w:r>
      <w:proofErr w:type="spellStart"/>
      <w:r>
        <w:t>výsledku</w:t>
      </w:r>
      <w:proofErr w:type="spellEnd"/>
      <w:r>
        <w:t xml:space="preserve"> </w:t>
      </w:r>
      <w:proofErr w:type="spellStart"/>
      <w:r>
        <w:t>vyřízení</w:t>
      </w:r>
      <w:proofErr w:type="spellEnd"/>
      <w:r>
        <w:t xml:space="preserve"> je </w:t>
      </w:r>
      <w:proofErr w:type="spellStart"/>
      <w:r>
        <w:t>stěžovatel</w:t>
      </w:r>
      <w:proofErr w:type="spellEnd"/>
      <w:r>
        <w:t xml:space="preserve"> </w:t>
      </w:r>
      <w:proofErr w:type="spellStart"/>
      <w:r>
        <w:t>informován</w:t>
      </w:r>
      <w:proofErr w:type="spellEnd"/>
      <w:r>
        <w:t xml:space="preserve"> </w:t>
      </w:r>
      <w:proofErr w:type="spellStart"/>
      <w:r>
        <w:t>přiměřeným</w:t>
      </w:r>
      <w:proofErr w:type="spellEnd"/>
      <w:r>
        <w:t xml:space="preserve"> </w:t>
      </w:r>
      <w:proofErr w:type="spellStart"/>
      <w:r>
        <w:t>způsobem</w:t>
      </w:r>
      <w:proofErr w:type="spellEnd"/>
      <w:r>
        <w:t xml:space="preserve"> </w:t>
      </w:r>
      <w:proofErr w:type="spellStart"/>
      <w:r>
        <w:t>zpravidla</w:t>
      </w:r>
      <w:proofErr w:type="spellEnd"/>
      <w:r>
        <w:t xml:space="preserve"> do 30 </w:t>
      </w:r>
      <w:proofErr w:type="spellStart"/>
      <w:r>
        <w:t>dnů</w:t>
      </w:r>
      <w:proofErr w:type="spellEnd"/>
      <w:r>
        <w:t xml:space="preserve"> od </w:t>
      </w:r>
      <w:proofErr w:type="spellStart"/>
      <w:r>
        <w:t>doručení</w:t>
      </w:r>
      <w:proofErr w:type="spellEnd"/>
      <w:r>
        <w:t xml:space="preserve">, </w:t>
      </w:r>
      <w:proofErr w:type="spellStart"/>
      <w:r>
        <w:t>pokud</w:t>
      </w:r>
      <w:proofErr w:type="spellEnd"/>
      <w:r>
        <w:t xml:space="preserve"> </w:t>
      </w:r>
      <w:proofErr w:type="spellStart"/>
      <w:r>
        <w:t>povaha</w:t>
      </w:r>
      <w:proofErr w:type="spellEnd"/>
      <w:r>
        <w:t xml:space="preserve"> </w:t>
      </w:r>
      <w:proofErr w:type="spellStart"/>
      <w:r>
        <w:t>věci</w:t>
      </w:r>
      <w:proofErr w:type="spellEnd"/>
      <w:r>
        <w:t xml:space="preserve"> </w:t>
      </w:r>
      <w:proofErr w:type="spellStart"/>
      <w:r>
        <w:t>nevyžaduje</w:t>
      </w:r>
      <w:proofErr w:type="spellEnd"/>
      <w:r>
        <w:t xml:space="preserve"> </w:t>
      </w:r>
      <w:proofErr w:type="spellStart"/>
      <w:r>
        <w:t>jiný</w:t>
      </w:r>
      <w:proofErr w:type="spellEnd"/>
      <w:r>
        <w:t xml:space="preserve"> </w:t>
      </w:r>
      <w:proofErr w:type="spellStart"/>
      <w:r>
        <w:t>postup</w:t>
      </w:r>
      <w:proofErr w:type="spellEnd"/>
      <w:r>
        <w:t xml:space="preserve"> </w:t>
      </w:r>
      <w:proofErr w:type="spellStart"/>
      <w:r>
        <w:t>podle</w:t>
      </w:r>
      <w:proofErr w:type="spellEnd"/>
      <w:r>
        <w:t xml:space="preserve"> </w:t>
      </w:r>
      <w:proofErr w:type="spellStart"/>
      <w:r>
        <w:t>právních</w:t>
      </w:r>
      <w:proofErr w:type="spellEnd"/>
      <w:r>
        <w:t xml:space="preserve"> </w:t>
      </w:r>
      <w:proofErr w:type="spellStart"/>
      <w:r>
        <w:t>předpisů</w:t>
      </w:r>
      <w:proofErr w:type="spellEnd"/>
      <w:r>
        <w:t xml:space="preserve">. </w:t>
      </w:r>
      <w:proofErr w:type="spellStart"/>
      <w:r>
        <w:t>Podání</w:t>
      </w:r>
      <w:proofErr w:type="spellEnd"/>
      <w:r>
        <w:t xml:space="preserve"> </w:t>
      </w:r>
      <w:proofErr w:type="spellStart"/>
      <w:r>
        <w:t>stížnosti</w:t>
      </w:r>
      <w:proofErr w:type="spellEnd"/>
      <w:r>
        <w:t xml:space="preserve"> </w:t>
      </w:r>
      <w:proofErr w:type="spellStart"/>
      <w:r>
        <w:t>nesmí</w:t>
      </w:r>
      <w:proofErr w:type="spellEnd"/>
      <w:r>
        <w:t xml:space="preserve"> </w:t>
      </w:r>
      <w:proofErr w:type="spellStart"/>
      <w:r>
        <w:t>být</w:t>
      </w:r>
      <w:proofErr w:type="spellEnd"/>
      <w:r>
        <w:t xml:space="preserve"> </w:t>
      </w:r>
      <w:proofErr w:type="spellStart"/>
      <w:r>
        <w:t>zákonnému</w:t>
      </w:r>
      <w:proofErr w:type="spellEnd"/>
      <w:r>
        <w:t xml:space="preserve"> </w:t>
      </w:r>
      <w:proofErr w:type="spellStart"/>
      <w:r>
        <w:t>zástupci</w:t>
      </w:r>
      <w:proofErr w:type="spellEnd"/>
      <w:r>
        <w:t xml:space="preserve"> ani </w:t>
      </w:r>
      <w:proofErr w:type="spellStart"/>
      <w:r>
        <w:t>dítěti</w:t>
      </w:r>
      <w:proofErr w:type="spellEnd"/>
      <w:r>
        <w:t xml:space="preserve"> </w:t>
      </w:r>
      <w:proofErr w:type="spellStart"/>
      <w:r>
        <w:t>na</w:t>
      </w:r>
      <w:proofErr w:type="spellEnd"/>
      <w:r>
        <w:t xml:space="preserve"> </w:t>
      </w:r>
      <w:proofErr w:type="spellStart"/>
      <w:r>
        <w:t>újmu</w:t>
      </w:r>
      <w:proofErr w:type="spellEnd"/>
      <w:r>
        <w:t>.</w:t>
      </w:r>
    </w:p>
    <w:p w14:paraId="34FE6E40" w14:textId="77777777" w:rsidR="00670C5E" w:rsidRDefault="00670C5E" w:rsidP="00EF28F1">
      <w:pPr>
        <w:jc w:val="both"/>
      </w:pPr>
    </w:p>
    <w:p w14:paraId="47BEDFA7" w14:textId="77777777" w:rsidR="00670C5E" w:rsidRDefault="00670C5E" w:rsidP="00EF28F1">
      <w:pPr>
        <w:jc w:val="both"/>
      </w:pPr>
    </w:p>
    <w:p w14:paraId="39D06ACF" w14:textId="77777777" w:rsidR="00670C5E" w:rsidRDefault="00670C5E" w:rsidP="00EF28F1">
      <w:pPr>
        <w:jc w:val="both"/>
      </w:pPr>
    </w:p>
    <w:p w14:paraId="56D80FF0" w14:textId="77777777" w:rsidR="00670C5E" w:rsidRDefault="00670C5E" w:rsidP="00EF28F1">
      <w:pPr>
        <w:jc w:val="both"/>
      </w:pPr>
    </w:p>
    <w:p w14:paraId="2210097B" w14:textId="77777777" w:rsidR="00670C5E" w:rsidRDefault="00670C5E" w:rsidP="00EF28F1">
      <w:pPr>
        <w:jc w:val="both"/>
      </w:pPr>
    </w:p>
    <w:p w14:paraId="65F3F29E" w14:textId="77777777" w:rsidR="00CB3864" w:rsidRDefault="0074127D">
      <w:pPr>
        <w:pStyle w:val="Nadpis1"/>
      </w:pPr>
      <w:r>
        <w:rPr>
          <w:rFonts w:ascii="Arial" w:hAnsi="Arial"/>
          <w:b w:val="0"/>
        </w:rPr>
        <w:lastRenderedPageBreak/>
        <w:t xml:space="preserve">17. </w:t>
      </w:r>
      <w:proofErr w:type="spellStart"/>
      <w:r>
        <w:rPr>
          <w:rFonts w:ascii="Arial" w:hAnsi="Arial"/>
          <w:b w:val="0"/>
        </w:rPr>
        <w:t>Závěrečná</w:t>
      </w:r>
      <w:proofErr w:type="spellEnd"/>
      <w:r>
        <w:rPr>
          <w:rFonts w:ascii="Arial" w:hAnsi="Arial"/>
          <w:b w:val="0"/>
        </w:rPr>
        <w:t xml:space="preserve"> </w:t>
      </w:r>
      <w:proofErr w:type="spellStart"/>
      <w:r>
        <w:rPr>
          <w:rFonts w:ascii="Arial" w:hAnsi="Arial"/>
          <w:b w:val="0"/>
        </w:rPr>
        <w:t>ustanovení</w:t>
      </w:r>
      <w:proofErr w:type="spellEnd"/>
    </w:p>
    <w:p w14:paraId="5AAF83BE" w14:textId="77777777" w:rsidR="00CB3864" w:rsidRDefault="0074127D" w:rsidP="00670C5E">
      <w:pPr>
        <w:jc w:val="both"/>
      </w:pPr>
      <w:proofErr w:type="spellStart"/>
      <w:r>
        <w:t>Školní</w:t>
      </w:r>
      <w:proofErr w:type="spellEnd"/>
      <w:r>
        <w:t xml:space="preserve"> </w:t>
      </w:r>
      <w:proofErr w:type="spellStart"/>
      <w:r>
        <w:t>řád</w:t>
      </w:r>
      <w:proofErr w:type="spellEnd"/>
      <w:r>
        <w:t xml:space="preserve"> je </w:t>
      </w:r>
      <w:proofErr w:type="spellStart"/>
      <w:r>
        <w:t>zveřejněn</w:t>
      </w:r>
      <w:proofErr w:type="spellEnd"/>
      <w:r>
        <w:t xml:space="preserve"> </w:t>
      </w:r>
      <w:proofErr w:type="spellStart"/>
      <w:r>
        <w:t>na</w:t>
      </w:r>
      <w:proofErr w:type="spellEnd"/>
      <w:r>
        <w:t xml:space="preserve"> </w:t>
      </w:r>
      <w:proofErr w:type="spellStart"/>
      <w:r>
        <w:t>webových</w:t>
      </w:r>
      <w:proofErr w:type="spellEnd"/>
      <w:r>
        <w:t xml:space="preserve"> </w:t>
      </w:r>
      <w:proofErr w:type="spellStart"/>
      <w:r>
        <w:t>stránkách</w:t>
      </w:r>
      <w:proofErr w:type="spellEnd"/>
      <w:r>
        <w:t xml:space="preserve"> </w:t>
      </w:r>
      <w:proofErr w:type="spellStart"/>
      <w:r>
        <w:t>školy</w:t>
      </w:r>
      <w:proofErr w:type="spellEnd"/>
      <w:r>
        <w:t xml:space="preserve"> a v </w:t>
      </w:r>
      <w:proofErr w:type="spellStart"/>
      <w:r>
        <w:t>tištěné</w:t>
      </w:r>
      <w:proofErr w:type="spellEnd"/>
      <w:r>
        <w:t xml:space="preserve"> </w:t>
      </w:r>
      <w:proofErr w:type="spellStart"/>
      <w:r>
        <w:t>podobě</w:t>
      </w:r>
      <w:proofErr w:type="spellEnd"/>
      <w:r>
        <w:t xml:space="preserve"> </w:t>
      </w:r>
      <w:proofErr w:type="spellStart"/>
      <w:r>
        <w:t>na</w:t>
      </w:r>
      <w:proofErr w:type="spellEnd"/>
      <w:r>
        <w:t xml:space="preserve"> </w:t>
      </w:r>
      <w:proofErr w:type="spellStart"/>
      <w:r>
        <w:t>dostupných</w:t>
      </w:r>
      <w:proofErr w:type="spellEnd"/>
      <w:r>
        <w:t xml:space="preserve"> </w:t>
      </w:r>
      <w:proofErr w:type="spellStart"/>
      <w:r>
        <w:t>místech</w:t>
      </w:r>
      <w:proofErr w:type="spellEnd"/>
      <w:r>
        <w:t xml:space="preserve"> </w:t>
      </w:r>
      <w:proofErr w:type="spellStart"/>
      <w:r>
        <w:t>jednotlivých</w:t>
      </w:r>
      <w:proofErr w:type="spellEnd"/>
      <w:r>
        <w:t xml:space="preserve"> </w:t>
      </w:r>
      <w:proofErr w:type="spellStart"/>
      <w:r>
        <w:t>pracovišť</w:t>
      </w:r>
      <w:proofErr w:type="spellEnd"/>
      <w:r>
        <w:t xml:space="preserve"> </w:t>
      </w:r>
      <w:proofErr w:type="spellStart"/>
      <w:r>
        <w:t>mateřské</w:t>
      </w:r>
      <w:proofErr w:type="spellEnd"/>
      <w:r>
        <w:t xml:space="preserve"> </w:t>
      </w:r>
      <w:proofErr w:type="spellStart"/>
      <w:r>
        <w:t>školy</w:t>
      </w:r>
      <w:proofErr w:type="spellEnd"/>
      <w:r>
        <w:t xml:space="preserve">. </w:t>
      </w:r>
      <w:proofErr w:type="spellStart"/>
      <w:r>
        <w:t>Zaměstnanci</w:t>
      </w:r>
      <w:proofErr w:type="spellEnd"/>
      <w:r>
        <w:t xml:space="preserve"> </w:t>
      </w:r>
      <w:proofErr w:type="spellStart"/>
      <w:r>
        <w:t>školy</w:t>
      </w:r>
      <w:proofErr w:type="spellEnd"/>
      <w:r>
        <w:t xml:space="preserve"> </w:t>
      </w:r>
      <w:proofErr w:type="spellStart"/>
      <w:r>
        <w:t>jsou</w:t>
      </w:r>
      <w:proofErr w:type="spellEnd"/>
      <w:r>
        <w:t xml:space="preserve"> se </w:t>
      </w:r>
      <w:proofErr w:type="spellStart"/>
      <w:r>
        <w:t>školním</w:t>
      </w:r>
      <w:proofErr w:type="spellEnd"/>
      <w:r>
        <w:t xml:space="preserve"> </w:t>
      </w:r>
      <w:proofErr w:type="spellStart"/>
      <w:r>
        <w:t>řádem</w:t>
      </w:r>
      <w:proofErr w:type="spellEnd"/>
      <w:r>
        <w:t xml:space="preserve"> </w:t>
      </w:r>
      <w:proofErr w:type="spellStart"/>
      <w:r>
        <w:t>prokazatelně</w:t>
      </w:r>
      <w:proofErr w:type="spellEnd"/>
      <w:r>
        <w:t xml:space="preserve"> </w:t>
      </w:r>
      <w:proofErr w:type="spellStart"/>
      <w:r>
        <w:t>seznámeni</w:t>
      </w:r>
      <w:proofErr w:type="spellEnd"/>
      <w:r>
        <w:t xml:space="preserve">. </w:t>
      </w:r>
      <w:proofErr w:type="spellStart"/>
      <w:r>
        <w:t>Zákonní</w:t>
      </w:r>
      <w:proofErr w:type="spellEnd"/>
      <w:r>
        <w:t xml:space="preserve"> </w:t>
      </w:r>
      <w:proofErr w:type="spellStart"/>
      <w:r>
        <w:t>zástupci</w:t>
      </w:r>
      <w:proofErr w:type="spellEnd"/>
      <w:r>
        <w:t xml:space="preserve"> </w:t>
      </w:r>
      <w:proofErr w:type="spellStart"/>
      <w:r>
        <w:t>jsou</w:t>
      </w:r>
      <w:proofErr w:type="spellEnd"/>
      <w:r>
        <w:t xml:space="preserve"> o </w:t>
      </w:r>
      <w:proofErr w:type="spellStart"/>
      <w:r>
        <w:t>vydání</w:t>
      </w:r>
      <w:proofErr w:type="spellEnd"/>
      <w:r>
        <w:t xml:space="preserve"> a </w:t>
      </w:r>
      <w:proofErr w:type="spellStart"/>
      <w:r>
        <w:t>obsahu</w:t>
      </w:r>
      <w:proofErr w:type="spellEnd"/>
      <w:r>
        <w:t xml:space="preserve"> </w:t>
      </w:r>
      <w:proofErr w:type="spellStart"/>
      <w:r>
        <w:t>školního</w:t>
      </w:r>
      <w:proofErr w:type="spellEnd"/>
      <w:r>
        <w:t xml:space="preserve"> </w:t>
      </w:r>
      <w:proofErr w:type="spellStart"/>
      <w:r>
        <w:t>řádu</w:t>
      </w:r>
      <w:proofErr w:type="spellEnd"/>
      <w:r>
        <w:t xml:space="preserve"> </w:t>
      </w:r>
      <w:proofErr w:type="spellStart"/>
      <w:r>
        <w:t>informováni</w:t>
      </w:r>
      <w:proofErr w:type="spellEnd"/>
      <w:r>
        <w:t xml:space="preserve"> </w:t>
      </w:r>
      <w:proofErr w:type="spellStart"/>
      <w:r>
        <w:t>při</w:t>
      </w:r>
      <w:proofErr w:type="spellEnd"/>
      <w:r>
        <w:t xml:space="preserve"> </w:t>
      </w:r>
      <w:proofErr w:type="spellStart"/>
      <w:r>
        <w:t>zahájení</w:t>
      </w:r>
      <w:proofErr w:type="spellEnd"/>
      <w:r>
        <w:t xml:space="preserve"> </w:t>
      </w:r>
      <w:proofErr w:type="spellStart"/>
      <w:r>
        <w:t>docházky</w:t>
      </w:r>
      <w:proofErr w:type="spellEnd"/>
      <w:r>
        <w:t xml:space="preserve"> </w:t>
      </w:r>
      <w:proofErr w:type="spellStart"/>
      <w:r>
        <w:t>dítěte</w:t>
      </w:r>
      <w:proofErr w:type="spellEnd"/>
      <w:r>
        <w:t xml:space="preserve">, </w:t>
      </w:r>
      <w:proofErr w:type="spellStart"/>
      <w:r>
        <w:t>na</w:t>
      </w:r>
      <w:proofErr w:type="spellEnd"/>
      <w:r>
        <w:t xml:space="preserve"> </w:t>
      </w:r>
      <w:proofErr w:type="spellStart"/>
      <w:r>
        <w:t>třídních</w:t>
      </w:r>
      <w:proofErr w:type="spellEnd"/>
      <w:r>
        <w:t xml:space="preserve"> </w:t>
      </w:r>
      <w:proofErr w:type="spellStart"/>
      <w:r>
        <w:t>schůzkách</w:t>
      </w:r>
      <w:proofErr w:type="spellEnd"/>
      <w:r>
        <w:t xml:space="preserve"> a </w:t>
      </w:r>
      <w:proofErr w:type="spellStart"/>
      <w:r>
        <w:t>prostřednictvím</w:t>
      </w:r>
      <w:proofErr w:type="spellEnd"/>
      <w:r>
        <w:t xml:space="preserve"> </w:t>
      </w:r>
      <w:proofErr w:type="spellStart"/>
      <w:r>
        <w:t>obvyklých</w:t>
      </w:r>
      <w:proofErr w:type="spellEnd"/>
      <w:r>
        <w:t xml:space="preserve"> </w:t>
      </w:r>
      <w:proofErr w:type="spellStart"/>
      <w:r>
        <w:t>komunikačních</w:t>
      </w:r>
      <w:proofErr w:type="spellEnd"/>
      <w:r>
        <w:t xml:space="preserve"> </w:t>
      </w:r>
      <w:proofErr w:type="spellStart"/>
      <w:r>
        <w:t>kanálů</w:t>
      </w:r>
      <w:proofErr w:type="spellEnd"/>
      <w:r>
        <w:t xml:space="preserve"> </w:t>
      </w:r>
      <w:proofErr w:type="spellStart"/>
      <w:r>
        <w:t>školy</w:t>
      </w:r>
      <w:proofErr w:type="spellEnd"/>
      <w:r>
        <w:t>.</w:t>
      </w:r>
    </w:p>
    <w:p w14:paraId="1A5E02E4" w14:textId="77777777" w:rsidR="00CB3864" w:rsidRDefault="0074127D" w:rsidP="00670C5E">
      <w:pPr>
        <w:jc w:val="both"/>
      </w:pPr>
      <w:proofErr w:type="spellStart"/>
      <w:r>
        <w:t>Změny</w:t>
      </w:r>
      <w:proofErr w:type="spellEnd"/>
      <w:r>
        <w:t xml:space="preserve"> a </w:t>
      </w:r>
      <w:proofErr w:type="spellStart"/>
      <w:r>
        <w:t>dodatky</w:t>
      </w:r>
      <w:proofErr w:type="spellEnd"/>
      <w:r>
        <w:t xml:space="preserve"> </w:t>
      </w:r>
      <w:proofErr w:type="spellStart"/>
      <w:r>
        <w:t>školního</w:t>
      </w:r>
      <w:proofErr w:type="spellEnd"/>
      <w:r>
        <w:t xml:space="preserve"> </w:t>
      </w:r>
      <w:proofErr w:type="spellStart"/>
      <w:r>
        <w:t>řádu</w:t>
      </w:r>
      <w:proofErr w:type="spellEnd"/>
      <w:r>
        <w:t xml:space="preserve"> se </w:t>
      </w:r>
      <w:proofErr w:type="spellStart"/>
      <w:r>
        <w:t>provádějí</w:t>
      </w:r>
      <w:proofErr w:type="spellEnd"/>
      <w:r>
        <w:t xml:space="preserve"> </w:t>
      </w:r>
      <w:proofErr w:type="spellStart"/>
      <w:r>
        <w:t>písemně</w:t>
      </w:r>
      <w:proofErr w:type="spellEnd"/>
      <w:r>
        <w:t xml:space="preserve">. </w:t>
      </w:r>
      <w:proofErr w:type="spellStart"/>
      <w:r>
        <w:t>Školní</w:t>
      </w:r>
      <w:proofErr w:type="spellEnd"/>
      <w:r>
        <w:t xml:space="preserve"> </w:t>
      </w:r>
      <w:proofErr w:type="spellStart"/>
      <w:r>
        <w:t>řád</w:t>
      </w:r>
      <w:proofErr w:type="spellEnd"/>
      <w:r>
        <w:t xml:space="preserve"> </w:t>
      </w:r>
      <w:proofErr w:type="spellStart"/>
      <w:r>
        <w:t>nabývá</w:t>
      </w:r>
      <w:proofErr w:type="spellEnd"/>
      <w:r>
        <w:t xml:space="preserve"> </w:t>
      </w:r>
      <w:proofErr w:type="spellStart"/>
      <w:r>
        <w:t>účinnosti</w:t>
      </w:r>
      <w:proofErr w:type="spellEnd"/>
      <w:r>
        <w:t xml:space="preserve"> </w:t>
      </w:r>
      <w:proofErr w:type="spellStart"/>
      <w:r>
        <w:t>dne</w:t>
      </w:r>
      <w:proofErr w:type="spellEnd"/>
      <w:r>
        <w:t xml:space="preserve"> 1. 9. 2026. </w:t>
      </w:r>
      <w:proofErr w:type="spellStart"/>
      <w:r>
        <w:t>Dnem</w:t>
      </w:r>
      <w:proofErr w:type="spellEnd"/>
      <w:r>
        <w:t xml:space="preserve"> </w:t>
      </w:r>
      <w:proofErr w:type="spellStart"/>
      <w:r>
        <w:t>nabytí</w:t>
      </w:r>
      <w:proofErr w:type="spellEnd"/>
      <w:r>
        <w:t xml:space="preserve"> </w:t>
      </w:r>
      <w:proofErr w:type="spellStart"/>
      <w:r>
        <w:t>účinnosti</w:t>
      </w:r>
      <w:proofErr w:type="spellEnd"/>
      <w:r>
        <w:t xml:space="preserve"> </w:t>
      </w:r>
      <w:proofErr w:type="spellStart"/>
      <w:r>
        <w:t>tohoto</w:t>
      </w:r>
      <w:proofErr w:type="spellEnd"/>
      <w:r>
        <w:t xml:space="preserve"> </w:t>
      </w:r>
      <w:proofErr w:type="spellStart"/>
      <w:r>
        <w:t>školního</w:t>
      </w:r>
      <w:proofErr w:type="spellEnd"/>
      <w:r>
        <w:t xml:space="preserve"> </w:t>
      </w:r>
      <w:proofErr w:type="spellStart"/>
      <w:r>
        <w:t>řádu</w:t>
      </w:r>
      <w:proofErr w:type="spellEnd"/>
      <w:r>
        <w:t xml:space="preserve"> se </w:t>
      </w:r>
      <w:proofErr w:type="spellStart"/>
      <w:r>
        <w:t>ruší</w:t>
      </w:r>
      <w:proofErr w:type="spellEnd"/>
      <w:r>
        <w:t xml:space="preserve"> </w:t>
      </w:r>
      <w:proofErr w:type="spellStart"/>
      <w:r>
        <w:t>předchozí</w:t>
      </w:r>
      <w:proofErr w:type="spellEnd"/>
      <w:r>
        <w:t xml:space="preserve"> </w:t>
      </w:r>
      <w:proofErr w:type="spellStart"/>
      <w:r>
        <w:t>školní</w:t>
      </w:r>
      <w:proofErr w:type="spellEnd"/>
      <w:r>
        <w:t xml:space="preserve"> </w:t>
      </w:r>
      <w:proofErr w:type="spellStart"/>
      <w:r>
        <w:t>řád</w:t>
      </w:r>
      <w:proofErr w:type="spellEnd"/>
      <w:r>
        <w:t xml:space="preserve"> </w:t>
      </w:r>
      <w:proofErr w:type="spellStart"/>
      <w:r>
        <w:t>mateřské</w:t>
      </w:r>
      <w:proofErr w:type="spellEnd"/>
      <w:r>
        <w:t xml:space="preserve"> </w:t>
      </w:r>
      <w:proofErr w:type="spellStart"/>
      <w:r>
        <w:t>školy</w:t>
      </w:r>
      <w:proofErr w:type="spellEnd"/>
      <w:r>
        <w:t xml:space="preserve"> a </w:t>
      </w:r>
      <w:proofErr w:type="spellStart"/>
      <w:r>
        <w:t>jeho</w:t>
      </w:r>
      <w:proofErr w:type="spellEnd"/>
      <w:r>
        <w:t xml:space="preserve"> </w:t>
      </w:r>
      <w:proofErr w:type="spellStart"/>
      <w:r>
        <w:t>dodatky</w:t>
      </w:r>
      <w:proofErr w:type="spellEnd"/>
      <w:r>
        <w:t xml:space="preserve"> v </w:t>
      </w:r>
      <w:proofErr w:type="spellStart"/>
      <w:r>
        <w:t>rozsahu</w:t>
      </w:r>
      <w:proofErr w:type="spellEnd"/>
      <w:r>
        <w:t xml:space="preserve">, v </w:t>
      </w:r>
      <w:proofErr w:type="spellStart"/>
      <w:r>
        <w:t>němž</w:t>
      </w:r>
      <w:proofErr w:type="spellEnd"/>
      <w:r>
        <w:t xml:space="preserve"> </w:t>
      </w:r>
      <w:proofErr w:type="spellStart"/>
      <w:r>
        <w:t>upravovaly</w:t>
      </w:r>
      <w:proofErr w:type="spellEnd"/>
      <w:r>
        <w:t xml:space="preserve"> </w:t>
      </w:r>
      <w:proofErr w:type="spellStart"/>
      <w:r>
        <w:t>tutéž</w:t>
      </w:r>
      <w:proofErr w:type="spellEnd"/>
      <w:r>
        <w:t xml:space="preserve"> oblast.</w:t>
      </w:r>
    </w:p>
    <w:p w14:paraId="6187B79B" w14:textId="77777777" w:rsidR="00670C5E" w:rsidRDefault="00670C5E"/>
    <w:p w14:paraId="24EE6704" w14:textId="77777777" w:rsidR="00670C5E" w:rsidRDefault="00670C5E"/>
    <w:tbl>
      <w:tblPr>
        <w:tblStyle w:val="Mkatabulky"/>
        <w:tblW w:w="0" w:type="auto"/>
        <w:jc w:val="center"/>
        <w:tblLook w:val="04A0" w:firstRow="1" w:lastRow="0" w:firstColumn="1" w:lastColumn="0" w:noHBand="0" w:noVBand="1"/>
      </w:tblPr>
      <w:tblGrid>
        <w:gridCol w:w="2551"/>
        <w:gridCol w:w="6406"/>
      </w:tblGrid>
      <w:tr w:rsidR="00CB3864" w14:paraId="236F18A5" w14:textId="77777777">
        <w:trPr>
          <w:jc w:val="center"/>
        </w:trPr>
        <w:tc>
          <w:tcPr>
            <w:tcW w:w="2551" w:type="dxa"/>
            <w:tcMar>
              <w:top w:w="90" w:type="dxa"/>
              <w:left w:w="90" w:type="dxa"/>
              <w:bottom w:w="90" w:type="dxa"/>
              <w:right w:w="90" w:type="dxa"/>
            </w:tcMar>
            <w:vAlign w:val="center"/>
          </w:tcPr>
          <w:p w14:paraId="23A1A9C4" w14:textId="77777777" w:rsidR="00CB3864" w:rsidRDefault="0074127D">
            <w:r>
              <w:rPr>
                <w:sz w:val="19"/>
              </w:rPr>
              <w:t xml:space="preserve">V </w:t>
            </w:r>
            <w:proofErr w:type="spellStart"/>
            <w:r>
              <w:rPr>
                <w:sz w:val="19"/>
              </w:rPr>
              <w:t>Mimoni</w:t>
            </w:r>
            <w:proofErr w:type="spellEnd"/>
            <w:r>
              <w:rPr>
                <w:sz w:val="19"/>
              </w:rPr>
              <w:t xml:space="preserve"> </w:t>
            </w:r>
            <w:proofErr w:type="spellStart"/>
            <w:r>
              <w:rPr>
                <w:sz w:val="19"/>
              </w:rPr>
              <w:t>dne</w:t>
            </w:r>
            <w:proofErr w:type="spellEnd"/>
          </w:p>
        </w:tc>
        <w:tc>
          <w:tcPr>
            <w:tcW w:w="6406" w:type="dxa"/>
            <w:tcMar>
              <w:top w:w="90" w:type="dxa"/>
              <w:left w:w="90" w:type="dxa"/>
              <w:bottom w:w="90" w:type="dxa"/>
              <w:right w:w="90" w:type="dxa"/>
            </w:tcMar>
            <w:vAlign w:val="center"/>
          </w:tcPr>
          <w:p w14:paraId="0BFA7BE1" w14:textId="77777777" w:rsidR="00CB3864" w:rsidRDefault="0074127D">
            <w:r>
              <w:rPr>
                <w:sz w:val="19"/>
              </w:rPr>
              <w:t>................................................</w:t>
            </w:r>
          </w:p>
        </w:tc>
      </w:tr>
      <w:tr w:rsidR="00CB3864" w14:paraId="3DE6226B" w14:textId="77777777">
        <w:trPr>
          <w:jc w:val="center"/>
        </w:trPr>
        <w:tc>
          <w:tcPr>
            <w:tcW w:w="2551" w:type="dxa"/>
            <w:tcMar>
              <w:top w:w="90" w:type="dxa"/>
              <w:left w:w="90" w:type="dxa"/>
              <w:bottom w:w="90" w:type="dxa"/>
              <w:right w:w="90" w:type="dxa"/>
            </w:tcMar>
            <w:vAlign w:val="center"/>
          </w:tcPr>
          <w:p w14:paraId="7811245D" w14:textId="77777777" w:rsidR="00CB3864" w:rsidRDefault="0074127D">
            <w:proofErr w:type="spellStart"/>
            <w:r>
              <w:rPr>
                <w:sz w:val="19"/>
              </w:rPr>
              <w:t>Ředitel</w:t>
            </w:r>
            <w:proofErr w:type="spellEnd"/>
            <w:r>
              <w:rPr>
                <w:sz w:val="19"/>
              </w:rPr>
              <w:t xml:space="preserve"> </w:t>
            </w:r>
            <w:proofErr w:type="spellStart"/>
            <w:r>
              <w:rPr>
                <w:sz w:val="19"/>
              </w:rPr>
              <w:t>školy</w:t>
            </w:r>
            <w:proofErr w:type="spellEnd"/>
          </w:p>
        </w:tc>
        <w:tc>
          <w:tcPr>
            <w:tcW w:w="6406" w:type="dxa"/>
            <w:tcMar>
              <w:top w:w="90" w:type="dxa"/>
              <w:left w:w="90" w:type="dxa"/>
              <w:bottom w:w="90" w:type="dxa"/>
              <w:right w:w="90" w:type="dxa"/>
            </w:tcMar>
            <w:vAlign w:val="center"/>
          </w:tcPr>
          <w:p w14:paraId="44AD0D5B" w14:textId="77777777" w:rsidR="00CB3864" w:rsidRDefault="0074127D">
            <w:r>
              <w:rPr>
                <w:sz w:val="19"/>
              </w:rPr>
              <w:t>Ing. Tomáš Kobr, MBA</w:t>
            </w:r>
          </w:p>
        </w:tc>
      </w:tr>
      <w:tr w:rsidR="00CB3864" w14:paraId="40D88460" w14:textId="77777777">
        <w:trPr>
          <w:jc w:val="center"/>
        </w:trPr>
        <w:tc>
          <w:tcPr>
            <w:tcW w:w="2551" w:type="dxa"/>
            <w:tcMar>
              <w:top w:w="90" w:type="dxa"/>
              <w:left w:w="90" w:type="dxa"/>
              <w:bottom w:w="90" w:type="dxa"/>
              <w:right w:w="90" w:type="dxa"/>
            </w:tcMar>
            <w:vAlign w:val="center"/>
          </w:tcPr>
          <w:p w14:paraId="40C32BDA" w14:textId="77777777" w:rsidR="00CB3864" w:rsidRDefault="0074127D">
            <w:proofErr w:type="spellStart"/>
            <w:r>
              <w:rPr>
                <w:sz w:val="19"/>
              </w:rPr>
              <w:t>Podpis</w:t>
            </w:r>
            <w:proofErr w:type="spellEnd"/>
            <w:r>
              <w:rPr>
                <w:sz w:val="19"/>
              </w:rPr>
              <w:t xml:space="preserve"> a </w:t>
            </w:r>
            <w:proofErr w:type="spellStart"/>
            <w:r>
              <w:rPr>
                <w:sz w:val="19"/>
              </w:rPr>
              <w:t>razítko</w:t>
            </w:r>
            <w:proofErr w:type="spellEnd"/>
          </w:p>
        </w:tc>
        <w:tc>
          <w:tcPr>
            <w:tcW w:w="6406" w:type="dxa"/>
            <w:tcMar>
              <w:top w:w="90" w:type="dxa"/>
              <w:left w:w="90" w:type="dxa"/>
              <w:bottom w:w="90" w:type="dxa"/>
              <w:right w:w="90" w:type="dxa"/>
            </w:tcMar>
            <w:vAlign w:val="center"/>
          </w:tcPr>
          <w:p w14:paraId="1A7620E4" w14:textId="77777777" w:rsidR="00CB3864" w:rsidRDefault="0074127D">
            <w:r>
              <w:rPr>
                <w:sz w:val="19"/>
              </w:rPr>
              <w:t>................................................</w:t>
            </w:r>
          </w:p>
        </w:tc>
      </w:tr>
    </w:tbl>
    <w:p w14:paraId="4D5B1D88" w14:textId="77777777" w:rsidR="00CB3864" w:rsidRDefault="00CB3864"/>
    <w:p w14:paraId="3B88CF43" w14:textId="77777777" w:rsidR="00CB3864" w:rsidRDefault="0074127D">
      <w:pPr>
        <w:pStyle w:val="Nadpis1"/>
      </w:pPr>
      <w:r>
        <w:rPr>
          <w:rFonts w:ascii="Arial" w:hAnsi="Arial"/>
          <w:b w:val="0"/>
        </w:rPr>
        <w:t xml:space="preserve">18. </w:t>
      </w:r>
      <w:proofErr w:type="spellStart"/>
      <w:r>
        <w:rPr>
          <w:rFonts w:ascii="Arial" w:hAnsi="Arial"/>
          <w:b w:val="0"/>
        </w:rPr>
        <w:t>Kontakty</w:t>
      </w:r>
      <w:proofErr w:type="spellEnd"/>
    </w:p>
    <w:tbl>
      <w:tblPr>
        <w:tblStyle w:val="Mkatabulky"/>
        <w:tblW w:w="0" w:type="auto"/>
        <w:jc w:val="center"/>
        <w:tblLook w:val="04A0" w:firstRow="1" w:lastRow="0" w:firstColumn="1" w:lastColumn="0" w:noHBand="0" w:noVBand="1"/>
      </w:tblPr>
      <w:tblGrid>
        <w:gridCol w:w="2551"/>
        <w:gridCol w:w="6406"/>
      </w:tblGrid>
      <w:tr w:rsidR="00CB3864" w14:paraId="71E956A2" w14:textId="77777777">
        <w:trPr>
          <w:tblHeader/>
          <w:jc w:val="center"/>
        </w:trPr>
        <w:tc>
          <w:tcPr>
            <w:tcW w:w="2551" w:type="dxa"/>
            <w:shd w:val="clear" w:color="auto" w:fill="1F4E79"/>
            <w:tcMar>
              <w:top w:w="90" w:type="dxa"/>
              <w:left w:w="90" w:type="dxa"/>
              <w:bottom w:w="90" w:type="dxa"/>
              <w:right w:w="90" w:type="dxa"/>
            </w:tcMar>
            <w:vAlign w:val="center"/>
          </w:tcPr>
          <w:p w14:paraId="0A84038D" w14:textId="77777777" w:rsidR="00CB3864" w:rsidRDefault="0074127D">
            <w:r>
              <w:rPr>
                <w:b/>
                <w:color w:val="FFFFFF"/>
                <w:sz w:val="19"/>
              </w:rPr>
              <w:t>Oblast</w:t>
            </w:r>
          </w:p>
        </w:tc>
        <w:tc>
          <w:tcPr>
            <w:tcW w:w="6406" w:type="dxa"/>
            <w:shd w:val="clear" w:color="auto" w:fill="1F4E79"/>
            <w:tcMar>
              <w:top w:w="90" w:type="dxa"/>
              <w:left w:w="90" w:type="dxa"/>
              <w:bottom w:w="90" w:type="dxa"/>
              <w:right w:w="90" w:type="dxa"/>
            </w:tcMar>
            <w:vAlign w:val="center"/>
          </w:tcPr>
          <w:p w14:paraId="0588F345" w14:textId="77777777" w:rsidR="00CB3864" w:rsidRDefault="0074127D">
            <w:proofErr w:type="spellStart"/>
            <w:r>
              <w:rPr>
                <w:b/>
                <w:color w:val="FFFFFF"/>
                <w:sz w:val="19"/>
              </w:rPr>
              <w:t>Kontakt</w:t>
            </w:r>
            <w:proofErr w:type="spellEnd"/>
          </w:p>
        </w:tc>
      </w:tr>
      <w:tr w:rsidR="00CB3864" w14:paraId="714C78D7" w14:textId="77777777">
        <w:trPr>
          <w:jc w:val="center"/>
        </w:trPr>
        <w:tc>
          <w:tcPr>
            <w:tcW w:w="2551" w:type="dxa"/>
            <w:tcMar>
              <w:top w:w="90" w:type="dxa"/>
              <w:left w:w="90" w:type="dxa"/>
              <w:bottom w:w="90" w:type="dxa"/>
              <w:right w:w="90" w:type="dxa"/>
            </w:tcMar>
            <w:vAlign w:val="center"/>
          </w:tcPr>
          <w:p w14:paraId="1FAD8A60" w14:textId="77777777" w:rsidR="00CB3864" w:rsidRDefault="0074127D">
            <w:proofErr w:type="spellStart"/>
            <w:r>
              <w:rPr>
                <w:sz w:val="19"/>
              </w:rPr>
              <w:t>Ředitel</w:t>
            </w:r>
            <w:proofErr w:type="spellEnd"/>
            <w:r>
              <w:rPr>
                <w:sz w:val="19"/>
              </w:rPr>
              <w:t xml:space="preserve"> </w:t>
            </w:r>
            <w:proofErr w:type="spellStart"/>
            <w:r>
              <w:rPr>
                <w:sz w:val="19"/>
              </w:rPr>
              <w:t>školy</w:t>
            </w:r>
            <w:proofErr w:type="spellEnd"/>
          </w:p>
        </w:tc>
        <w:tc>
          <w:tcPr>
            <w:tcW w:w="6406" w:type="dxa"/>
            <w:tcMar>
              <w:top w:w="90" w:type="dxa"/>
              <w:left w:w="90" w:type="dxa"/>
              <w:bottom w:w="90" w:type="dxa"/>
              <w:right w:w="90" w:type="dxa"/>
            </w:tcMar>
            <w:vAlign w:val="center"/>
          </w:tcPr>
          <w:p w14:paraId="5FA252B9" w14:textId="3F913B26" w:rsidR="00CB3864" w:rsidRDefault="0074127D">
            <w:r>
              <w:rPr>
                <w:sz w:val="19"/>
              </w:rPr>
              <w:t xml:space="preserve">Ing. Tomáš Kobr, MBA, </w:t>
            </w:r>
            <w:hyperlink r:id="rId8" w:history="1">
              <w:r w:rsidR="00803472" w:rsidRPr="00D6156D">
                <w:rPr>
                  <w:rStyle w:val="Hypertextovodkaz"/>
                  <w:sz w:val="19"/>
                </w:rPr>
                <w:t>reditel@skolamimon.cz</w:t>
              </w:r>
            </w:hyperlink>
            <w:r w:rsidR="00803472">
              <w:rPr>
                <w:sz w:val="19"/>
              </w:rPr>
              <w:t>, tel. 728 156 373</w:t>
            </w:r>
          </w:p>
        </w:tc>
      </w:tr>
      <w:tr w:rsidR="00CB3864" w14:paraId="3DDB87EF" w14:textId="77777777">
        <w:trPr>
          <w:jc w:val="center"/>
        </w:trPr>
        <w:tc>
          <w:tcPr>
            <w:tcW w:w="2551" w:type="dxa"/>
            <w:tcMar>
              <w:top w:w="90" w:type="dxa"/>
              <w:left w:w="90" w:type="dxa"/>
              <w:bottom w:w="90" w:type="dxa"/>
              <w:right w:w="90" w:type="dxa"/>
            </w:tcMar>
            <w:vAlign w:val="center"/>
          </w:tcPr>
          <w:p w14:paraId="1DC4D70E" w14:textId="77777777" w:rsidR="00CB3864" w:rsidRDefault="0074127D">
            <w:proofErr w:type="spellStart"/>
            <w:r>
              <w:rPr>
                <w:sz w:val="19"/>
              </w:rPr>
              <w:t>Zástupkyně</w:t>
            </w:r>
            <w:proofErr w:type="spellEnd"/>
            <w:r>
              <w:rPr>
                <w:sz w:val="19"/>
              </w:rPr>
              <w:t xml:space="preserve"> pro MŠ</w:t>
            </w:r>
          </w:p>
        </w:tc>
        <w:tc>
          <w:tcPr>
            <w:tcW w:w="6406" w:type="dxa"/>
            <w:tcMar>
              <w:top w:w="90" w:type="dxa"/>
              <w:left w:w="90" w:type="dxa"/>
              <w:bottom w:w="90" w:type="dxa"/>
              <w:right w:w="90" w:type="dxa"/>
            </w:tcMar>
            <w:vAlign w:val="center"/>
          </w:tcPr>
          <w:p w14:paraId="237AECCF" w14:textId="77777777" w:rsidR="00CB3864" w:rsidRDefault="0074127D">
            <w:r>
              <w:rPr>
                <w:sz w:val="19"/>
              </w:rPr>
              <w:t>Radomíra Řeháčková, tel. 733 159 001</w:t>
            </w:r>
          </w:p>
        </w:tc>
      </w:tr>
      <w:tr w:rsidR="00CB3864" w14:paraId="14D12F18" w14:textId="77777777">
        <w:trPr>
          <w:jc w:val="center"/>
        </w:trPr>
        <w:tc>
          <w:tcPr>
            <w:tcW w:w="2551" w:type="dxa"/>
            <w:tcMar>
              <w:top w:w="90" w:type="dxa"/>
              <w:left w:w="90" w:type="dxa"/>
              <w:bottom w:w="90" w:type="dxa"/>
              <w:right w:w="90" w:type="dxa"/>
            </w:tcMar>
            <w:vAlign w:val="center"/>
          </w:tcPr>
          <w:p w14:paraId="29FAA149" w14:textId="77777777" w:rsidR="00CB3864" w:rsidRDefault="0074127D">
            <w:r>
              <w:rPr>
                <w:sz w:val="19"/>
              </w:rPr>
              <w:t xml:space="preserve">MŠ </w:t>
            </w:r>
            <w:proofErr w:type="spellStart"/>
            <w:r>
              <w:rPr>
                <w:sz w:val="19"/>
              </w:rPr>
              <w:t>Komenského</w:t>
            </w:r>
            <w:proofErr w:type="spellEnd"/>
          </w:p>
        </w:tc>
        <w:tc>
          <w:tcPr>
            <w:tcW w:w="6406" w:type="dxa"/>
            <w:tcMar>
              <w:top w:w="90" w:type="dxa"/>
              <w:left w:w="90" w:type="dxa"/>
              <w:bottom w:w="90" w:type="dxa"/>
              <w:right w:w="90" w:type="dxa"/>
            </w:tcMar>
            <w:vAlign w:val="center"/>
          </w:tcPr>
          <w:p w14:paraId="0F0A2F9C" w14:textId="77777777" w:rsidR="00CB3864" w:rsidRDefault="0074127D">
            <w:r>
              <w:rPr>
                <w:sz w:val="19"/>
              </w:rPr>
              <w:t>487 862 616, 733 159 001</w:t>
            </w:r>
          </w:p>
        </w:tc>
      </w:tr>
      <w:tr w:rsidR="00CB3864" w14:paraId="0EC3E4D7" w14:textId="77777777">
        <w:trPr>
          <w:jc w:val="center"/>
        </w:trPr>
        <w:tc>
          <w:tcPr>
            <w:tcW w:w="2551" w:type="dxa"/>
            <w:tcMar>
              <w:top w:w="90" w:type="dxa"/>
              <w:left w:w="90" w:type="dxa"/>
              <w:bottom w:w="90" w:type="dxa"/>
              <w:right w:w="90" w:type="dxa"/>
            </w:tcMar>
            <w:vAlign w:val="center"/>
          </w:tcPr>
          <w:p w14:paraId="380860C5" w14:textId="77777777" w:rsidR="00CB3864" w:rsidRDefault="0074127D">
            <w:r>
              <w:rPr>
                <w:sz w:val="19"/>
              </w:rPr>
              <w:t xml:space="preserve">MŠ </w:t>
            </w:r>
            <w:proofErr w:type="spellStart"/>
            <w:r>
              <w:rPr>
                <w:sz w:val="19"/>
              </w:rPr>
              <w:t>Letná</w:t>
            </w:r>
            <w:proofErr w:type="spellEnd"/>
          </w:p>
        </w:tc>
        <w:tc>
          <w:tcPr>
            <w:tcW w:w="6406" w:type="dxa"/>
            <w:tcMar>
              <w:top w:w="90" w:type="dxa"/>
              <w:left w:w="90" w:type="dxa"/>
              <w:bottom w:w="90" w:type="dxa"/>
              <w:right w:w="90" w:type="dxa"/>
            </w:tcMar>
            <w:vAlign w:val="center"/>
          </w:tcPr>
          <w:p w14:paraId="3475301F" w14:textId="77777777" w:rsidR="00CB3864" w:rsidRDefault="0074127D">
            <w:r>
              <w:rPr>
                <w:sz w:val="19"/>
              </w:rPr>
              <w:t>481 629704-7, 733 185 069, 731 411 921</w:t>
            </w:r>
          </w:p>
        </w:tc>
      </w:tr>
      <w:tr w:rsidR="00CB3864" w14:paraId="39644B54" w14:textId="77777777">
        <w:trPr>
          <w:jc w:val="center"/>
        </w:trPr>
        <w:tc>
          <w:tcPr>
            <w:tcW w:w="2551" w:type="dxa"/>
            <w:tcMar>
              <w:top w:w="90" w:type="dxa"/>
              <w:left w:w="90" w:type="dxa"/>
              <w:bottom w:w="90" w:type="dxa"/>
              <w:right w:w="90" w:type="dxa"/>
            </w:tcMar>
            <w:vAlign w:val="center"/>
          </w:tcPr>
          <w:p w14:paraId="0C2EBBD7" w14:textId="77777777" w:rsidR="00CB3864" w:rsidRDefault="0074127D">
            <w:r>
              <w:rPr>
                <w:sz w:val="19"/>
              </w:rPr>
              <w:t xml:space="preserve">MŠ </w:t>
            </w:r>
            <w:proofErr w:type="spellStart"/>
            <w:r>
              <w:rPr>
                <w:sz w:val="19"/>
              </w:rPr>
              <w:t>Eliášova</w:t>
            </w:r>
            <w:proofErr w:type="spellEnd"/>
          </w:p>
        </w:tc>
        <w:tc>
          <w:tcPr>
            <w:tcW w:w="6406" w:type="dxa"/>
            <w:tcMar>
              <w:top w:w="90" w:type="dxa"/>
              <w:left w:w="90" w:type="dxa"/>
              <w:bottom w:w="90" w:type="dxa"/>
              <w:right w:w="90" w:type="dxa"/>
            </w:tcMar>
            <w:vAlign w:val="center"/>
          </w:tcPr>
          <w:p w14:paraId="77E8CF44" w14:textId="77777777" w:rsidR="00CB3864" w:rsidRDefault="0074127D">
            <w:r>
              <w:rPr>
                <w:sz w:val="19"/>
              </w:rPr>
              <w:t>487 864 717, 723 027 065</w:t>
            </w:r>
          </w:p>
        </w:tc>
      </w:tr>
      <w:tr w:rsidR="00CB3864" w14:paraId="4FE81684" w14:textId="77777777">
        <w:trPr>
          <w:jc w:val="center"/>
        </w:trPr>
        <w:tc>
          <w:tcPr>
            <w:tcW w:w="2551" w:type="dxa"/>
            <w:tcMar>
              <w:top w:w="90" w:type="dxa"/>
              <w:left w:w="90" w:type="dxa"/>
              <w:bottom w:w="90" w:type="dxa"/>
              <w:right w:w="90" w:type="dxa"/>
            </w:tcMar>
            <w:vAlign w:val="center"/>
          </w:tcPr>
          <w:p w14:paraId="57AAB772" w14:textId="77777777" w:rsidR="00CB3864" w:rsidRDefault="0074127D">
            <w:r>
              <w:rPr>
                <w:sz w:val="19"/>
              </w:rPr>
              <w:t xml:space="preserve">Web </w:t>
            </w:r>
            <w:proofErr w:type="spellStart"/>
            <w:r>
              <w:rPr>
                <w:sz w:val="19"/>
              </w:rPr>
              <w:t>školy</w:t>
            </w:r>
            <w:proofErr w:type="spellEnd"/>
          </w:p>
        </w:tc>
        <w:tc>
          <w:tcPr>
            <w:tcW w:w="6406" w:type="dxa"/>
            <w:tcMar>
              <w:top w:w="90" w:type="dxa"/>
              <w:left w:w="90" w:type="dxa"/>
              <w:bottom w:w="90" w:type="dxa"/>
              <w:right w:w="90" w:type="dxa"/>
            </w:tcMar>
            <w:vAlign w:val="center"/>
          </w:tcPr>
          <w:p w14:paraId="4B4C79C3" w14:textId="3BE3D5BC" w:rsidR="00CB3864" w:rsidRDefault="00803472">
            <w:hyperlink r:id="rId9" w:history="1">
              <w:r w:rsidRPr="00D6156D">
                <w:rPr>
                  <w:rStyle w:val="Hypertextovodkaz"/>
                  <w:sz w:val="19"/>
                </w:rPr>
                <w:t>www.skolamimon.cz</w:t>
              </w:r>
            </w:hyperlink>
            <w:r>
              <w:rPr>
                <w:sz w:val="19"/>
              </w:rPr>
              <w:t xml:space="preserve">  </w:t>
            </w:r>
          </w:p>
        </w:tc>
      </w:tr>
      <w:tr w:rsidR="00CB3864" w14:paraId="35255A26" w14:textId="77777777">
        <w:trPr>
          <w:jc w:val="center"/>
        </w:trPr>
        <w:tc>
          <w:tcPr>
            <w:tcW w:w="2551" w:type="dxa"/>
            <w:tcMar>
              <w:top w:w="90" w:type="dxa"/>
              <w:left w:w="90" w:type="dxa"/>
              <w:bottom w:w="90" w:type="dxa"/>
              <w:right w:w="90" w:type="dxa"/>
            </w:tcMar>
            <w:vAlign w:val="center"/>
          </w:tcPr>
          <w:p w14:paraId="15B49647" w14:textId="77777777" w:rsidR="00CB3864" w:rsidRDefault="0074127D">
            <w:proofErr w:type="spellStart"/>
            <w:r>
              <w:rPr>
                <w:sz w:val="19"/>
              </w:rPr>
              <w:t>Vedoucí</w:t>
            </w:r>
            <w:proofErr w:type="spellEnd"/>
            <w:r>
              <w:rPr>
                <w:sz w:val="19"/>
              </w:rPr>
              <w:t xml:space="preserve"> </w:t>
            </w:r>
            <w:proofErr w:type="spellStart"/>
            <w:r>
              <w:rPr>
                <w:sz w:val="19"/>
              </w:rPr>
              <w:t>školní</w:t>
            </w:r>
            <w:proofErr w:type="spellEnd"/>
            <w:r>
              <w:rPr>
                <w:sz w:val="19"/>
              </w:rPr>
              <w:t xml:space="preserve"> </w:t>
            </w:r>
            <w:proofErr w:type="spellStart"/>
            <w:r>
              <w:rPr>
                <w:sz w:val="19"/>
              </w:rPr>
              <w:t>jídelny</w:t>
            </w:r>
            <w:proofErr w:type="spellEnd"/>
          </w:p>
        </w:tc>
        <w:tc>
          <w:tcPr>
            <w:tcW w:w="6406" w:type="dxa"/>
            <w:tcMar>
              <w:top w:w="90" w:type="dxa"/>
              <w:left w:w="90" w:type="dxa"/>
              <w:bottom w:w="90" w:type="dxa"/>
              <w:right w:w="90" w:type="dxa"/>
            </w:tcMar>
            <w:vAlign w:val="center"/>
          </w:tcPr>
          <w:p w14:paraId="4BF5F0D8" w14:textId="45DDDD42" w:rsidR="00CB3864" w:rsidRDefault="0074127D">
            <w:r>
              <w:rPr>
                <w:sz w:val="19"/>
              </w:rPr>
              <w:t>Jitka Fajbíková, tel. 73</w:t>
            </w:r>
            <w:r w:rsidR="00DD5372">
              <w:rPr>
                <w:sz w:val="19"/>
              </w:rPr>
              <w:t>3 185 029</w:t>
            </w:r>
          </w:p>
        </w:tc>
      </w:tr>
    </w:tbl>
    <w:p w14:paraId="750028D0" w14:textId="77777777" w:rsidR="00CB3864" w:rsidRDefault="00CB3864"/>
    <w:p w14:paraId="592D7E0B" w14:textId="77777777" w:rsidR="009A7DD7" w:rsidRDefault="009A7DD7"/>
    <w:p w14:paraId="34B26146" w14:textId="77777777" w:rsidR="009A7DD7" w:rsidRDefault="009A7DD7"/>
    <w:p w14:paraId="5AAB26CA" w14:textId="77777777" w:rsidR="009A7DD7" w:rsidRDefault="009A7DD7"/>
    <w:p w14:paraId="460D7246" w14:textId="77777777" w:rsidR="009A7DD7" w:rsidRDefault="009A7DD7"/>
    <w:p w14:paraId="6795AA52" w14:textId="77777777" w:rsidR="009A7DD7" w:rsidRDefault="009A7DD7"/>
    <w:p w14:paraId="58B954EF" w14:textId="77777777" w:rsidR="009A7DD7" w:rsidRDefault="009A7DD7"/>
    <w:p w14:paraId="5E93F60C" w14:textId="77777777" w:rsidR="009A7DD7" w:rsidRDefault="009A7DD7"/>
    <w:p w14:paraId="27E886C4" w14:textId="77777777" w:rsidR="009A7DD7" w:rsidRDefault="009A7DD7"/>
    <w:p w14:paraId="35CB0028" w14:textId="77777777" w:rsidR="009A7DD7" w:rsidRDefault="009A7DD7"/>
    <w:p w14:paraId="5569E895" w14:textId="77777777" w:rsidR="009A7DD7" w:rsidRDefault="009A7DD7"/>
    <w:p w14:paraId="222A9891" w14:textId="20C5ADAF" w:rsidR="00CB3864" w:rsidRDefault="0074127D">
      <w:pPr>
        <w:pStyle w:val="Nadpis1"/>
      </w:pPr>
      <w:proofErr w:type="spellStart"/>
      <w:r>
        <w:rPr>
          <w:rFonts w:ascii="Arial" w:hAnsi="Arial"/>
          <w:b w:val="0"/>
        </w:rPr>
        <w:t>Příloha</w:t>
      </w:r>
      <w:proofErr w:type="spellEnd"/>
      <w:r>
        <w:rPr>
          <w:rFonts w:ascii="Arial" w:hAnsi="Arial"/>
          <w:b w:val="0"/>
        </w:rPr>
        <w:t xml:space="preserve">: </w:t>
      </w:r>
      <w:proofErr w:type="spellStart"/>
      <w:r>
        <w:rPr>
          <w:rFonts w:ascii="Arial" w:hAnsi="Arial"/>
          <w:b w:val="0"/>
        </w:rPr>
        <w:t>Auditní</w:t>
      </w:r>
      <w:proofErr w:type="spellEnd"/>
      <w:r>
        <w:rPr>
          <w:rFonts w:ascii="Arial" w:hAnsi="Arial"/>
          <w:b w:val="0"/>
        </w:rPr>
        <w:t xml:space="preserve"> </w:t>
      </w:r>
      <w:proofErr w:type="spellStart"/>
      <w:r>
        <w:rPr>
          <w:rFonts w:ascii="Arial" w:hAnsi="Arial"/>
          <w:b w:val="0"/>
        </w:rPr>
        <w:t>kontrolní</w:t>
      </w:r>
      <w:proofErr w:type="spellEnd"/>
      <w:r>
        <w:rPr>
          <w:rFonts w:ascii="Arial" w:hAnsi="Arial"/>
          <w:b w:val="0"/>
        </w:rPr>
        <w:t xml:space="preserve"> list </w:t>
      </w:r>
      <w:proofErr w:type="spellStart"/>
      <w:r>
        <w:rPr>
          <w:rFonts w:ascii="Arial" w:hAnsi="Arial"/>
          <w:b w:val="0"/>
        </w:rPr>
        <w:t>souladu</w:t>
      </w:r>
      <w:proofErr w:type="spellEnd"/>
    </w:p>
    <w:tbl>
      <w:tblPr>
        <w:tblStyle w:val="Tabulkasmkou4zvraznn1"/>
        <w:tblW w:w="5000" w:type="pct"/>
        <w:tblLook w:val="04A0" w:firstRow="1" w:lastRow="0" w:firstColumn="1" w:lastColumn="0" w:noHBand="0" w:noVBand="1"/>
      </w:tblPr>
      <w:tblGrid>
        <w:gridCol w:w="3151"/>
        <w:gridCol w:w="6697"/>
      </w:tblGrid>
      <w:tr w:rsidR="002B11F8" w14:paraId="21A5966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0" w:type="pct"/>
            <w:shd w:val="clear" w:color="auto" w:fill="1F4E79"/>
            <w:tcMar>
              <w:top w:w="90" w:type="dxa"/>
              <w:left w:w="90" w:type="dxa"/>
              <w:bottom w:w="90" w:type="dxa"/>
              <w:right w:w="90" w:type="dxa"/>
            </w:tcMar>
            <w:hideMark/>
          </w:tcPr>
          <w:p w14:paraId="0DFA5469" w14:textId="77777777" w:rsidR="002B11F8" w:rsidRDefault="002B11F8">
            <w:pPr>
              <w:pStyle w:val="Normln1"/>
            </w:pPr>
            <w:r>
              <w:rPr>
                <w:color w:val="FFFFFF"/>
                <w:sz w:val="19"/>
                <w:szCs w:val="19"/>
              </w:rPr>
              <w:t>Kontrolovaná oblast</w:t>
            </w:r>
          </w:p>
        </w:tc>
        <w:tc>
          <w:tcPr>
            <w:tcW w:w="3400" w:type="pct"/>
            <w:shd w:val="clear" w:color="auto" w:fill="1F4E79"/>
            <w:tcMar>
              <w:top w:w="90" w:type="dxa"/>
              <w:left w:w="90" w:type="dxa"/>
              <w:bottom w:w="90" w:type="dxa"/>
              <w:right w:w="90" w:type="dxa"/>
            </w:tcMar>
            <w:hideMark/>
          </w:tcPr>
          <w:p w14:paraId="5784EDDA" w14:textId="77777777" w:rsidR="002B11F8" w:rsidRDefault="002B11F8">
            <w:pPr>
              <w:pStyle w:val="Normln1"/>
              <w:cnfStyle w:val="100000000000" w:firstRow="1" w:lastRow="0" w:firstColumn="0" w:lastColumn="0" w:oddVBand="0" w:evenVBand="0" w:oddHBand="0" w:evenHBand="0" w:firstRowFirstColumn="0" w:firstRowLastColumn="0" w:lastRowFirstColumn="0" w:lastRowLastColumn="0"/>
            </w:pPr>
            <w:r>
              <w:rPr>
                <w:color w:val="FFFFFF"/>
                <w:sz w:val="19"/>
                <w:szCs w:val="19"/>
              </w:rPr>
              <w:t>Způsob zapracování ve školním řádu</w:t>
            </w:r>
          </w:p>
        </w:tc>
      </w:tr>
      <w:tr w:rsidR="002B11F8" w14:paraId="3EE365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68875E21" w14:textId="77777777" w:rsidR="002B11F8" w:rsidRDefault="002B11F8">
            <w:pPr>
              <w:pStyle w:val="Normln1"/>
            </w:pPr>
            <w:r>
              <w:rPr>
                <w:sz w:val="19"/>
                <w:szCs w:val="19"/>
              </w:rPr>
              <w:t>§ 30 školského zákona</w:t>
            </w:r>
          </w:p>
        </w:tc>
        <w:tc>
          <w:tcPr>
            <w:tcW w:w="3400" w:type="pct"/>
            <w:tcMar>
              <w:top w:w="90" w:type="dxa"/>
              <w:left w:w="90" w:type="dxa"/>
              <w:bottom w:w="90" w:type="dxa"/>
              <w:right w:w="90" w:type="dxa"/>
            </w:tcMar>
            <w:hideMark/>
          </w:tcPr>
          <w:p w14:paraId="2C331618" w14:textId="77777777" w:rsidR="002B11F8" w:rsidRDefault="002B11F8">
            <w:pPr>
              <w:pStyle w:val="Normln1"/>
              <w:cnfStyle w:val="000000100000" w:firstRow="0" w:lastRow="0" w:firstColumn="0" w:lastColumn="0" w:oddVBand="0" w:evenVBand="0" w:oddHBand="1" w:evenHBand="0" w:firstRowFirstColumn="0" w:firstRowLastColumn="0" w:lastRowFirstColumn="0" w:lastRowLastColumn="0"/>
            </w:pPr>
            <w:r>
              <w:rPr>
                <w:sz w:val="19"/>
                <w:szCs w:val="19"/>
              </w:rPr>
              <w:t>Práva a povinnosti, pravidla vztahů, provoz a vnitřní režim, BOZP, ochrana před rizikovým chováním a zacházení s majetkem školy.</w:t>
            </w:r>
          </w:p>
        </w:tc>
      </w:tr>
      <w:tr w:rsidR="002B11F8" w14:paraId="41CF375F" w14:textId="77777777">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34AA2369" w14:textId="77777777" w:rsidR="002B11F8" w:rsidRDefault="002B11F8">
            <w:pPr>
              <w:pStyle w:val="Normln1"/>
            </w:pPr>
            <w:r>
              <w:rPr>
                <w:sz w:val="19"/>
                <w:szCs w:val="19"/>
              </w:rPr>
              <w:t>Povinné předškolní vzdělávání</w:t>
            </w:r>
          </w:p>
        </w:tc>
        <w:tc>
          <w:tcPr>
            <w:tcW w:w="3400" w:type="pct"/>
            <w:tcMar>
              <w:top w:w="90" w:type="dxa"/>
              <w:left w:w="90" w:type="dxa"/>
              <w:bottom w:w="90" w:type="dxa"/>
              <w:right w:w="90" w:type="dxa"/>
            </w:tcMar>
            <w:hideMark/>
          </w:tcPr>
          <w:p w14:paraId="7E1D36E0" w14:textId="77777777" w:rsidR="002B11F8" w:rsidRDefault="002B11F8">
            <w:pPr>
              <w:pStyle w:val="Normln1"/>
              <w:cnfStyle w:val="000000000000" w:firstRow="0" w:lastRow="0" w:firstColumn="0" w:lastColumn="0" w:oddVBand="0" w:evenVBand="0" w:oddHBand="0" w:evenHBand="0" w:firstRowFirstColumn="0" w:firstRowLastColumn="0" w:lastRowFirstColumn="0" w:lastRowLastColumn="0"/>
            </w:pPr>
            <w:r>
              <w:rPr>
                <w:sz w:val="19"/>
                <w:szCs w:val="19"/>
              </w:rPr>
              <w:t>Rozsah 4 hodiny denně, omlouvání nepřítomnosti, doložení důvodů, řešení neomluvené absence a režim školních prázdnin.</w:t>
            </w:r>
          </w:p>
        </w:tc>
      </w:tr>
      <w:tr w:rsidR="002B11F8" w14:paraId="68A7C8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458C0510" w14:textId="77777777" w:rsidR="002B11F8" w:rsidRDefault="002B11F8">
            <w:pPr>
              <w:pStyle w:val="Normln1"/>
            </w:pPr>
            <w:r>
              <w:rPr>
                <w:sz w:val="19"/>
                <w:szCs w:val="19"/>
              </w:rPr>
              <w:t>Individuální vzdělávání</w:t>
            </w:r>
          </w:p>
        </w:tc>
        <w:tc>
          <w:tcPr>
            <w:tcW w:w="3400" w:type="pct"/>
            <w:tcMar>
              <w:top w:w="90" w:type="dxa"/>
              <w:left w:w="90" w:type="dxa"/>
              <w:bottom w:w="90" w:type="dxa"/>
              <w:right w:w="90" w:type="dxa"/>
            </w:tcMar>
            <w:hideMark/>
          </w:tcPr>
          <w:p w14:paraId="27AB1094" w14:textId="77777777" w:rsidR="002B11F8" w:rsidRDefault="002B11F8">
            <w:pPr>
              <w:pStyle w:val="Normln1"/>
              <w:cnfStyle w:val="000000100000" w:firstRow="0" w:lastRow="0" w:firstColumn="0" w:lastColumn="0" w:oddVBand="0" w:evenVBand="0" w:oddHBand="1" w:evenHBand="0" w:firstRowFirstColumn="0" w:firstRowLastColumn="0" w:lastRowFirstColumn="0" w:lastRowLastColumn="0"/>
            </w:pPr>
            <w:r>
              <w:rPr>
                <w:sz w:val="19"/>
                <w:szCs w:val="19"/>
              </w:rPr>
              <w:t>Oznámení, obsah oznámení, doporučené oblasti vzdělávání, ověření, náhradní termín, písemný záznam z ověření a ukončení individuálního vzdělávání.</w:t>
            </w:r>
          </w:p>
        </w:tc>
      </w:tr>
      <w:tr w:rsidR="002B11F8" w14:paraId="606F40AB" w14:textId="77777777">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07C2811C" w14:textId="77777777" w:rsidR="002B11F8" w:rsidRDefault="002B11F8">
            <w:pPr>
              <w:pStyle w:val="Normln1"/>
            </w:pPr>
            <w:r>
              <w:rPr>
                <w:sz w:val="19"/>
                <w:szCs w:val="19"/>
              </w:rPr>
              <w:t>Přerušení nebo omezení provozu</w:t>
            </w:r>
          </w:p>
        </w:tc>
        <w:tc>
          <w:tcPr>
            <w:tcW w:w="3400" w:type="pct"/>
            <w:tcMar>
              <w:top w:w="90" w:type="dxa"/>
              <w:left w:w="90" w:type="dxa"/>
              <w:bottom w:w="90" w:type="dxa"/>
              <w:right w:w="90" w:type="dxa"/>
            </w:tcMar>
            <w:hideMark/>
          </w:tcPr>
          <w:p w14:paraId="4BDFB6A9" w14:textId="77777777" w:rsidR="002B11F8" w:rsidRDefault="002B11F8">
            <w:pPr>
              <w:pStyle w:val="Normln1"/>
              <w:cnfStyle w:val="000000000000" w:firstRow="0" w:lastRow="0" w:firstColumn="0" w:lastColumn="0" w:oddVBand="0" w:evenVBand="0" w:oddHBand="0" w:evenHBand="0" w:firstRowFirstColumn="0" w:firstRowLastColumn="0" w:lastRowFirstColumn="0" w:lastRowLastColumn="0"/>
            </w:pPr>
            <w:r>
              <w:rPr>
                <w:sz w:val="19"/>
                <w:szCs w:val="19"/>
              </w:rPr>
              <w:t>Informování zákonných zástupců o náhradním zajištění předškolního vzdělávání a využití více pracovišť školy.</w:t>
            </w:r>
          </w:p>
        </w:tc>
      </w:tr>
      <w:tr w:rsidR="002B11F8" w14:paraId="2C8C67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2710C0B5" w14:textId="77777777" w:rsidR="002B11F8" w:rsidRDefault="002B11F8">
            <w:pPr>
              <w:pStyle w:val="Normln1"/>
            </w:pPr>
            <w:r>
              <w:rPr>
                <w:sz w:val="19"/>
                <w:szCs w:val="19"/>
              </w:rPr>
              <w:t>Vzdělávání ve dvou MŠ a zápis</w:t>
            </w:r>
          </w:p>
        </w:tc>
        <w:tc>
          <w:tcPr>
            <w:tcW w:w="3400" w:type="pct"/>
            <w:tcMar>
              <w:top w:w="90" w:type="dxa"/>
              <w:left w:w="90" w:type="dxa"/>
              <w:bottom w:w="90" w:type="dxa"/>
              <w:right w:w="90" w:type="dxa"/>
            </w:tcMar>
            <w:hideMark/>
          </w:tcPr>
          <w:p w14:paraId="48BD9866" w14:textId="77777777" w:rsidR="002B11F8" w:rsidRDefault="002B11F8">
            <w:pPr>
              <w:pStyle w:val="Normln1"/>
              <w:cnfStyle w:val="000000100000" w:firstRow="0" w:lastRow="0" w:firstColumn="0" w:lastColumn="0" w:oddVBand="0" w:evenVBand="0" w:oddHBand="1" w:evenHBand="0" w:firstRowFirstColumn="0" w:firstRowLastColumn="0" w:lastRowFirstColumn="0" w:lastRowLastColumn="0"/>
            </w:pPr>
            <w:r>
              <w:rPr>
                <w:sz w:val="19"/>
                <w:szCs w:val="19"/>
              </w:rPr>
              <w:t>Povinnost uvést předchozí nebo souběžné vzdělávání v MŠ a pravidla spolupráce ředitelů při vzdělávání dítěte ve dvou mateřských školách.</w:t>
            </w:r>
          </w:p>
        </w:tc>
      </w:tr>
      <w:tr w:rsidR="002B11F8" w14:paraId="1F904B54" w14:textId="77777777">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215F3FA8" w14:textId="77777777" w:rsidR="002B11F8" w:rsidRDefault="002B11F8">
            <w:pPr>
              <w:pStyle w:val="Normln1"/>
            </w:pPr>
            <w:r>
              <w:rPr>
                <w:sz w:val="19"/>
                <w:szCs w:val="19"/>
              </w:rPr>
              <w:t>Bezpečnost při pobytu mimo MŠ</w:t>
            </w:r>
          </w:p>
        </w:tc>
        <w:tc>
          <w:tcPr>
            <w:tcW w:w="3400" w:type="pct"/>
            <w:tcMar>
              <w:top w:w="90" w:type="dxa"/>
              <w:left w:w="90" w:type="dxa"/>
              <w:bottom w:w="90" w:type="dxa"/>
              <w:right w:w="90" w:type="dxa"/>
            </w:tcMar>
            <w:hideMark/>
          </w:tcPr>
          <w:p w14:paraId="5E19D1BE" w14:textId="77777777" w:rsidR="002B11F8" w:rsidRDefault="002B11F8">
            <w:pPr>
              <w:pStyle w:val="Normln1"/>
              <w:cnfStyle w:val="000000000000" w:firstRow="0" w:lastRow="0" w:firstColumn="0" w:lastColumn="0" w:oddVBand="0" w:evenVBand="0" w:oddHBand="0" w:evenHBand="0" w:firstRowFirstColumn="0" w:firstRowLastColumn="0" w:lastRowFirstColumn="0" w:lastRowLastColumn="0"/>
            </w:pPr>
            <w:r>
              <w:rPr>
                <w:sz w:val="19"/>
                <w:szCs w:val="19"/>
              </w:rPr>
              <w:t>Limity dohledu podle vyhlášky o předškolním vzdělávání a snížení počtu dětí při přítomnosti dětí mladších 3 let nebo dětí s podpůrnými opatřeními 2. až 5. stupně.</w:t>
            </w:r>
          </w:p>
        </w:tc>
      </w:tr>
      <w:tr w:rsidR="002B11F8" w14:paraId="1DA612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7DA69F2B" w14:textId="77777777" w:rsidR="002B11F8" w:rsidRDefault="002B11F8">
            <w:pPr>
              <w:pStyle w:val="Normln1"/>
            </w:pPr>
            <w:r>
              <w:rPr>
                <w:sz w:val="19"/>
                <w:szCs w:val="19"/>
              </w:rPr>
              <w:t>Ukončení předškolního vzdělávání</w:t>
            </w:r>
          </w:p>
        </w:tc>
        <w:tc>
          <w:tcPr>
            <w:tcW w:w="3400" w:type="pct"/>
            <w:tcMar>
              <w:top w:w="90" w:type="dxa"/>
              <w:left w:w="90" w:type="dxa"/>
              <w:bottom w:w="90" w:type="dxa"/>
              <w:right w:w="90" w:type="dxa"/>
            </w:tcMar>
            <w:hideMark/>
          </w:tcPr>
          <w:p w14:paraId="7C3523A9" w14:textId="77777777" w:rsidR="002B11F8" w:rsidRDefault="002B11F8">
            <w:pPr>
              <w:pStyle w:val="Normln1"/>
              <w:cnfStyle w:val="000000100000" w:firstRow="0" w:lastRow="0" w:firstColumn="0" w:lastColumn="0" w:oddVBand="0" w:evenVBand="0" w:oddHBand="1" w:evenHBand="0" w:firstRowFirstColumn="0" w:firstRowLastColumn="0" w:lastRowFirstColumn="0" w:lastRowLastColumn="0"/>
            </w:pPr>
            <w:r>
              <w:rPr>
                <w:sz w:val="19"/>
                <w:szCs w:val="19"/>
              </w:rPr>
              <w:t>Pouze taxativní důvody podle § 35 školského zákona a výslovné vyloučení ukončení u dítěte v povinném předškolním vzdělávání.</w:t>
            </w:r>
          </w:p>
        </w:tc>
      </w:tr>
      <w:tr w:rsidR="002B11F8" w14:paraId="42E3B6C2" w14:textId="77777777">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0710D466" w14:textId="77777777" w:rsidR="002B11F8" w:rsidRDefault="002B11F8">
            <w:pPr>
              <w:pStyle w:val="Normln1"/>
            </w:pPr>
            <w:r>
              <w:rPr>
                <w:sz w:val="19"/>
                <w:szCs w:val="19"/>
              </w:rPr>
              <w:t>GDPR a fotografie</w:t>
            </w:r>
          </w:p>
        </w:tc>
        <w:tc>
          <w:tcPr>
            <w:tcW w:w="3400" w:type="pct"/>
            <w:tcMar>
              <w:top w:w="90" w:type="dxa"/>
              <w:left w:w="90" w:type="dxa"/>
              <w:bottom w:w="90" w:type="dxa"/>
              <w:right w:w="90" w:type="dxa"/>
            </w:tcMar>
            <w:hideMark/>
          </w:tcPr>
          <w:p w14:paraId="2BB110F1" w14:textId="77777777" w:rsidR="002B11F8" w:rsidRDefault="002B11F8">
            <w:pPr>
              <w:pStyle w:val="Normln1"/>
              <w:cnfStyle w:val="000000000000" w:firstRow="0" w:lastRow="0" w:firstColumn="0" w:lastColumn="0" w:oddVBand="0" w:evenVBand="0" w:oddHBand="0" w:evenHBand="0" w:firstRowFirstColumn="0" w:firstRowLastColumn="0" w:lastRowFirstColumn="0" w:lastRowLastColumn="0"/>
            </w:pPr>
            <w:r>
              <w:rPr>
                <w:sz w:val="19"/>
                <w:szCs w:val="19"/>
              </w:rPr>
              <w:t xml:space="preserve">Samostatný právní titul a samostatný souhlas; školní řád neobsahuje </w:t>
            </w:r>
            <w:proofErr w:type="spellStart"/>
            <w:r>
              <w:rPr>
                <w:sz w:val="19"/>
                <w:szCs w:val="19"/>
              </w:rPr>
              <w:t>blanketní</w:t>
            </w:r>
            <w:proofErr w:type="spellEnd"/>
            <w:r>
              <w:rPr>
                <w:sz w:val="19"/>
                <w:szCs w:val="19"/>
              </w:rPr>
              <w:t xml:space="preserve"> souhlas se zveřejňováním fotografií.</w:t>
            </w:r>
          </w:p>
        </w:tc>
      </w:tr>
      <w:tr w:rsidR="002B11F8" w14:paraId="43A4B3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34E6F5B6" w14:textId="77777777" w:rsidR="002B11F8" w:rsidRDefault="002B11F8">
            <w:pPr>
              <w:pStyle w:val="Normln1"/>
            </w:pPr>
            <w:r>
              <w:rPr>
                <w:sz w:val="19"/>
                <w:szCs w:val="19"/>
              </w:rPr>
              <w:t>Zdravotní stav dítěte</w:t>
            </w:r>
          </w:p>
        </w:tc>
        <w:tc>
          <w:tcPr>
            <w:tcW w:w="3400" w:type="pct"/>
            <w:tcMar>
              <w:top w:w="90" w:type="dxa"/>
              <w:left w:w="90" w:type="dxa"/>
              <w:bottom w:w="90" w:type="dxa"/>
              <w:right w:w="90" w:type="dxa"/>
            </w:tcMar>
            <w:hideMark/>
          </w:tcPr>
          <w:p w14:paraId="1B6D1AAA" w14:textId="77777777" w:rsidR="002B11F8" w:rsidRDefault="002B11F8">
            <w:pPr>
              <w:pStyle w:val="Normln1"/>
              <w:cnfStyle w:val="000000100000" w:firstRow="0" w:lastRow="0" w:firstColumn="0" w:lastColumn="0" w:oddVBand="0" w:evenVBand="0" w:oddHBand="1" w:evenHBand="0" w:firstRowFirstColumn="0" w:firstRowLastColumn="0" w:lastRowFirstColumn="0" w:lastRowLastColumn="0"/>
            </w:pPr>
            <w:r>
              <w:rPr>
                <w:sz w:val="19"/>
                <w:szCs w:val="19"/>
              </w:rPr>
              <w:t>Škola neurčuje diagnózu, vychází ze zjevných příznaků a ochrany kolektivu.</w:t>
            </w:r>
          </w:p>
        </w:tc>
      </w:tr>
      <w:tr w:rsidR="002B11F8" w14:paraId="51081EB9" w14:textId="77777777">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20888F6C" w14:textId="77777777" w:rsidR="002B11F8" w:rsidRDefault="002B11F8">
            <w:pPr>
              <w:pStyle w:val="Normln1"/>
            </w:pPr>
            <w:r>
              <w:rPr>
                <w:sz w:val="19"/>
                <w:szCs w:val="19"/>
              </w:rPr>
              <w:t>Jazyková příprava</w:t>
            </w:r>
          </w:p>
        </w:tc>
        <w:tc>
          <w:tcPr>
            <w:tcW w:w="3400" w:type="pct"/>
            <w:tcMar>
              <w:top w:w="90" w:type="dxa"/>
              <w:left w:w="90" w:type="dxa"/>
              <w:bottom w:w="90" w:type="dxa"/>
              <w:right w:w="90" w:type="dxa"/>
            </w:tcMar>
            <w:hideMark/>
          </w:tcPr>
          <w:p w14:paraId="31F2F75B" w14:textId="77777777" w:rsidR="002B11F8" w:rsidRDefault="002B11F8">
            <w:pPr>
              <w:pStyle w:val="Normln1"/>
              <w:cnfStyle w:val="000000000000" w:firstRow="0" w:lastRow="0" w:firstColumn="0" w:lastColumn="0" w:oddVBand="0" w:evenVBand="0" w:oddHBand="0" w:evenHBand="0" w:firstRowFirstColumn="0" w:firstRowLastColumn="0" w:lastRowFirstColumn="0" w:lastRowLastColumn="0"/>
            </w:pPr>
            <w:r>
              <w:rPr>
                <w:sz w:val="19"/>
                <w:szCs w:val="19"/>
              </w:rPr>
              <w:t>Podpora dětí s nedostatečnou znalostí českého jazyka.</w:t>
            </w:r>
          </w:p>
        </w:tc>
      </w:tr>
      <w:tr w:rsidR="002B11F8" w14:paraId="5D6ABE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3F8F6FAE" w14:textId="77777777" w:rsidR="002B11F8" w:rsidRDefault="002B11F8">
            <w:pPr>
              <w:pStyle w:val="Normln1"/>
            </w:pPr>
            <w:r>
              <w:rPr>
                <w:sz w:val="19"/>
                <w:szCs w:val="19"/>
              </w:rPr>
              <w:t>Soulad se ŠVP PV 2026</w:t>
            </w:r>
          </w:p>
        </w:tc>
        <w:tc>
          <w:tcPr>
            <w:tcW w:w="3400" w:type="pct"/>
            <w:tcMar>
              <w:top w:w="90" w:type="dxa"/>
              <w:left w:w="90" w:type="dxa"/>
              <w:bottom w:w="90" w:type="dxa"/>
              <w:right w:w="90" w:type="dxa"/>
            </w:tcMar>
            <w:hideMark/>
          </w:tcPr>
          <w:p w14:paraId="7CBC4332" w14:textId="77777777" w:rsidR="002B11F8" w:rsidRDefault="002B11F8">
            <w:pPr>
              <w:pStyle w:val="Normln1"/>
              <w:cnfStyle w:val="000000100000" w:firstRow="0" w:lastRow="0" w:firstColumn="0" w:lastColumn="0" w:oddVBand="0" w:evenVBand="0" w:oddHBand="1" w:evenHBand="0" w:firstRowFirstColumn="0" w:firstRowLastColumn="0" w:lastRowFirstColumn="0" w:lastRowLastColumn="0"/>
            </w:pPr>
            <w:r>
              <w:rPr>
                <w:sz w:val="19"/>
                <w:szCs w:val="19"/>
              </w:rPr>
              <w:t xml:space="preserve">Centra aktivit, </w:t>
            </w:r>
            <w:proofErr w:type="spellStart"/>
            <w:r>
              <w:rPr>
                <w:sz w:val="19"/>
                <w:szCs w:val="19"/>
              </w:rPr>
              <w:t>wellbeing</w:t>
            </w:r>
            <w:proofErr w:type="spellEnd"/>
            <w:r>
              <w:rPr>
                <w:sz w:val="19"/>
                <w:szCs w:val="19"/>
              </w:rPr>
              <w:t>, individualizace, portfolia, integrované bloky a evaluační systém.</w:t>
            </w:r>
          </w:p>
        </w:tc>
      </w:tr>
      <w:tr w:rsidR="002B11F8" w14:paraId="0A4D29D0" w14:textId="77777777">
        <w:tc>
          <w:tcPr>
            <w:cnfStyle w:val="001000000000" w:firstRow="0" w:lastRow="0" w:firstColumn="1" w:lastColumn="0" w:oddVBand="0" w:evenVBand="0" w:oddHBand="0" w:evenHBand="0" w:firstRowFirstColumn="0" w:firstRowLastColumn="0" w:lastRowFirstColumn="0" w:lastRowLastColumn="0"/>
            <w:tcW w:w="1600" w:type="pct"/>
            <w:tcMar>
              <w:top w:w="90" w:type="dxa"/>
              <w:left w:w="90" w:type="dxa"/>
              <w:bottom w:w="90" w:type="dxa"/>
              <w:right w:w="90" w:type="dxa"/>
            </w:tcMar>
            <w:hideMark/>
          </w:tcPr>
          <w:p w14:paraId="632CCF7D" w14:textId="77777777" w:rsidR="002B11F8" w:rsidRDefault="002B11F8">
            <w:pPr>
              <w:pStyle w:val="Normln1"/>
            </w:pPr>
            <w:r>
              <w:rPr>
                <w:sz w:val="19"/>
                <w:szCs w:val="19"/>
              </w:rPr>
              <w:t>Rodičovské schůzky</w:t>
            </w:r>
          </w:p>
        </w:tc>
        <w:tc>
          <w:tcPr>
            <w:tcW w:w="3400" w:type="pct"/>
            <w:tcMar>
              <w:top w:w="90" w:type="dxa"/>
              <w:left w:w="90" w:type="dxa"/>
              <w:bottom w:w="90" w:type="dxa"/>
              <w:right w:w="90" w:type="dxa"/>
            </w:tcMar>
            <w:hideMark/>
          </w:tcPr>
          <w:p w14:paraId="4920CC5F" w14:textId="77777777" w:rsidR="002B11F8" w:rsidRDefault="002B11F8">
            <w:pPr>
              <w:pStyle w:val="Normln1"/>
              <w:cnfStyle w:val="000000000000" w:firstRow="0" w:lastRow="0" w:firstColumn="0" w:lastColumn="0" w:oddVBand="0" w:evenVBand="0" w:oddHBand="0" w:evenHBand="0" w:firstRowFirstColumn="0" w:firstRowLastColumn="0" w:lastRowFirstColumn="0" w:lastRowLastColumn="0"/>
            </w:pPr>
            <w:r>
              <w:rPr>
                <w:sz w:val="19"/>
                <w:szCs w:val="19"/>
              </w:rPr>
              <w:t>Účast je doporučená; povinnost vzniká pouze při projednání závažných záležitostí na výzvu školy.</w:t>
            </w:r>
          </w:p>
        </w:tc>
      </w:tr>
    </w:tbl>
    <w:p w14:paraId="1238EE3E" w14:textId="77777777" w:rsidR="00CB3864" w:rsidRDefault="00CB3864"/>
    <w:sectPr w:rsidR="00CB3864" w:rsidSect="00034616">
      <w:headerReference w:type="even" r:id="rId10"/>
      <w:headerReference w:type="default" r:id="rId11"/>
      <w:footerReference w:type="even" r:id="rId12"/>
      <w:footerReference w:type="default" r:id="rId13"/>
      <w:headerReference w:type="first" r:id="rId14"/>
      <w:footerReference w:type="first" r:id="rId15"/>
      <w:pgSz w:w="12240" w:h="15840"/>
      <w:pgMar w:top="1020" w:right="1191" w:bottom="1020" w:left="119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50468" w14:textId="77777777" w:rsidR="00C1223D" w:rsidRDefault="00C1223D">
      <w:pPr>
        <w:spacing w:after="0" w:line="240" w:lineRule="auto"/>
      </w:pPr>
      <w:r>
        <w:separator/>
      </w:r>
    </w:p>
  </w:endnote>
  <w:endnote w:type="continuationSeparator" w:id="0">
    <w:p w14:paraId="16BCD7ED" w14:textId="77777777" w:rsidR="00C1223D" w:rsidRDefault="00C1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02EF" w14:textId="77777777" w:rsidR="00B44030" w:rsidRDefault="00B4403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01DC" w14:textId="075DD967" w:rsidR="00CB3864" w:rsidRDefault="0074127D">
    <w:pPr>
      <w:pStyle w:val="Zpat"/>
      <w:jc w:val="center"/>
    </w:pPr>
    <w:proofErr w:type="spellStart"/>
    <w:r>
      <w:rPr>
        <w:sz w:val="16"/>
      </w:rPr>
      <w:t>Školní</w:t>
    </w:r>
    <w:proofErr w:type="spellEnd"/>
    <w:r>
      <w:rPr>
        <w:sz w:val="16"/>
      </w:rPr>
      <w:t xml:space="preserve"> </w:t>
    </w:r>
    <w:proofErr w:type="spellStart"/>
    <w:r>
      <w:rPr>
        <w:sz w:val="16"/>
      </w:rPr>
      <w:t>řád</w:t>
    </w:r>
    <w:proofErr w:type="spellEnd"/>
    <w:r>
      <w:rPr>
        <w:sz w:val="16"/>
      </w:rPr>
      <w:t xml:space="preserve"> MŠ | ZŠ a MŠ </w:t>
    </w:r>
    <w:proofErr w:type="spellStart"/>
    <w:r>
      <w:rPr>
        <w:sz w:val="16"/>
      </w:rPr>
      <w:t>Mimoň</w:t>
    </w:r>
    <w:proofErr w:type="spellEnd"/>
    <w:r>
      <w:rPr>
        <w:sz w:val="16"/>
      </w:rPr>
      <w:t xml:space="preserve"> | </w:t>
    </w:r>
    <w:proofErr w:type="spellStart"/>
    <w:r>
      <w:rPr>
        <w:sz w:val="16"/>
      </w:rPr>
      <w:t>účinnost</w:t>
    </w:r>
    <w:proofErr w:type="spellEnd"/>
    <w:r>
      <w:rPr>
        <w:sz w:val="16"/>
      </w:rPr>
      <w:t xml:space="preserve"> od 1. 9. 2026 | </w:t>
    </w:r>
    <w:proofErr w:type="spellStart"/>
    <w:r>
      <w:rPr>
        <w:sz w:val="16"/>
      </w:rPr>
      <w:t>strana</w:t>
    </w:r>
    <w:proofErr w:type="spellEnd"/>
    <w:r>
      <w:rPr>
        <w:sz w:val="16"/>
      </w:rPr>
      <w:t xml:space="preserve"> </w:t>
    </w:r>
    <w:r>
      <w:fldChar w:fldCharType="begin"/>
    </w:r>
    <w:r>
      <w:instrText>PAGE</w:instrText>
    </w:r>
    <w:r>
      <w:fldChar w:fldCharType="separate"/>
    </w:r>
    <w:r w:rsidR="004E3AE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E188" w14:textId="77777777" w:rsidR="00B44030" w:rsidRDefault="00B4403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C489" w14:textId="77777777" w:rsidR="00C1223D" w:rsidRDefault="00C1223D">
      <w:pPr>
        <w:spacing w:after="0" w:line="240" w:lineRule="auto"/>
      </w:pPr>
      <w:r>
        <w:separator/>
      </w:r>
    </w:p>
  </w:footnote>
  <w:footnote w:type="continuationSeparator" w:id="0">
    <w:p w14:paraId="4A5E556A" w14:textId="77777777" w:rsidR="00C1223D" w:rsidRDefault="00C1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F3C3" w14:textId="77777777" w:rsidR="00B44030" w:rsidRDefault="00B4403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1BA6" w14:textId="02E2C63D" w:rsidR="004E3AEF" w:rsidRDefault="007B07F3">
    <w:pPr>
      <w:pStyle w:val="Zhlav"/>
      <w:jc w:val="center"/>
      <w:rPr>
        <w:color w:val="5A5A5A"/>
        <w:sz w:val="16"/>
      </w:rPr>
    </w:pPr>
    <w:r w:rsidRPr="002F4D4E">
      <w:rPr>
        <w:noProof/>
      </w:rPr>
      <w:drawing>
        <wp:inline distT="0" distB="0" distL="0" distR="0" wp14:anchorId="50DBBB12" wp14:editId="5757B2F5">
          <wp:extent cx="549697" cy="320246"/>
          <wp:effectExtent l="0" t="0" r="3175" b="3810"/>
          <wp:docPr id="8" name="Obrázek 8" descr="Obsah obrázku text, Písmo, Grafika,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 Písmo, Grafika, log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409" cy="339303"/>
                  </a:xfrm>
                  <a:prstGeom prst="rect">
                    <a:avLst/>
                  </a:prstGeom>
                  <a:noFill/>
                  <a:ln>
                    <a:noFill/>
                  </a:ln>
                </pic:spPr>
              </pic:pic>
            </a:graphicData>
          </a:graphic>
        </wp:inline>
      </w:drawing>
    </w:r>
  </w:p>
  <w:p w14:paraId="7E9E271B" w14:textId="386E15BF" w:rsidR="00CB3864" w:rsidRDefault="0074127D">
    <w:pPr>
      <w:pStyle w:val="Zhlav"/>
      <w:jc w:val="center"/>
    </w:pPr>
    <w:proofErr w:type="spellStart"/>
    <w:r>
      <w:rPr>
        <w:color w:val="5A5A5A"/>
        <w:sz w:val="16"/>
      </w:rPr>
      <w:t>Základní</w:t>
    </w:r>
    <w:proofErr w:type="spellEnd"/>
    <w:r>
      <w:rPr>
        <w:color w:val="5A5A5A"/>
        <w:sz w:val="16"/>
      </w:rPr>
      <w:t xml:space="preserve"> </w:t>
    </w:r>
    <w:proofErr w:type="spellStart"/>
    <w:r>
      <w:rPr>
        <w:color w:val="5A5A5A"/>
        <w:sz w:val="16"/>
      </w:rPr>
      <w:t>škola</w:t>
    </w:r>
    <w:proofErr w:type="spellEnd"/>
    <w:r>
      <w:rPr>
        <w:color w:val="5A5A5A"/>
        <w:sz w:val="16"/>
      </w:rPr>
      <w:t xml:space="preserve"> a </w:t>
    </w:r>
    <w:proofErr w:type="spellStart"/>
    <w:r>
      <w:rPr>
        <w:color w:val="5A5A5A"/>
        <w:sz w:val="16"/>
      </w:rPr>
      <w:t>Mateřská</w:t>
    </w:r>
    <w:proofErr w:type="spellEnd"/>
    <w:r>
      <w:rPr>
        <w:color w:val="5A5A5A"/>
        <w:sz w:val="16"/>
      </w:rPr>
      <w:t xml:space="preserve"> </w:t>
    </w:r>
    <w:proofErr w:type="spellStart"/>
    <w:r>
      <w:rPr>
        <w:color w:val="5A5A5A"/>
        <w:sz w:val="16"/>
      </w:rPr>
      <w:t>škola</w:t>
    </w:r>
    <w:proofErr w:type="spellEnd"/>
    <w:r>
      <w:rPr>
        <w:color w:val="5A5A5A"/>
        <w:sz w:val="16"/>
      </w:rPr>
      <w:t xml:space="preserve"> </w:t>
    </w:r>
    <w:proofErr w:type="spellStart"/>
    <w:r>
      <w:rPr>
        <w:color w:val="5A5A5A"/>
        <w:sz w:val="16"/>
      </w:rPr>
      <w:t>Mimoň</w:t>
    </w:r>
    <w:proofErr w:type="spellEnd"/>
    <w:r>
      <w:rPr>
        <w:color w:val="5A5A5A"/>
        <w:sz w:val="16"/>
      </w:rPr>
      <w:t xml:space="preserve">, </w:t>
    </w:r>
    <w:proofErr w:type="spellStart"/>
    <w:r>
      <w:rPr>
        <w:color w:val="5A5A5A"/>
        <w:sz w:val="16"/>
      </w:rPr>
      <w:t>příspěvková</w:t>
    </w:r>
    <w:proofErr w:type="spellEnd"/>
    <w:r>
      <w:rPr>
        <w:color w:val="5A5A5A"/>
        <w:sz w:val="16"/>
      </w:rPr>
      <w:t xml:space="preserve"> </w:t>
    </w:r>
    <w:proofErr w:type="spellStart"/>
    <w:r>
      <w:rPr>
        <w:color w:val="5A5A5A"/>
        <w:sz w:val="16"/>
      </w:rPr>
      <w:t>organizace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FDE1" w14:textId="77777777" w:rsidR="00B44030" w:rsidRDefault="00B440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06B802BA"/>
    <w:multiLevelType w:val="multilevel"/>
    <w:tmpl w:val="8F4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0367F5"/>
    <w:multiLevelType w:val="multilevel"/>
    <w:tmpl w:val="DFF6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A25810"/>
    <w:multiLevelType w:val="hybridMultilevel"/>
    <w:tmpl w:val="41560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D374262"/>
    <w:multiLevelType w:val="multilevel"/>
    <w:tmpl w:val="C4C6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83941"/>
    <w:multiLevelType w:val="multilevel"/>
    <w:tmpl w:val="5ACC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952898">
    <w:abstractNumId w:val="8"/>
  </w:num>
  <w:num w:numId="2" w16cid:durableId="973563762">
    <w:abstractNumId w:val="6"/>
  </w:num>
  <w:num w:numId="3" w16cid:durableId="342709668">
    <w:abstractNumId w:val="5"/>
  </w:num>
  <w:num w:numId="4" w16cid:durableId="1255282632">
    <w:abstractNumId w:val="4"/>
  </w:num>
  <w:num w:numId="5" w16cid:durableId="1638104185">
    <w:abstractNumId w:val="7"/>
  </w:num>
  <w:num w:numId="6" w16cid:durableId="1974750043">
    <w:abstractNumId w:val="3"/>
  </w:num>
  <w:num w:numId="7" w16cid:durableId="1367557317">
    <w:abstractNumId w:val="2"/>
  </w:num>
  <w:num w:numId="8" w16cid:durableId="1965883924">
    <w:abstractNumId w:val="1"/>
  </w:num>
  <w:num w:numId="9" w16cid:durableId="811017809">
    <w:abstractNumId w:val="0"/>
  </w:num>
  <w:num w:numId="10" w16cid:durableId="1148664049">
    <w:abstractNumId w:val="11"/>
  </w:num>
  <w:num w:numId="11" w16cid:durableId="1471167236">
    <w:abstractNumId w:val="9"/>
  </w:num>
  <w:num w:numId="12" w16cid:durableId="374817438">
    <w:abstractNumId w:val="12"/>
  </w:num>
  <w:num w:numId="13" w16cid:durableId="232739598">
    <w:abstractNumId w:val="13"/>
  </w:num>
  <w:num w:numId="14" w16cid:durableId="1442529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5AD"/>
    <w:rsid w:val="00034616"/>
    <w:rsid w:val="00036094"/>
    <w:rsid w:val="00045926"/>
    <w:rsid w:val="0006063C"/>
    <w:rsid w:val="00084A2D"/>
    <w:rsid w:val="000B18F6"/>
    <w:rsid w:val="000F1524"/>
    <w:rsid w:val="0015074B"/>
    <w:rsid w:val="0018746B"/>
    <w:rsid w:val="001A7855"/>
    <w:rsid w:val="0020417F"/>
    <w:rsid w:val="00204D91"/>
    <w:rsid w:val="0026716B"/>
    <w:rsid w:val="00293E5B"/>
    <w:rsid w:val="0029639D"/>
    <w:rsid w:val="002A050E"/>
    <w:rsid w:val="002A30A8"/>
    <w:rsid w:val="002A320E"/>
    <w:rsid w:val="002B11F8"/>
    <w:rsid w:val="002B5FAF"/>
    <w:rsid w:val="002F3150"/>
    <w:rsid w:val="00326F90"/>
    <w:rsid w:val="00351F0A"/>
    <w:rsid w:val="003C2D2D"/>
    <w:rsid w:val="004210B5"/>
    <w:rsid w:val="00454D87"/>
    <w:rsid w:val="00463AB2"/>
    <w:rsid w:val="004C0E9D"/>
    <w:rsid w:val="004E3AEF"/>
    <w:rsid w:val="005432A0"/>
    <w:rsid w:val="005F6E20"/>
    <w:rsid w:val="006269FA"/>
    <w:rsid w:val="00670C5E"/>
    <w:rsid w:val="00686EAF"/>
    <w:rsid w:val="007151CF"/>
    <w:rsid w:val="0074127D"/>
    <w:rsid w:val="00751AB6"/>
    <w:rsid w:val="007B07F3"/>
    <w:rsid w:val="007F2D57"/>
    <w:rsid w:val="007F377C"/>
    <w:rsid w:val="00803472"/>
    <w:rsid w:val="008256BD"/>
    <w:rsid w:val="00837B3E"/>
    <w:rsid w:val="00915848"/>
    <w:rsid w:val="00915EFD"/>
    <w:rsid w:val="00925C20"/>
    <w:rsid w:val="0093430E"/>
    <w:rsid w:val="00980165"/>
    <w:rsid w:val="009A7DD7"/>
    <w:rsid w:val="009C701C"/>
    <w:rsid w:val="009D1B31"/>
    <w:rsid w:val="009D564A"/>
    <w:rsid w:val="009D727E"/>
    <w:rsid w:val="00A700B0"/>
    <w:rsid w:val="00AA1D8D"/>
    <w:rsid w:val="00AA2F57"/>
    <w:rsid w:val="00AC1DD5"/>
    <w:rsid w:val="00AE04A3"/>
    <w:rsid w:val="00AF3704"/>
    <w:rsid w:val="00B2706D"/>
    <w:rsid w:val="00B44030"/>
    <w:rsid w:val="00B47730"/>
    <w:rsid w:val="00B658A9"/>
    <w:rsid w:val="00BC449A"/>
    <w:rsid w:val="00C1223D"/>
    <w:rsid w:val="00C4617F"/>
    <w:rsid w:val="00C8631C"/>
    <w:rsid w:val="00C92E4D"/>
    <w:rsid w:val="00CB0664"/>
    <w:rsid w:val="00CB3864"/>
    <w:rsid w:val="00CC1B28"/>
    <w:rsid w:val="00CC7B1D"/>
    <w:rsid w:val="00CF6424"/>
    <w:rsid w:val="00D3051D"/>
    <w:rsid w:val="00DD5372"/>
    <w:rsid w:val="00E1059C"/>
    <w:rsid w:val="00E2653D"/>
    <w:rsid w:val="00E35C1D"/>
    <w:rsid w:val="00E434F8"/>
    <w:rsid w:val="00E45D98"/>
    <w:rsid w:val="00E90810"/>
    <w:rsid w:val="00EB452A"/>
    <w:rsid w:val="00EF28F1"/>
    <w:rsid w:val="00F034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E349D03-6211-422A-B0B8-98CF6F65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00" w:line="259" w:lineRule="auto"/>
    </w:pPr>
    <w:rPr>
      <w:rFonts w:ascii="Arial" w:hAnsi="Arial"/>
      <w:sz w:val="21"/>
    </w:rPr>
  </w:style>
  <w:style w:type="paragraph" w:styleId="Nadpis1">
    <w:name w:val="heading 1"/>
    <w:basedOn w:val="Normln"/>
    <w:next w:val="Normln"/>
    <w:link w:val="Nadpis1Char"/>
    <w:uiPriority w:val="9"/>
    <w:qFormat/>
    <w:rsid w:val="00FC693F"/>
    <w:pPr>
      <w:keepNext/>
      <w:keepLines/>
      <w:spacing w:before="240" w:after="120"/>
      <w:outlineLvl w:val="0"/>
    </w:pPr>
    <w:rPr>
      <w:rFonts w:asciiTheme="majorHAnsi" w:eastAsiaTheme="majorEastAsia" w:hAnsiTheme="majorHAnsi" w:cstheme="majorBidi"/>
      <w:b/>
      <w:bCs/>
      <w:color w:val="1F4E79"/>
      <w:sz w:val="28"/>
      <w:szCs w:val="28"/>
    </w:rPr>
  </w:style>
  <w:style w:type="paragraph" w:styleId="Nadpis2">
    <w:name w:val="heading 2"/>
    <w:basedOn w:val="Normln"/>
    <w:next w:val="Normln"/>
    <w:link w:val="Nadpis2Char"/>
    <w:uiPriority w:val="9"/>
    <w:unhideWhenUsed/>
    <w:qFormat/>
    <w:rsid w:val="00FC693F"/>
    <w:pPr>
      <w:keepNext/>
      <w:keepLines/>
      <w:spacing w:before="240" w:after="120"/>
      <w:outlineLvl w:val="1"/>
    </w:pPr>
    <w:rPr>
      <w:rFonts w:asciiTheme="majorHAnsi" w:eastAsiaTheme="majorEastAsia" w:hAnsiTheme="majorHAnsi" w:cstheme="majorBidi"/>
      <w:b/>
      <w:bCs/>
      <w:color w:val="2F5597"/>
      <w:sz w:val="24"/>
      <w:szCs w:val="26"/>
    </w:rPr>
  </w:style>
  <w:style w:type="paragraph" w:styleId="Nadpis3">
    <w:name w:val="heading 3"/>
    <w:basedOn w:val="Normln"/>
    <w:next w:val="Normln"/>
    <w:link w:val="Nadpis3Char"/>
    <w:uiPriority w:val="9"/>
    <w:unhideWhenUsed/>
    <w:qFormat/>
    <w:rsid w:val="00FC693F"/>
    <w:pPr>
      <w:keepNext/>
      <w:keepLines/>
      <w:spacing w:before="240" w:after="120"/>
      <w:outlineLvl w:val="2"/>
    </w:pPr>
    <w:rPr>
      <w:rFonts w:asciiTheme="majorHAnsi" w:eastAsiaTheme="majorEastAsia" w:hAnsiTheme="majorHAnsi" w:cstheme="majorBidi"/>
      <w:b/>
      <w:bCs/>
      <w:color w:val="2F5597"/>
      <w:sz w:val="22"/>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before="240" w:after="12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odkaz">
    <w:name w:val="Hyperlink"/>
    <w:basedOn w:val="Standardnpsmoodstavce"/>
    <w:uiPriority w:val="99"/>
    <w:unhideWhenUsed/>
    <w:rsid w:val="00803472"/>
    <w:rPr>
      <w:color w:val="0000FF" w:themeColor="hyperlink"/>
      <w:u w:val="single"/>
    </w:rPr>
  </w:style>
  <w:style w:type="character" w:styleId="Nevyeenzmnka">
    <w:name w:val="Unresolved Mention"/>
    <w:basedOn w:val="Standardnpsmoodstavce"/>
    <w:uiPriority w:val="99"/>
    <w:semiHidden/>
    <w:unhideWhenUsed/>
    <w:rsid w:val="00803472"/>
    <w:rPr>
      <w:color w:val="605E5C"/>
      <w:shd w:val="clear" w:color="auto" w:fill="E1DFDD"/>
    </w:rPr>
  </w:style>
  <w:style w:type="paragraph" w:customStyle="1" w:styleId="Normln1">
    <w:name w:val="Normální1"/>
    <w:basedOn w:val="Normln"/>
    <w:pPr>
      <w:spacing w:line="256" w:lineRule="auto"/>
    </w:pPr>
    <w:rPr>
      <w:rFonts w:cs="Arial"/>
      <w:kern w:val="2"/>
      <w:szCs w:val="21"/>
      <w:lang w:val="cs-CZ" w:eastAsia="cs-CZ"/>
      <w14:ligatures w14:val="standardContextual"/>
    </w:rPr>
  </w:style>
  <w:style w:type="paragraph" w:styleId="Normlnweb">
    <w:name w:val="Normal (Web)"/>
    <w:basedOn w:val="Normln"/>
    <w:uiPriority w:val="99"/>
    <w:semiHidden/>
    <w:unhideWhenUsed/>
    <w:rsid w:val="002B11F8"/>
    <w:pPr>
      <w:spacing w:before="100" w:beforeAutospacing="1" w:afterAutospacing="1" w:line="240" w:lineRule="auto"/>
    </w:pPr>
    <w:rPr>
      <w:rFonts w:ascii="Times New Roman" w:hAnsi="Times New Roman" w:cs="Times New Roman"/>
      <w:kern w:val="2"/>
      <w:sz w:val="24"/>
      <w:szCs w:val="24"/>
      <w:lang w:val="cs-CZ" w:eastAsia="cs-CZ"/>
      <w14:ligatures w14:val="standardContextual"/>
    </w:rPr>
  </w:style>
  <w:style w:type="table" w:styleId="Tabulkasmkou4zvraznn1">
    <w:name w:val="Grid Table 4 Accent 1"/>
    <w:basedOn w:val="Normlntabulka"/>
    <w:uiPriority w:val="49"/>
    <w:rsid w:val="002B11F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tel@skolamimon.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kolamimon.c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4952</Words>
  <Characters>29222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mateřské školy 2026</dc:title>
  <dc:subject>Auditně obhajitelná verze školního řádu MŠ účinná od 1. 9. 2026</dc:subject>
  <dc:creator>Tomáš Kobr</dc:creator>
  <cp:keywords/>
  <dc:description>Vytvořeno jako pracovní verze pro projednání pedagogickou radou.</dc:description>
  <cp:lastModifiedBy>školka</cp:lastModifiedBy>
  <cp:revision>2</cp:revision>
  <dcterms:created xsi:type="dcterms:W3CDTF">2026-08-24T08:07:00Z</dcterms:created>
  <dcterms:modified xsi:type="dcterms:W3CDTF">2026-08-24T08:07:00Z</dcterms:modified>
  <cp:category/>
</cp:coreProperties>
</file>